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:rsidRPr="00F70B1D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377113" w:rsidRPr="00F70B1D" w:rsidRDefault="00DA074F">
            <w:pPr>
              <w:keepNext/>
              <w:jc w:val="center"/>
              <w:rPr>
                <w:sz w:val="22"/>
              </w:rPr>
            </w:pPr>
            <w:r w:rsidRPr="00F70B1D">
              <w:rPr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88900</wp:posOffset>
                  </wp:positionV>
                  <wp:extent cx="843280" cy="1081405"/>
                  <wp:effectExtent l="19050" t="19050" r="33020" b="42545"/>
                  <wp:wrapNone/>
                  <wp:docPr id="3" name="Picture 2" descr="sig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570" b="72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108140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4" dir="2700000" algn="tl" rotWithShape="0">
                              <a:srgbClr val="808080"/>
                            </a:outerShdw>
                          </a:effectLst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Județul</w:t>
            </w:r>
            <w:r w:rsidR="00F70B1D">
              <w:rPr>
                <w:b/>
                <w:color w:val="0D5F78"/>
                <w:sz w:val="22"/>
              </w:rPr>
              <w:t xml:space="preserve"> PRAHOVA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  <w:trHeight w:val="510"/>
        </w:trPr>
        <w:tc>
          <w:tcPr>
            <w:tcW w:w="1606" w:type="dxa"/>
            <w:vMerge/>
          </w:tcPr>
          <w:p w:rsidR="00377113" w:rsidRPr="00F70B1D" w:rsidRDefault="00377113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Autoritatea administrației publice</w:t>
            </w:r>
          </w:p>
          <w:p w:rsidR="00377113" w:rsidRPr="00F70B1D" w:rsidRDefault="00F70B1D">
            <w:pPr>
              <w:keepNext/>
              <w:rPr>
                <w:sz w:val="22"/>
              </w:rPr>
            </w:pPr>
            <w:r>
              <w:rPr>
                <w:sz w:val="22"/>
              </w:rPr>
              <w:t xml:space="preserve">BUSTENI </w:t>
            </w:r>
          </w:p>
        </w:tc>
      </w:tr>
      <w:tr w:rsidR="00377113" w:rsidRPr="00F70B1D">
        <w:trPr>
          <w:cantSplit/>
          <w:trHeight w:val="510"/>
        </w:trPr>
        <w:tc>
          <w:tcPr>
            <w:tcW w:w="1606" w:type="dxa"/>
            <w:vMerge/>
          </w:tcPr>
          <w:p w:rsidR="00377113" w:rsidRPr="00F70B1D" w:rsidRDefault="00377113">
            <w:pPr>
              <w:rPr>
                <w:sz w:val="22"/>
              </w:rPr>
            </w:pPr>
          </w:p>
        </w:tc>
        <w:tc>
          <w:tcPr>
            <w:tcW w:w="2409" w:type="dxa"/>
            <w:shd w:val="clear" w:color="auto" w:fill="F0F0F0"/>
          </w:tcPr>
          <w:p w:rsidR="00377113" w:rsidRPr="00F70B1D" w:rsidRDefault="005978E6" w:rsidP="006D1228">
            <w:pPr>
              <w:keepNext/>
              <w:jc w:val="center"/>
              <w:rPr>
                <w:sz w:val="22"/>
                <w:lang w:val="fr-FR"/>
              </w:rPr>
            </w:pPr>
            <w:r w:rsidRPr="00F70B1D">
              <w:rPr>
                <w:b/>
                <w:color w:val="0D5F78"/>
                <w:sz w:val="22"/>
                <w:lang w:val="fr-FR"/>
              </w:rPr>
              <w:t xml:space="preserve">Cod </w:t>
            </w:r>
            <w:proofErr w:type="gramStart"/>
            <w:r w:rsidRPr="00F70B1D">
              <w:rPr>
                <w:b/>
                <w:color w:val="0D5F78"/>
                <w:sz w:val="22"/>
                <w:lang w:val="fr-FR"/>
              </w:rPr>
              <w:t>de identificare</w:t>
            </w:r>
            <w:proofErr w:type="gramEnd"/>
            <w:r w:rsidRPr="00F70B1D">
              <w:rPr>
                <w:b/>
                <w:color w:val="0D5F78"/>
                <w:sz w:val="22"/>
                <w:lang w:val="fr-FR"/>
              </w:rPr>
              <w:t xml:space="preserve"> fiscală (CIF)</w:t>
            </w:r>
          </w:p>
          <w:p w:rsidR="00377113" w:rsidRPr="00F70B1D" w:rsidRDefault="00F70B1D" w:rsidP="006D1228">
            <w:pPr>
              <w:keepNext/>
              <w:jc w:val="center"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2845729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Adresa oficială</w:t>
            </w:r>
          </w:p>
          <w:p w:rsidR="006D1228" w:rsidRDefault="00F70B1D" w:rsidP="00F70B1D">
            <w:pPr>
              <w:pStyle w:val="Header"/>
              <w:jc w:val="center"/>
              <w:rPr>
                <w:sz w:val="22"/>
              </w:rPr>
            </w:pPr>
            <w:r w:rsidRPr="00F70B1D">
              <w:rPr>
                <w:sz w:val="22"/>
              </w:rPr>
              <w:t xml:space="preserve">B-dul Libertăţii nr. 91, Tel: +40/244/322005, </w:t>
            </w:r>
          </w:p>
          <w:p w:rsidR="00F70B1D" w:rsidRPr="00F70B1D" w:rsidRDefault="00F70B1D" w:rsidP="00F70B1D">
            <w:pPr>
              <w:pStyle w:val="Header"/>
              <w:jc w:val="center"/>
              <w:rPr>
                <w:sz w:val="22"/>
              </w:rPr>
            </w:pPr>
            <w:r w:rsidRPr="00F70B1D">
              <w:rPr>
                <w:sz w:val="22"/>
              </w:rPr>
              <w:t>Fax: +40/244/320752</w:t>
            </w:r>
          </w:p>
          <w:p w:rsidR="00F70B1D" w:rsidRPr="00F70B1D" w:rsidRDefault="00CF4232" w:rsidP="00F70B1D">
            <w:pPr>
              <w:pStyle w:val="Header"/>
              <w:jc w:val="center"/>
              <w:rPr>
                <w:sz w:val="22"/>
                <w:lang w:val="fr-FR"/>
              </w:rPr>
            </w:pPr>
            <w:hyperlink r:id="rId10" w:history="1">
              <w:r w:rsidR="00F70B1D" w:rsidRPr="00F70B1D">
                <w:rPr>
                  <w:sz w:val="22"/>
                  <w:lang w:val="fr-FR"/>
                </w:rPr>
                <w:t>http://www.orasul-busteni.ro</w:t>
              </w:r>
            </w:hyperlink>
            <w:r w:rsidR="00F70B1D" w:rsidRPr="00F70B1D">
              <w:rPr>
                <w:sz w:val="22"/>
                <w:lang w:val="fr-FR"/>
              </w:rPr>
              <w:t xml:space="preserve">; e-mail: </w:t>
            </w:r>
          </w:p>
          <w:p w:rsidR="00F70B1D" w:rsidRPr="00FA127D" w:rsidRDefault="00F70B1D" w:rsidP="00FA127D">
            <w:pPr>
              <w:pStyle w:val="Header"/>
              <w:jc w:val="center"/>
              <w:rPr>
                <w:sz w:val="22"/>
                <w:lang w:val="ro-RO"/>
              </w:rPr>
            </w:pPr>
            <w:r w:rsidRPr="00F70B1D">
              <w:rPr>
                <w:sz w:val="22"/>
                <w:lang w:val="fr-FR"/>
              </w:rPr>
              <w:t>office@orasul-busteni.ro</w:t>
            </w:r>
            <w:bookmarkStart w:id="0" w:name="_GoBack"/>
            <w:bookmarkEnd w:id="0"/>
          </w:p>
        </w:tc>
      </w:tr>
      <w:tr w:rsidR="00377113" w:rsidRPr="00F70B1D">
        <w:trPr>
          <w:cantSplit/>
          <w:trHeight w:val="510"/>
        </w:trPr>
        <w:tc>
          <w:tcPr>
            <w:tcW w:w="1606" w:type="dxa"/>
            <w:vMerge/>
          </w:tcPr>
          <w:p w:rsidR="00377113" w:rsidRPr="00F70B1D" w:rsidRDefault="00377113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Număr de înregistrare</w:t>
            </w:r>
          </w:p>
          <w:p w:rsidR="00377113" w:rsidRDefault="00377113">
            <w:pPr>
              <w:keepNext/>
              <w:rPr>
                <w:sz w:val="22"/>
              </w:rPr>
            </w:pPr>
          </w:p>
          <w:p w:rsidR="00F70B1D" w:rsidRPr="00F70B1D" w:rsidRDefault="00F70B1D">
            <w:pPr>
              <w:keepNext/>
              <w:rPr>
                <w:sz w:val="22"/>
              </w:rPr>
            </w:pPr>
          </w:p>
        </w:tc>
        <w:tc>
          <w:tcPr>
            <w:tcW w:w="3212" w:type="dxa"/>
            <w:shd w:val="clear" w:color="auto" w:fill="F0F0F0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Data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377113" w:rsidRPr="00F70B1D" w:rsidRDefault="005978E6">
            <w:pPr>
              <w:rPr>
                <w:sz w:val="22"/>
                <w:lang w:val="fr-FR"/>
              </w:rPr>
            </w:pPr>
            <w:r w:rsidRPr="00F70B1D">
              <w:rPr>
                <w:i/>
                <w:color w:val="595959"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377113" w:rsidRPr="00F70B1D" w:rsidRDefault="00377113">
      <w:pPr>
        <w:spacing w:line="168" w:lineRule="auto"/>
        <w:rPr>
          <w:sz w:val="22"/>
          <w:lang w:val="fr-FR"/>
        </w:rPr>
      </w:pPr>
    </w:p>
    <w:p w:rsidR="00377113" w:rsidRPr="00F70B1D" w:rsidRDefault="005978E6">
      <w:pPr>
        <w:spacing w:before="140" w:after="40"/>
        <w:jc w:val="center"/>
        <w:rPr>
          <w:sz w:val="22"/>
        </w:rPr>
      </w:pPr>
      <w:r w:rsidRPr="00F70B1D">
        <w:rPr>
          <w:b/>
          <w:sz w:val="22"/>
        </w:rPr>
        <w:t>CERERE</w:t>
      </w:r>
    </w:p>
    <w:p w:rsidR="00377113" w:rsidRDefault="00377113">
      <w:pPr>
        <w:spacing w:after="60" w:line="168" w:lineRule="auto"/>
        <w:rPr>
          <w:sz w:val="22"/>
        </w:rPr>
      </w:pPr>
    </w:p>
    <w:p w:rsidR="00F70B1D" w:rsidRPr="00F70B1D" w:rsidRDefault="00F70B1D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F70B1D">
        <w:trPr>
          <w:cantSplit/>
        </w:trPr>
        <w:tc>
          <w:tcPr>
            <w:tcW w:w="9636" w:type="dxa"/>
            <w:shd w:val="clear" w:color="auto" w:fill="F4F4F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sz w:val="22"/>
              </w:rPr>
              <w:t xml:space="preserve"> 1. </w:t>
            </w:r>
            <w:r w:rsidRPr="00F70B1D">
              <w:rPr>
                <w:b/>
                <w:color w:val="000000"/>
                <w:sz w:val="22"/>
              </w:rPr>
              <w:t>CĂTRE</w:t>
            </w:r>
          </w:p>
        </w:tc>
      </w:tr>
      <w:tr w:rsidR="00377113" w:rsidRPr="00F70B1D">
        <w:trPr>
          <w:cantSplit/>
          <w:trHeight w:val="510"/>
        </w:trPr>
        <w:tc>
          <w:tcPr>
            <w:tcW w:w="9636" w:type="dxa"/>
          </w:tcPr>
          <w:p w:rsidR="00377113" w:rsidRPr="00F70B1D" w:rsidRDefault="005978E6">
            <w:pPr>
              <w:keepNext/>
              <w:rPr>
                <w:sz w:val="22"/>
                <w:lang w:val="fr-FR"/>
              </w:rPr>
            </w:pPr>
            <w:r w:rsidRPr="00F70B1D">
              <w:rPr>
                <w:b/>
                <w:color w:val="0D5F78"/>
                <w:sz w:val="22"/>
                <w:lang w:val="fr-FR"/>
              </w:rPr>
              <w:t>Instituția</w:t>
            </w:r>
          </w:p>
          <w:p w:rsidR="00377113" w:rsidRPr="00F70B1D" w:rsidRDefault="005978E6">
            <w:pPr>
              <w:keepNext/>
              <w:rPr>
                <w:sz w:val="22"/>
                <w:lang w:val="fr-FR"/>
              </w:rPr>
            </w:pPr>
            <w:r w:rsidRPr="00F70B1D">
              <w:rPr>
                <w:i/>
                <w:color w:val="7A7A7A"/>
                <w:sz w:val="22"/>
                <w:lang w:val="fr-FR"/>
              </w:rPr>
              <w:t>primăria municipiului / orașului / comunei · primăria de sector · consiliul județean</w:t>
            </w:r>
          </w:p>
          <w:p w:rsidR="00377113" w:rsidRPr="00F70B1D" w:rsidRDefault="00377113">
            <w:pPr>
              <w:keepNext/>
              <w:rPr>
                <w:sz w:val="22"/>
                <w:lang w:val="fr-FR"/>
              </w:rPr>
            </w:pPr>
          </w:p>
        </w:tc>
      </w:tr>
      <w:tr w:rsidR="00377113" w:rsidRPr="00F70B1D">
        <w:trPr>
          <w:cantSplit/>
        </w:trPr>
        <w:tc>
          <w:tcPr>
            <w:tcW w:w="9636" w:type="dxa"/>
            <w:shd w:val="clear" w:color="auto" w:fill="F4F4F4"/>
          </w:tcPr>
          <w:p w:rsidR="00377113" w:rsidRPr="00F70B1D" w:rsidRDefault="005978E6">
            <w:pPr>
              <w:spacing w:line="228" w:lineRule="auto"/>
              <w:rPr>
                <w:sz w:val="22"/>
                <w:lang w:val="fr-FR"/>
              </w:rPr>
            </w:pPr>
            <w:r w:rsidRPr="00F70B1D">
              <w:rPr>
                <w:sz w:val="22"/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:rsidR="00377113" w:rsidRDefault="00377113">
      <w:pPr>
        <w:spacing w:line="168" w:lineRule="auto"/>
        <w:rPr>
          <w:sz w:val="22"/>
          <w:lang w:val="fr-FR"/>
        </w:rPr>
      </w:pPr>
    </w:p>
    <w:p w:rsidR="00F70B1D" w:rsidRPr="00F70B1D" w:rsidRDefault="00F70B1D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:rsidRPr="00F70B1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sz w:val="22"/>
              </w:rPr>
              <w:t xml:space="preserve">2. </w:t>
            </w:r>
            <w:r w:rsidRPr="00F70B1D">
              <w:rPr>
                <w:b/>
                <w:color w:val="000000"/>
                <w:sz w:val="22"/>
              </w:rPr>
              <w:t>SOLICITANTUL</w:t>
            </w:r>
          </w:p>
        </w:tc>
      </w:tr>
      <w:tr w:rsidR="00377113" w:rsidRPr="00F70B1D">
        <w:trPr>
          <w:cantSplit/>
          <w:trHeight w:val="510"/>
        </w:trPr>
        <w:tc>
          <w:tcPr>
            <w:tcW w:w="5621" w:type="dxa"/>
            <w:gridSpan w:val="5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Nume și prenume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CNP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sz w:val="22"/>
              </w:rPr>
              <w:t xml:space="preserve"> Act de identitate</w:t>
            </w:r>
          </w:p>
        </w:tc>
      </w:tr>
      <w:tr w:rsidR="00377113" w:rsidRPr="00F70B1D">
        <w:trPr>
          <w:cantSplit/>
          <w:trHeight w:val="510"/>
        </w:trPr>
        <w:tc>
          <w:tcPr>
            <w:tcW w:w="1606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Seria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Numărul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Eliberat de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La data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sz w:val="22"/>
              </w:rPr>
              <w:t xml:space="preserve"> Domiciliul</w:t>
            </w:r>
          </w:p>
        </w:tc>
      </w:tr>
      <w:tr w:rsidR="00377113" w:rsidRPr="00F70B1D">
        <w:trPr>
          <w:cantSplit/>
          <w:trHeight w:val="510"/>
        </w:trPr>
        <w:tc>
          <w:tcPr>
            <w:tcW w:w="3212" w:type="dxa"/>
            <w:gridSpan w:val="2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Județul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Municipiul / orașul / comuna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Satul / sectorul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  <w:trHeight w:val="510"/>
        </w:trPr>
        <w:tc>
          <w:tcPr>
            <w:tcW w:w="3212" w:type="dxa"/>
            <w:gridSpan w:val="2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Strada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Nr.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Sc.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Et.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Ap.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Cod poștal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Țara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sz w:val="22"/>
              </w:rPr>
              <w:t xml:space="preserve"> Date de contact</w:t>
            </w:r>
          </w:p>
        </w:tc>
      </w:tr>
      <w:tr w:rsidR="00377113" w:rsidRPr="00F70B1D">
        <w:trPr>
          <w:cantSplit/>
          <w:trHeight w:val="510"/>
        </w:trPr>
        <w:tc>
          <w:tcPr>
            <w:tcW w:w="4015" w:type="dxa"/>
            <w:gridSpan w:val="3"/>
          </w:tcPr>
          <w:p w:rsidR="00377113" w:rsidRPr="00F70B1D" w:rsidRDefault="005978E6">
            <w:pPr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Telefon / fax</w:t>
            </w:r>
          </w:p>
          <w:p w:rsidR="00377113" w:rsidRPr="00F70B1D" w:rsidRDefault="00377113">
            <w:pPr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:rsidR="00377113" w:rsidRPr="00F70B1D" w:rsidRDefault="005978E6">
            <w:pPr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E-mail</w:t>
            </w:r>
          </w:p>
          <w:p w:rsidR="00377113" w:rsidRPr="00F70B1D" w:rsidRDefault="00377113">
            <w:pPr>
              <w:rPr>
                <w:sz w:val="22"/>
              </w:rPr>
            </w:pPr>
          </w:p>
        </w:tc>
      </w:tr>
    </w:tbl>
    <w:p w:rsidR="00377113" w:rsidRDefault="00377113">
      <w:pPr>
        <w:spacing w:line="168" w:lineRule="auto"/>
        <w:rPr>
          <w:sz w:val="22"/>
        </w:rPr>
      </w:pPr>
    </w:p>
    <w:p w:rsidR="00F70B1D" w:rsidRPr="00F70B1D" w:rsidRDefault="00F70B1D">
      <w:pPr>
        <w:spacing w:line="168" w:lineRule="auto"/>
        <w:rPr>
          <w:sz w:val="22"/>
        </w:rPr>
      </w:pPr>
    </w:p>
    <w:p w:rsidR="00377113" w:rsidRPr="00F70B1D" w:rsidRDefault="005978E6">
      <w:pPr>
        <w:spacing w:before="80" w:after="60"/>
        <w:jc w:val="center"/>
        <w:rPr>
          <w:sz w:val="22"/>
        </w:rPr>
      </w:pPr>
      <w:proofErr w:type="gramStart"/>
      <w:r w:rsidRPr="00F70B1D">
        <w:rPr>
          <w:sz w:val="22"/>
        </w:rPr>
        <w:t>în</w:t>
      </w:r>
      <w:proofErr w:type="gramEnd"/>
      <w:r w:rsidRPr="00F70B1D">
        <w:rPr>
          <w:sz w:val="22"/>
        </w:rPr>
        <w:t xml:space="preserve"> temeiul art. </w:t>
      </w:r>
      <w:proofErr w:type="gramStart"/>
      <w:r w:rsidRPr="00F70B1D">
        <w:rPr>
          <w:sz w:val="22"/>
        </w:rPr>
        <w:t>257 alin.</w:t>
      </w:r>
      <w:proofErr w:type="gramEnd"/>
      <w:r w:rsidRPr="00F70B1D">
        <w:rPr>
          <w:sz w:val="22"/>
        </w:rPr>
        <w:t xml:space="preserve"> (17) </w:t>
      </w:r>
      <w:proofErr w:type="gramStart"/>
      <w:r w:rsidRPr="00F70B1D">
        <w:rPr>
          <w:sz w:val="22"/>
        </w:rPr>
        <w:t>din</w:t>
      </w:r>
      <w:proofErr w:type="gramEnd"/>
      <w:r w:rsidRPr="00F70B1D">
        <w:rPr>
          <w:sz w:val="22"/>
        </w:rPr>
        <w:t xml:space="preserve"> Legea nr. 169/2026 privind Codul amenajării teritoriului, urbanismului și construcțiilor,</w:t>
      </w:r>
    </w:p>
    <w:p w:rsidR="00004412" w:rsidRDefault="005978E6">
      <w:pPr>
        <w:spacing w:before="80" w:after="60"/>
        <w:jc w:val="center"/>
        <w:rPr>
          <w:sz w:val="22"/>
          <w:lang w:val="fr-FR"/>
        </w:rPr>
      </w:pPr>
      <w:proofErr w:type="gramStart"/>
      <w:r w:rsidRPr="00F70B1D">
        <w:rPr>
          <w:sz w:val="22"/>
          <w:lang w:val="fr-FR"/>
        </w:rPr>
        <w:t>solicit</w:t>
      </w:r>
      <w:proofErr w:type="gramEnd"/>
      <w:r w:rsidRPr="00F70B1D">
        <w:rPr>
          <w:sz w:val="22"/>
          <w:lang w:val="fr-FR"/>
        </w:rPr>
        <w:t xml:space="preserve"> prelungirea valabilității</w:t>
      </w:r>
    </w:p>
    <w:p w:rsidR="00377113" w:rsidRDefault="00004412">
      <w:pPr>
        <w:spacing w:before="80" w:after="60"/>
        <w:jc w:val="center"/>
        <w:rPr>
          <w:b/>
          <w:color w:val="000000"/>
          <w:sz w:val="22"/>
          <w:lang w:val="fr-FR"/>
        </w:rPr>
      </w:pPr>
      <w:r w:rsidRPr="00F70B1D">
        <w:rPr>
          <w:b/>
          <w:color w:val="000000"/>
          <w:sz w:val="22"/>
          <w:lang w:val="fr-FR"/>
        </w:rPr>
        <w:t xml:space="preserve">CERTIFICATULUI </w:t>
      </w:r>
      <w:proofErr w:type="gramStart"/>
      <w:r w:rsidRPr="00F70B1D">
        <w:rPr>
          <w:b/>
          <w:color w:val="000000"/>
          <w:sz w:val="22"/>
          <w:lang w:val="fr-FR"/>
        </w:rPr>
        <w:t>DE URBANISM</w:t>
      </w:r>
      <w:proofErr w:type="gramEnd"/>
    </w:p>
    <w:p w:rsidR="00F70B1D" w:rsidRPr="00F70B1D" w:rsidRDefault="00F70B1D">
      <w:pPr>
        <w:spacing w:before="80" w:after="60"/>
        <w:jc w:val="center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:rsidRPr="00F70B1D">
        <w:trPr>
          <w:cantSplit/>
          <w:trHeight w:val="510"/>
        </w:trPr>
        <w:tc>
          <w:tcPr>
            <w:tcW w:w="1606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Nr.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Din data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5621" w:type="dxa"/>
            <w:gridSpan w:val="2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Emis de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  <w:trHeight w:val="510"/>
        </w:trPr>
        <w:tc>
          <w:tcPr>
            <w:tcW w:w="4818" w:type="dxa"/>
            <w:gridSpan w:val="3"/>
          </w:tcPr>
          <w:p w:rsidR="00377113" w:rsidRPr="00F70B1D" w:rsidRDefault="005978E6">
            <w:pPr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Prelungirea solicitată — de la data</w:t>
            </w:r>
          </w:p>
          <w:p w:rsidR="00377113" w:rsidRPr="00F70B1D" w:rsidRDefault="00377113">
            <w:pPr>
              <w:rPr>
                <w:sz w:val="22"/>
              </w:rPr>
            </w:pPr>
          </w:p>
        </w:tc>
        <w:tc>
          <w:tcPr>
            <w:tcW w:w="4818" w:type="dxa"/>
          </w:tcPr>
          <w:p w:rsidR="00377113" w:rsidRPr="00F70B1D" w:rsidRDefault="005978E6">
            <w:pPr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până la data</w:t>
            </w:r>
          </w:p>
          <w:p w:rsidR="00377113" w:rsidRPr="00F70B1D" w:rsidRDefault="00377113">
            <w:pPr>
              <w:rPr>
                <w:sz w:val="22"/>
              </w:rPr>
            </w:pPr>
          </w:p>
        </w:tc>
      </w:tr>
    </w:tbl>
    <w:p w:rsidR="00377113" w:rsidRDefault="00377113">
      <w:pPr>
        <w:spacing w:line="168" w:lineRule="auto"/>
        <w:rPr>
          <w:sz w:val="22"/>
        </w:rPr>
      </w:pPr>
    </w:p>
    <w:p w:rsidR="00F70B1D" w:rsidRPr="00F70B1D" w:rsidRDefault="00F70B1D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:rsidRPr="00F70B1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sz w:val="22"/>
              </w:rPr>
              <w:lastRenderedPageBreak/>
              <w:t xml:space="preserve"> 4. </w:t>
            </w:r>
            <w:r w:rsidRPr="00F70B1D">
              <w:rPr>
                <w:b/>
                <w:color w:val="000000"/>
                <w:sz w:val="22"/>
              </w:rPr>
              <w:t>IMOBILUL</w:t>
            </w:r>
          </w:p>
        </w:tc>
      </w:tr>
      <w:tr w:rsidR="00377113" w:rsidRPr="00F70B1D">
        <w:trPr>
          <w:cantSplit/>
        </w:trPr>
        <w:tc>
          <w:tcPr>
            <w:tcW w:w="9636" w:type="dxa"/>
            <w:gridSpan w:val="6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sz w:val="22"/>
              </w:rPr>
              <w:t xml:space="preserve"> ☐ teren     ☐ construcții</w:t>
            </w:r>
          </w:p>
        </w:tc>
      </w:tr>
      <w:tr w:rsidR="00377113" w:rsidRPr="00F70B1D">
        <w:trPr>
          <w:cantSplit/>
          <w:trHeight w:val="510"/>
        </w:trPr>
        <w:tc>
          <w:tcPr>
            <w:tcW w:w="3212" w:type="dxa"/>
            <w:gridSpan w:val="2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Județ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Municipiu / oraș / comună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Sat / sector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  <w:trHeight w:val="510"/>
        </w:trPr>
        <w:tc>
          <w:tcPr>
            <w:tcW w:w="1606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Cod poștal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3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Strada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Nr.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  <w:tc>
          <w:tcPr>
            <w:tcW w:w="2409" w:type="dxa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 xml:space="preserve">Bl. / sc. / et. / </w:t>
            </w:r>
            <w:proofErr w:type="gramStart"/>
            <w:r w:rsidRPr="00F70B1D">
              <w:rPr>
                <w:b/>
                <w:color w:val="0D5F78"/>
                <w:sz w:val="22"/>
              </w:rPr>
              <w:t>ap</w:t>
            </w:r>
            <w:proofErr w:type="gramEnd"/>
            <w:r w:rsidRPr="00F70B1D">
              <w:rPr>
                <w:b/>
                <w:color w:val="0D5F78"/>
                <w:sz w:val="22"/>
              </w:rPr>
              <w:t>.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  <w:tr w:rsidR="00377113" w:rsidRPr="00F70B1D">
        <w:trPr>
          <w:cantSplit/>
          <w:trHeight w:val="510"/>
        </w:trPr>
        <w:tc>
          <w:tcPr>
            <w:tcW w:w="5621" w:type="dxa"/>
            <w:gridSpan w:val="3"/>
          </w:tcPr>
          <w:p w:rsidR="00377113" w:rsidRPr="00F70B1D" w:rsidRDefault="005978E6">
            <w:pPr>
              <w:keepNext/>
              <w:rPr>
                <w:sz w:val="22"/>
                <w:lang w:val="fr-FR"/>
              </w:rPr>
            </w:pPr>
            <w:r w:rsidRPr="00F70B1D">
              <w:rPr>
                <w:b/>
                <w:color w:val="0D5F78"/>
                <w:sz w:val="22"/>
                <w:lang w:val="fr-FR"/>
              </w:rPr>
              <w:t>Număr cadastral</w:t>
            </w:r>
          </w:p>
          <w:p w:rsidR="00377113" w:rsidRPr="00F70B1D" w:rsidRDefault="005978E6">
            <w:pPr>
              <w:keepNext/>
              <w:rPr>
                <w:sz w:val="22"/>
                <w:lang w:val="fr-FR"/>
              </w:rPr>
            </w:pPr>
            <w:r w:rsidRPr="00F70B1D">
              <w:rPr>
                <w:i/>
                <w:color w:val="7A7A7A"/>
                <w:sz w:val="22"/>
                <w:lang w:val="fr-FR"/>
              </w:rPr>
              <w:t>dacă imobilul e înscris în e-Terra</w:t>
            </w:r>
          </w:p>
          <w:p w:rsidR="00377113" w:rsidRPr="00F70B1D" w:rsidRDefault="00377113">
            <w:pPr>
              <w:keepNext/>
              <w:rPr>
                <w:sz w:val="22"/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Carte funciară nr.</w:t>
            </w:r>
          </w:p>
          <w:p w:rsidR="00377113" w:rsidRPr="00F70B1D" w:rsidRDefault="00377113">
            <w:pPr>
              <w:keepNext/>
              <w:rPr>
                <w:sz w:val="22"/>
              </w:rPr>
            </w:pPr>
          </w:p>
        </w:tc>
      </w:tr>
    </w:tbl>
    <w:p w:rsidR="00377113" w:rsidRPr="00F70B1D" w:rsidRDefault="00377113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F70B1D">
        <w:trPr>
          <w:cantSplit/>
        </w:trPr>
        <w:tc>
          <w:tcPr>
            <w:tcW w:w="9636" w:type="dxa"/>
            <w:shd w:val="clear" w:color="auto" w:fill="F4F4F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sz w:val="22"/>
              </w:rPr>
              <w:t xml:space="preserve"> 5. </w:t>
            </w:r>
            <w:r w:rsidRPr="00F70B1D">
              <w:rPr>
                <w:b/>
                <w:color w:val="000000"/>
                <w:sz w:val="22"/>
              </w:rPr>
              <w:t>SE ANEXEAZĂ</w:t>
            </w:r>
          </w:p>
        </w:tc>
      </w:tr>
      <w:tr w:rsidR="00377113" w:rsidRPr="00F70B1D">
        <w:trPr>
          <w:cantSplit/>
        </w:trPr>
        <w:tc>
          <w:tcPr>
            <w:tcW w:w="9636" w:type="dxa"/>
          </w:tcPr>
          <w:p w:rsidR="00377113" w:rsidRPr="00F70B1D" w:rsidRDefault="005978E6" w:rsidP="00F70B1D">
            <w:pPr>
              <w:rPr>
                <w:sz w:val="22"/>
                <w:lang w:val="fr-FR"/>
              </w:rPr>
            </w:pPr>
            <w:r w:rsidRPr="00F70B1D">
              <w:rPr>
                <w:sz w:val="22"/>
                <w:lang w:val="fr-FR"/>
              </w:rPr>
              <w:t xml:space="preserve"> </w:t>
            </w:r>
            <w:r w:rsidRPr="00F70B1D">
              <w:rPr>
                <w:rFonts w:ascii="MS Mincho" w:eastAsia="MS Mincho" w:hAnsi="MS Mincho" w:cs="MS Mincho" w:hint="eastAsia"/>
                <w:sz w:val="22"/>
                <w:lang w:val="fr-FR"/>
              </w:rPr>
              <w:t>☐</w:t>
            </w:r>
            <w:r w:rsidRPr="00F70B1D">
              <w:rPr>
                <w:rFonts w:cs="Times New Roman"/>
                <w:sz w:val="22"/>
                <w:lang w:val="fr-FR"/>
              </w:rPr>
              <w:t xml:space="preserve"> </w:t>
            </w:r>
            <w:r w:rsidRPr="00F70B1D">
              <w:rPr>
                <w:sz w:val="22"/>
                <w:lang w:val="fr-FR"/>
              </w:rPr>
              <w:t xml:space="preserve">certificatul de urbanism </w:t>
            </w:r>
            <w:r w:rsidR="00F70B1D">
              <w:rPr>
                <w:sz w:val="22"/>
                <w:lang w:val="fr-FR"/>
              </w:rPr>
              <w:t xml:space="preserve"> </w:t>
            </w:r>
            <w:r w:rsidRPr="00F70B1D">
              <w:rPr>
                <w:sz w:val="22"/>
                <w:lang w:val="fr-FR"/>
              </w:rPr>
              <w:t xml:space="preserve">(în original)     </w:t>
            </w:r>
            <w:r w:rsidRPr="00F70B1D">
              <w:rPr>
                <w:rFonts w:ascii="MS Mincho" w:eastAsia="MS Mincho" w:hAnsi="MS Mincho" w:cs="MS Mincho" w:hint="eastAsia"/>
                <w:sz w:val="22"/>
                <w:lang w:val="fr-FR"/>
              </w:rPr>
              <w:t>☐</w:t>
            </w:r>
            <w:r w:rsidRPr="00F70B1D">
              <w:rPr>
                <w:rFonts w:cs="Times New Roman"/>
                <w:sz w:val="22"/>
                <w:lang w:val="fr-FR"/>
              </w:rPr>
              <w:t xml:space="preserve"> documentul </w:t>
            </w:r>
            <w:r w:rsidR="00F70B1D">
              <w:rPr>
                <w:sz w:val="22"/>
                <w:lang w:val="fr-FR"/>
              </w:rPr>
              <w:t xml:space="preserve"> </w:t>
            </w:r>
            <w:r w:rsidRPr="00F70B1D">
              <w:rPr>
                <w:sz w:val="22"/>
                <w:lang w:val="fr-FR"/>
              </w:rPr>
              <w:t xml:space="preserve">privind </w:t>
            </w:r>
            <w:r w:rsidR="00F70B1D">
              <w:rPr>
                <w:sz w:val="22"/>
                <w:lang w:val="fr-FR"/>
              </w:rPr>
              <w:t xml:space="preserve"> </w:t>
            </w:r>
            <w:r w:rsidRPr="00F70B1D">
              <w:rPr>
                <w:sz w:val="22"/>
                <w:lang w:val="fr-FR"/>
              </w:rPr>
              <w:t xml:space="preserve">achitarea </w:t>
            </w:r>
            <w:r w:rsidR="00F70B1D">
              <w:rPr>
                <w:sz w:val="22"/>
                <w:lang w:val="fr-FR"/>
              </w:rPr>
              <w:t xml:space="preserve"> t</w:t>
            </w:r>
            <w:r w:rsidRPr="00F70B1D">
              <w:rPr>
                <w:sz w:val="22"/>
                <w:lang w:val="fr-FR"/>
              </w:rPr>
              <w:t>axei (copie)</w:t>
            </w:r>
          </w:p>
        </w:tc>
      </w:tr>
    </w:tbl>
    <w:p w:rsidR="00377113" w:rsidRPr="00F70B1D" w:rsidRDefault="00377113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:rsidRPr="00F70B1D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377113" w:rsidRPr="00F70B1D" w:rsidRDefault="005978E6">
            <w:pPr>
              <w:keepNext/>
              <w:rPr>
                <w:sz w:val="22"/>
              </w:rPr>
            </w:pPr>
            <w:r w:rsidRPr="00F70B1D">
              <w:rPr>
                <w:b/>
                <w:sz w:val="22"/>
              </w:rPr>
              <w:t xml:space="preserve">6. </w:t>
            </w:r>
            <w:r w:rsidRPr="00F70B1D">
              <w:rPr>
                <w:b/>
                <w:color w:val="000000"/>
                <w:sz w:val="22"/>
              </w:rPr>
              <w:t>DATA ȘI SEMNĂTURA</w:t>
            </w:r>
          </w:p>
        </w:tc>
      </w:tr>
      <w:tr w:rsidR="00377113" w:rsidRPr="00F70B1D">
        <w:trPr>
          <w:cantSplit/>
          <w:trHeight w:val="510"/>
        </w:trPr>
        <w:tc>
          <w:tcPr>
            <w:tcW w:w="1606" w:type="dxa"/>
          </w:tcPr>
          <w:p w:rsidR="00377113" w:rsidRPr="00F70B1D" w:rsidRDefault="005978E6">
            <w:pPr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Data</w:t>
            </w:r>
          </w:p>
          <w:p w:rsidR="00377113" w:rsidRPr="00F70B1D" w:rsidRDefault="00377113">
            <w:pPr>
              <w:rPr>
                <w:sz w:val="22"/>
              </w:rPr>
            </w:pPr>
          </w:p>
        </w:tc>
        <w:tc>
          <w:tcPr>
            <w:tcW w:w="4818" w:type="dxa"/>
          </w:tcPr>
          <w:p w:rsidR="00377113" w:rsidRPr="00F70B1D" w:rsidRDefault="005978E6">
            <w:pPr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Solicitantul</w:t>
            </w:r>
          </w:p>
          <w:p w:rsidR="00377113" w:rsidRPr="00F70B1D" w:rsidRDefault="00377113">
            <w:pPr>
              <w:rPr>
                <w:sz w:val="22"/>
              </w:rPr>
            </w:pPr>
          </w:p>
        </w:tc>
        <w:tc>
          <w:tcPr>
            <w:tcW w:w="3212" w:type="dxa"/>
          </w:tcPr>
          <w:p w:rsidR="00377113" w:rsidRPr="00F70B1D" w:rsidRDefault="005978E6">
            <w:pPr>
              <w:rPr>
                <w:sz w:val="22"/>
              </w:rPr>
            </w:pPr>
            <w:r w:rsidRPr="00F70B1D">
              <w:rPr>
                <w:b/>
                <w:color w:val="0D5F78"/>
                <w:sz w:val="22"/>
              </w:rPr>
              <w:t>Semnătura</w:t>
            </w:r>
          </w:p>
          <w:p w:rsidR="00377113" w:rsidRPr="00F70B1D" w:rsidRDefault="00377113">
            <w:pPr>
              <w:rPr>
                <w:sz w:val="22"/>
              </w:rPr>
            </w:pPr>
          </w:p>
        </w:tc>
      </w:tr>
    </w:tbl>
    <w:p w:rsidR="00377113" w:rsidRPr="00F70B1D" w:rsidRDefault="00377113">
      <w:pPr>
        <w:spacing w:line="168" w:lineRule="auto"/>
        <w:rPr>
          <w:sz w:val="22"/>
        </w:rPr>
      </w:pPr>
    </w:p>
    <w:sectPr w:rsidR="00377113" w:rsidRPr="00F70B1D" w:rsidSect="00F70B1D">
      <w:footerReference w:type="default" r:id="rId11"/>
      <w:pgSz w:w="11906" w:h="16838"/>
      <w:pgMar w:top="851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232" w:rsidRDefault="00CF4232">
      <w:r>
        <w:separator/>
      </w:r>
    </w:p>
  </w:endnote>
  <w:endnote w:type="continuationSeparator" w:id="0">
    <w:p w:rsidR="00CF4232" w:rsidRDefault="00CF4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113" w:rsidRDefault="005978E6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 w:rsidR="00A26C30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A26C30">
      <w:rPr>
        <w:color w:val="595959"/>
      </w:rPr>
      <w:fldChar w:fldCharType="separate"/>
    </w:r>
    <w:r w:rsidR="00FA127D">
      <w:rPr>
        <w:noProof/>
        <w:color w:val="595959"/>
      </w:rPr>
      <w:t>1</w:t>
    </w:r>
    <w:r w:rsidR="00A26C30">
      <w:rPr>
        <w:color w:val="595959"/>
      </w:rPr>
      <w:fldChar w:fldCharType="end"/>
    </w:r>
    <w:r>
      <w:rPr>
        <w:color w:val="595959"/>
      </w:rPr>
      <w:t xml:space="preserve"> din </w:t>
    </w:r>
    <w:r w:rsidR="00A26C30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A26C30">
      <w:rPr>
        <w:color w:val="595959"/>
      </w:rPr>
      <w:fldChar w:fldCharType="separate"/>
    </w:r>
    <w:r w:rsidR="00FA127D">
      <w:rPr>
        <w:noProof/>
        <w:color w:val="595959"/>
      </w:rPr>
      <w:t>2</w:t>
    </w:r>
    <w:r w:rsidR="00A26C30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232" w:rsidRDefault="00CF4232">
      <w:r>
        <w:separator/>
      </w:r>
    </w:p>
  </w:footnote>
  <w:footnote w:type="continuationSeparator" w:id="0">
    <w:p w:rsidR="00CF4232" w:rsidRDefault="00CF4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04412"/>
    <w:rsid w:val="00034616"/>
    <w:rsid w:val="0006063C"/>
    <w:rsid w:val="000D01DF"/>
    <w:rsid w:val="0015074B"/>
    <w:rsid w:val="00200236"/>
    <w:rsid w:val="0029639D"/>
    <w:rsid w:val="002D6237"/>
    <w:rsid w:val="00326F90"/>
    <w:rsid w:val="00343BBA"/>
    <w:rsid w:val="00377113"/>
    <w:rsid w:val="004418F7"/>
    <w:rsid w:val="00551202"/>
    <w:rsid w:val="005978E6"/>
    <w:rsid w:val="006C103E"/>
    <w:rsid w:val="006C732D"/>
    <w:rsid w:val="006D1228"/>
    <w:rsid w:val="00A26C30"/>
    <w:rsid w:val="00AA1D8D"/>
    <w:rsid w:val="00AF4167"/>
    <w:rsid w:val="00B47730"/>
    <w:rsid w:val="00B73106"/>
    <w:rsid w:val="00CB0664"/>
    <w:rsid w:val="00CD60E9"/>
    <w:rsid w:val="00CF4232"/>
    <w:rsid w:val="00DA074F"/>
    <w:rsid w:val="00EA4614"/>
    <w:rsid w:val="00F70B1D"/>
    <w:rsid w:val="00FA127D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1">
    <w:name w:val="Light List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1">
    <w:name w:val="Light Grid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1">
    <w:name w:val="Medium Shading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1">
    <w:name w:val="Medium Lis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1">
    <w:name w:val="Medium List 2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1">
    <w:name w:val="Medium Grid 2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1">
    <w:name w:val="Dark List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1">
    <w:name w:val="Colorful Shading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1">
    <w:name w:val="Colorful List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1">
    <w:name w:val="Colorful Grid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orasul-busteni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E10BA6-02A2-476C-8A39-7A202801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Crivat</dc:creator>
  <cp:lastModifiedBy>Sorina ENE</cp:lastModifiedBy>
  <cp:revision>4</cp:revision>
  <dcterms:created xsi:type="dcterms:W3CDTF">2026-09-18T10:17:00Z</dcterms:created>
  <dcterms:modified xsi:type="dcterms:W3CDTF">2026-10-15T08:43:00Z</dcterms:modified>
</cp:coreProperties>
</file>