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2409"/>
        <w:gridCol w:w="2409"/>
        <w:gridCol w:w="3212"/>
      </w:tblGrid>
      <w:tr w:rsidR="00E25052" w:rsidRPr="00570946">
        <w:trPr>
          <w:cantSplit/>
          <w:trHeight w:val="510"/>
        </w:trPr>
        <w:tc>
          <w:tcPr>
            <w:tcW w:w="1606" w:type="dxa"/>
            <w:vMerge w:val="restart"/>
            <w:vAlign w:val="center"/>
          </w:tcPr>
          <w:p w:rsidR="00E25052" w:rsidRPr="00570946" w:rsidRDefault="0007641E">
            <w:pPr>
              <w:keepNext/>
              <w:jc w:val="center"/>
              <w:rPr>
                <w:i/>
                <w:color w:val="595959"/>
                <w:sz w:val="22"/>
              </w:rPr>
            </w:pPr>
            <w:r w:rsidRPr="00570946">
              <w:rPr>
                <w:noProof/>
                <w:sz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-66040</wp:posOffset>
                  </wp:positionV>
                  <wp:extent cx="843280" cy="1081405"/>
                  <wp:effectExtent l="19050" t="19050" r="33020" b="42545"/>
                  <wp:wrapNone/>
                  <wp:docPr id="3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bright="-6000" contras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570" b="72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1081405"/>
                          </a:xfrm>
                          <a:prstGeom prst="rect">
                            <a:avLst/>
                          </a:prstGeom>
                          <a:noFill/>
                          <a:ln w="634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4" dir="2700000" algn="tl" rotWithShape="0">
                              <a:srgbClr val="808080"/>
                            </a:outerShdw>
                          </a:effectLst>
                          <a:extLst/>
                        </pic:spPr>
                      </pic:pic>
                    </a:graphicData>
                  </a:graphic>
                </wp:anchor>
              </w:drawing>
            </w:r>
          </w:p>
          <w:p w:rsidR="00F801F2" w:rsidRPr="00570946" w:rsidRDefault="00F801F2">
            <w:pPr>
              <w:keepNext/>
              <w:jc w:val="center"/>
              <w:rPr>
                <w:sz w:val="22"/>
              </w:rPr>
            </w:pPr>
          </w:p>
        </w:tc>
        <w:tc>
          <w:tcPr>
            <w:tcW w:w="8030" w:type="dxa"/>
            <w:gridSpan w:val="3"/>
            <w:shd w:val="clear" w:color="auto" w:fill="F0F0F0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Județul</w:t>
            </w:r>
            <w:r w:rsidR="00570946" w:rsidRPr="00570946">
              <w:rPr>
                <w:b/>
                <w:color w:val="0D5F78"/>
                <w:sz w:val="22"/>
              </w:rPr>
              <w:t xml:space="preserve"> </w:t>
            </w:r>
            <w:r w:rsidR="00570946" w:rsidRPr="00570946">
              <w:rPr>
                <w:color w:val="0D5F78"/>
                <w:sz w:val="22"/>
              </w:rPr>
              <w:t xml:space="preserve">PRAHOVA 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  <w:trHeight w:val="510"/>
        </w:trPr>
        <w:tc>
          <w:tcPr>
            <w:tcW w:w="1606" w:type="dxa"/>
            <w:vMerge/>
          </w:tcPr>
          <w:p w:rsidR="00E25052" w:rsidRPr="00570946" w:rsidRDefault="00E25052">
            <w:pPr>
              <w:rPr>
                <w:sz w:val="22"/>
              </w:rPr>
            </w:pPr>
          </w:p>
        </w:tc>
        <w:tc>
          <w:tcPr>
            <w:tcW w:w="8030" w:type="dxa"/>
            <w:gridSpan w:val="3"/>
            <w:shd w:val="clear" w:color="auto" w:fill="F0F0F0"/>
          </w:tcPr>
          <w:p w:rsidR="00E25052" w:rsidRPr="00570946" w:rsidRDefault="00DF443D">
            <w:pPr>
              <w:keepNext/>
              <w:rPr>
                <w:b/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Autoritatea administrației publice</w:t>
            </w:r>
            <w:r w:rsidR="00570946" w:rsidRPr="00570946">
              <w:rPr>
                <w:b/>
                <w:color w:val="0D5F78"/>
                <w:sz w:val="22"/>
              </w:rPr>
              <w:t xml:space="preserve"> BUSTENI 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  <w:trHeight w:val="510"/>
        </w:trPr>
        <w:tc>
          <w:tcPr>
            <w:tcW w:w="1606" w:type="dxa"/>
            <w:vMerge/>
          </w:tcPr>
          <w:p w:rsidR="00E25052" w:rsidRPr="00570946" w:rsidRDefault="00E25052">
            <w:pPr>
              <w:rPr>
                <w:sz w:val="22"/>
              </w:rPr>
            </w:pPr>
          </w:p>
        </w:tc>
        <w:tc>
          <w:tcPr>
            <w:tcW w:w="2409" w:type="dxa"/>
            <w:shd w:val="clear" w:color="auto" w:fill="F0F0F0"/>
          </w:tcPr>
          <w:p w:rsidR="00E25052" w:rsidRPr="00570946" w:rsidRDefault="00DF443D" w:rsidP="00667002">
            <w:pPr>
              <w:keepNext/>
              <w:jc w:val="center"/>
              <w:rPr>
                <w:sz w:val="22"/>
                <w:lang w:val="fr-FR"/>
              </w:rPr>
            </w:pPr>
            <w:r w:rsidRPr="00570946">
              <w:rPr>
                <w:b/>
                <w:color w:val="0D5F78"/>
                <w:sz w:val="22"/>
                <w:lang w:val="fr-FR"/>
              </w:rPr>
              <w:t xml:space="preserve">Cod </w:t>
            </w:r>
            <w:proofErr w:type="gramStart"/>
            <w:r w:rsidRPr="00570946">
              <w:rPr>
                <w:b/>
                <w:color w:val="0D5F78"/>
                <w:sz w:val="22"/>
                <w:lang w:val="fr-FR"/>
              </w:rPr>
              <w:t>de identificarefiscală</w:t>
            </w:r>
            <w:proofErr w:type="gramEnd"/>
            <w:r w:rsidRPr="00570946">
              <w:rPr>
                <w:b/>
                <w:color w:val="0D5F78"/>
                <w:sz w:val="22"/>
                <w:lang w:val="fr-FR"/>
              </w:rPr>
              <w:t xml:space="preserve"> (CIF)</w:t>
            </w:r>
          </w:p>
          <w:p w:rsidR="00E25052" w:rsidRPr="00570946" w:rsidRDefault="00570946" w:rsidP="00667002">
            <w:pPr>
              <w:keepNext/>
              <w:jc w:val="center"/>
              <w:rPr>
                <w:sz w:val="22"/>
                <w:lang w:val="fr-FR"/>
              </w:rPr>
            </w:pPr>
            <w:r w:rsidRPr="00570946">
              <w:rPr>
                <w:sz w:val="22"/>
                <w:lang w:val="fr-FR"/>
              </w:rPr>
              <w:t>2845729</w:t>
            </w:r>
          </w:p>
        </w:tc>
        <w:tc>
          <w:tcPr>
            <w:tcW w:w="5621" w:type="dxa"/>
            <w:gridSpan w:val="2"/>
            <w:shd w:val="clear" w:color="auto" w:fill="F0F0F0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Adresa</w:t>
            </w:r>
            <w:r w:rsidR="00570946" w:rsidRPr="00570946">
              <w:rPr>
                <w:b/>
                <w:color w:val="0D5F78"/>
                <w:sz w:val="22"/>
              </w:rPr>
              <w:t xml:space="preserve"> </w:t>
            </w:r>
            <w:r w:rsidRPr="00570946">
              <w:rPr>
                <w:b/>
                <w:color w:val="0D5F78"/>
                <w:sz w:val="22"/>
              </w:rPr>
              <w:t>oficială</w:t>
            </w:r>
          </w:p>
          <w:p w:rsidR="00667002" w:rsidRDefault="00570946" w:rsidP="00570946">
            <w:pPr>
              <w:pStyle w:val="Header"/>
              <w:jc w:val="center"/>
              <w:rPr>
                <w:sz w:val="22"/>
              </w:rPr>
            </w:pPr>
            <w:r w:rsidRPr="00570946">
              <w:rPr>
                <w:sz w:val="22"/>
              </w:rPr>
              <w:t xml:space="preserve">B-dul Libertăţii nr. 91, Tel: +40/244/322005, </w:t>
            </w:r>
          </w:p>
          <w:p w:rsidR="00570946" w:rsidRPr="00570946" w:rsidRDefault="00570946" w:rsidP="00570946">
            <w:pPr>
              <w:pStyle w:val="Header"/>
              <w:jc w:val="center"/>
              <w:rPr>
                <w:sz w:val="22"/>
              </w:rPr>
            </w:pPr>
            <w:r w:rsidRPr="00570946">
              <w:rPr>
                <w:sz w:val="22"/>
              </w:rPr>
              <w:t>Fax: +40/244/320752</w:t>
            </w:r>
          </w:p>
          <w:p w:rsidR="00570946" w:rsidRPr="00570946" w:rsidRDefault="00396465" w:rsidP="00570946">
            <w:pPr>
              <w:pStyle w:val="Header"/>
              <w:jc w:val="center"/>
              <w:rPr>
                <w:sz w:val="22"/>
                <w:lang w:val="fr-FR"/>
              </w:rPr>
            </w:pPr>
            <w:hyperlink r:id="rId10" w:history="1">
              <w:r w:rsidR="00570946" w:rsidRPr="00570946">
                <w:rPr>
                  <w:sz w:val="22"/>
                  <w:lang w:val="fr-FR"/>
                </w:rPr>
                <w:t>http://www.orasul-busteni.ro</w:t>
              </w:r>
            </w:hyperlink>
            <w:r w:rsidR="00570946" w:rsidRPr="00570946">
              <w:rPr>
                <w:sz w:val="22"/>
                <w:lang w:val="fr-FR"/>
              </w:rPr>
              <w:t xml:space="preserve">; e-mail: </w:t>
            </w:r>
          </w:p>
          <w:p w:rsidR="00E25052" w:rsidRPr="001746CD" w:rsidRDefault="00570946" w:rsidP="001746CD">
            <w:pPr>
              <w:pStyle w:val="Header"/>
              <w:jc w:val="center"/>
              <w:rPr>
                <w:sz w:val="22"/>
                <w:lang w:val="ro-RO"/>
              </w:rPr>
            </w:pPr>
            <w:r w:rsidRPr="00570946">
              <w:rPr>
                <w:sz w:val="22"/>
                <w:lang w:val="fr-FR"/>
              </w:rPr>
              <w:t>office@orasul-busteni.ro</w:t>
            </w:r>
            <w:bookmarkStart w:id="0" w:name="_GoBack"/>
            <w:bookmarkEnd w:id="0"/>
          </w:p>
        </w:tc>
      </w:tr>
      <w:tr w:rsidR="00E25052" w:rsidRPr="00570946">
        <w:trPr>
          <w:cantSplit/>
          <w:trHeight w:val="510"/>
        </w:trPr>
        <w:tc>
          <w:tcPr>
            <w:tcW w:w="1606" w:type="dxa"/>
            <w:vMerge/>
          </w:tcPr>
          <w:p w:rsidR="00E25052" w:rsidRPr="00570946" w:rsidRDefault="00E25052">
            <w:pPr>
              <w:rPr>
                <w:sz w:val="22"/>
              </w:rPr>
            </w:pPr>
          </w:p>
        </w:tc>
        <w:tc>
          <w:tcPr>
            <w:tcW w:w="4818" w:type="dxa"/>
            <w:gridSpan w:val="2"/>
            <w:shd w:val="clear" w:color="auto" w:fill="F0F0F0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Număr de înregistrare</w:t>
            </w:r>
          </w:p>
          <w:p w:rsidR="00E25052" w:rsidRDefault="00E25052">
            <w:pPr>
              <w:keepNext/>
              <w:rPr>
                <w:sz w:val="22"/>
              </w:rPr>
            </w:pPr>
          </w:p>
          <w:p w:rsidR="008343D8" w:rsidRDefault="008343D8">
            <w:pPr>
              <w:keepNext/>
              <w:rPr>
                <w:sz w:val="22"/>
              </w:rPr>
            </w:pPr>
          </w:p>
          <w:p w:rsidR="008343D8" w:rsidRPr="00570946" w:rsidRDefault="008343D8">
            <w:pPr>
              <w:keepNext/>
              <w:rPr>
                <w:sz w:val="22"/>
              </w:rPr>
            </w:pPr>
          </w:p>
        </w:tc>
        <w:tc>
          <w:tcPr>
            <w:tcW w:w="3212" w:type="dxa"/>
            <w:shd w:val="clear" w:color="auto" w:fill="F0F0F0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Data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975CB9">
        <w:trPr>
          <w:cantSplit/>
        </w:trPr>
        <w:tc>
          <w:tcPr>
            <w:tcW w:w="9636" w:type="dxa"/>
            <w:gridSpan w:val="4"/>
            <w:shd w:val="clear" w:color="auto" w:fill="F0F0F0"/>
          </w:tcPr>
          <w:p w:rsidR="00E25052" w:rsidRPr="00570946" w:rsidRDefault="00570946">
            <w:pPr>
              <w:rPr>
                <w:sz w:val="22"/>
                <w:lang w:val="fr-FR"/>
              </w:rPr>
            </w:pPr>
            <w:r w:rsidRPr="00570946">
              <w:rPr>
                <w:i/>
                <w:color w:val="595959"/>
                <w:sz w:val="22"/>
                <w:lang w:val="fr-FR"/>
              </w:rPr>
              <w:t>S</w:t>
            </w:r>
            <w:r w:rsidR="00DF443D" w:rsidRPr="00570946">
              <w:rPr>
                <w:i/>
                <w:color w:val="595959"/>
                <w:sz w:val="22"/>
                <w:lang w:val="fr-FR"/>
              </w:rPr>
              <w:t>e</w:t>
            </w:r>
            <w:r>
              <w:rPr>
                <w:i/>
                <w:color w:val="595959"/>
                <w:sz w:val="22"/>
                <w:lang w:val="fr-FR"/>
              </w:rPr>
              <w:t xml:space="preserve"> </w:t>
            </w:r>
            <w:r w:rsidR="00DF443D" w:rsidRPr="00570946">
              <w:rPr>
                <w:i/>
                <w:color w:val="595959"/>
                <w:sz w:val="22"/>
                <w:lang w:val="fr-FR"/>
              </w:rPr>
              <w:t xml:space="preserve">completează </w:t>
            </w:r>
            <w:proofErr w:type="gramStart"/>
            <w:r w:rsidR="00DF443D" w:rsidRPr="00570946">
              <w:rPr>
                <w:i/>
                <w:color w:val="595959"/>
                <w:sz w:val="22"/>
                <w:lang w:val="fr-FR"/>
              </w:rPr>
              <w:t>de autoritate</w:t>
            </w:r>
            <w:proofErr w:type="gramEnd"/>
            <w:r w:rsidR="00DF443D" w:rsidRPr="00570946">
              <w:rPr>
                <w:i/>
                <w:color w:val="595959"/>
                <w:sz w:val="22"/>
                <w:lang w:val="fr-FR"/>
              </w:rPr>
              <w:t xml:space="preserve"> — solicitantul </w:t>
            </w:r>
            <w:r>
              <w:rPr>
                <w:i/>
                <w:color w:val="595959"/>
                <w:sz w:val="22"/>
                <w:lang w:val="fr-FR"/>
              </w:rPr>
              <w:t xml:space="preserve"> </w:t>
            </w:r>
            <w:r w:rsidR="00DF443D" w:rsidRPr="00570946">
              <w:rPr>
                <w:i/>
                <w:color w:val="595959"/>
                <w:sz w:val="22"/>
                <w:lang w:val="fr-FR"/>
              </w:rPr>
              <w:t>nu scrie</w:t>
            </w:r>
            <w:r>
              <w:rPr>
                <w:i/>
                <w:color w:val="595959"/>
                <w:sz w:val="22"/>
                <w:lang w:val="fr-FR"/>
              </w:rPr>
              <w:t xml:space="preserve"> </w:t>
            </w:r>
            <w:r w:rsidR="00DF443D" w:rsidRPr="00570946">
              <w:rPr>
                <w:i/>
                <w:color w:val="595959"/>
                <w:sz w:val="22"/>
                <w:lang w:val="fr-FR"/>
              </w:rPr>
              <w:t>în</w:t>
            </w:r>
            <w:r>
              <w:rPr>
                <w:i/>
                <w:color w:val="595959"/>
                <w:sz w:val="22"/>
                <w:lang w:val="fr-FR"/>
              </w:rPr>
              <w:t xml:space="preserve"> </w:t>
            </w:r>
            <w:r w:rsidR="00DF443D" w:rsidRPr="00570946">
              <w:rPr>
                <w:i/>
                <w:color w:val="595959"/>
                <w:sz w:val="22"/>
                <w:lang w:val="fr-FR"/>
              </w:rPr>
              <w:t>această</w:t>
            </w:r>
            <w:r>
              <w:rPr>
                <w:i/>
                <w:color w:val="595959"/>
                <w:sz w:val="22"/>
                <w:lang w:val="fr-FR"/>
              </w:rPr>
              <w:t xml:space="preserve"> </w:t>
            </w:r>
            <w:r w:rsidR="00DF443D" w:rsidRPr="00570946">
              <w:rPr>
                <w:i/>
                <w:color w:val="595959"/>
                <w:sz w:val="22"/>
                <w:lang w:val="fr-FR"/>
              </w:rPr>
              <w:t>zonă</w:t>
            </w:r>
          </w:p>
        </w:tc>
      </w:tr>
    </w:tbl>
    <w:p w:rsidR="00E25052" w:rsidRPr="00570946" w:rsidRDefault="00E25052">
      <w:pPr>
        <w:spacing w:line="168" w:lineRule="auto"/>
        <w:rPr>
          <w:sz w:val="22"/>
          <w:lang w:val="fr-FR"/>
        </w:rPr>
      </w:pPr>
    </w:p>
    <w:p w:rsidR="00E25052" w:rsidRPr="00570946" w:rsidRDefault="00DF443D">
      <w:pPr>
        <w:spacing w:before="140" w:after="40"/>
        <w:jc w:val="center"/>
        <w:rPr>
          <w:sz w:val="22"/>
        </w:rPr>
      </w:pPr>
      <w:r w:rsidRPr="00570946">
        <w:rPr>
          <w:b/>
          <w:sz w:val="22"/>
        </w:rPr>
        <w:t>CERERE</w:t>
      </w:r>
    </w:p>
    <w:p w:rsidR="00E25052" w:rsidRPr="00570946" w:rsidRDefault="00E25052">
      <w:pPr>
        <w:spacing w:after="60" w:line="168" w:lineRule="auto"/>
        <w:rPr>
          <w:sz w:val="22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E25052" w:rsidRPr="00570946">
        <w:trPr>
          <w:cantSplit/>
        </w:trPr>
        <w:tc>
          <w:tcPr>
            <w:tcW w:w="9636" w:type="dxa"/>
            <w:shd w:val="clear" w:color="auto" w:fill="F4F4F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sz w:val="22"/>
              </w:rPr>
              <w:t xml:space="preserve"> 1. </w:t>
            </w:r>
            <w:r w:rsidRPr="00570946">
              <w:rPr>
                <w:b/>
                <w:color w:val="000000"/>
                <w:sz w:val="22"/>
              </w:rPr>
              <w:t>CĂTRE</w:t>
            </w:r>
          </w:p>
        </w:tc>
      </w:tr>
      <w:tr w:rsidR="00E25052" w:rsidRPr="00570946">
        <w:trPr>
          <w:cantSplit/>
          <w:trHeight w:val="510"/>
        </w:trPr>
        <w:tc>
          <w:tcPr>
            <w:tcW w:w="9636" w:type="dxa"/>
          </w:tcPr>
          <w:p w:rsidR="00E25052" w:rsidRPr="00570946" w:rsidRDefault="00DF443D">
            <w:pPr>
              <w:keepNext/>
              <w:rPr>
                <w:sz w:val="22"/>
                <w:lang w:val="fr-FR"/>
              </w:rPr>
            </w:pPr>
            <w:r w:rsidRPr="00570946">
              <w:rPr>
                <w:b/>
                <w:color w:val="0D5F78"/>
                <w:sz w:val="22"/>
                <w:lang w:val="fr-FR"/>
              </w:rPr>
              <w:t>Instituția</w:t>
            </w:r>
          </w:p>
          <w:p w:rsidR="00E25052" w:rsidRPr="00570946" w:rsidRDefault="00570946">
            <w:pPr>
              <w:keepNext/>
              <w:rPr>
                <w:sz w:val="22"/>
                <w:lang w:val="fr-FR"/>
              </w:rPr>
            </w:pPr>
            <w:r w:rsidRPr="00570946">
              <w:rPr>
                <w:i/>
                <w:color w:val="7A7A7A"/>
                <w:sz w:val="22"/>
                <w:lang w:val="fr-FR"/>
              </w:rPr>
              <w:t>P</w:t>
            </w:r>
            <w:r w:rsidR="00DF443D" w:rsidRPr="00570946">
              <w:rPr>
                <w:i/>
                <w:color w:val="7A7A7A"/>
                <w:sz w:val="22"/>
                <w:lang w:val="fr-FR"/>
              </w:rPr>
              <w:t>rimăria</w:t>
            </w:r>
            <w:r>
              <w:rPr>
                <w:i/>
                <w:color w:val="7A7A7A"/>
                <w:sz w:val="22"/>
                <w:lang w:val="fr-FR"/>
              </w:rPr>
              <w:t xml:space="preserve"> </w:t>
            </w:r>
            <w:r w:rsidR="00DF443D" w:rsidRPr="00570946">
              <w:rPr>
                <w:i/>
                <w:color w:val="7A7A7A"/>
                <w:sz w:val="22"/>
                <w:lang w:val="fr-FR"/>
              </w:rPr>
              <w:t>municipiului / orașului / comunei · primăria de sector · consiliul</w:t>
            </w:r>
            <w:r>
              <w:rPr>
                <w:i/>
                <w:color w:val="7A7A7A"/>
                <w:sz w:val="22"/>
                <w:lang w:val="fr-FR"/>
              </w:rPr>
              <w:t xml:space="preserve"> </w:t>
            </w:r>
            <w:r w:rsidR="00DF443D" w:rsidRPr="00570946">
              <w:rPr>
                <w:i/>
                <w:color w:val="7A7A7A"/>
                <w:sz w:val="22"/>
                <w:lang w:val="fr-FR"/>
              </w:rPr>
              <w:t>județean</w:t>
            </w:r>
          </w:p>
          <w:p w:rsidR="00E25052" w:rsidRPr="00570946" w:rsidRDefault="00E25052">
            <w:pPr>
              <w:keepNext/>
              <w:rPr>
                <w:sz w:val="22"/>
                <w:lang w:val="fr-FR"/>
              </w:rPr>
            </w:pPr>
          </w:p>
        </w:tc>
      </w:tr>
      <w:tr w:rsidR="00E25052" w:rsidRPr="00570946">
        <w:trPr>
          <w:cantSplit/>
        </w:trPr>
        <w:tc>
          <w:tcPr>
            <w:tcW w:w="9636" w:type="dxa"/>
            <w:shd w:val="clear" w:color="auto" w:fill="F4F4F4"/>
          </w:tcPr>
          <w:p w:rsidR="00E25052" w:rsidRPr="00570946" w:rsidRDefault="00DF443D">
            <w:pPr>
              <w:spacing w:line="228" w:lineRule="auto"/>
              <w:rPr>
                <w:sz w:val="22"/>
                <w:lang w:val="fr-FR"/>
              </w:rPr>
            </w:pPr>
            <w:r w:rsidRPr="00570946">
              <w:rPr>
                <w:sz w:val="22"/>
                <w:lang w:val="fr-FR"/>
              </w:rPr>
              <w:t>Cererea va fi transmisă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către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președintele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consiliului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județean, primarul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general, primarul de sector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sau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primarul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municipiului / orașului / comunei, după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caz.</w:t>
            </w:r>
          </w:p>
        </w:tc>
      </w:tr>
    </w:tbl>
    <w:p w:rsidR="00E25052" w:rsidRDefault="00E25052">
      <w:pPr>
        <w:spacing w:line="168" w:lineRule="auto"/>
        <w:rPr>
          <w:sz w:val="22"/>
          <w:lang w:val="fr-FR"/>
        </w:rPr>
      </w:pPr>
    </w:p>
    <w:p w:rsidR="008343D8" w:rsidRPr="00570946" w:rsidRDefault="008343D8">
      <w:pPr>
        <w:spacing w:line="168" w:lineRule="auto"/>
        <w:rPr>
          <w:sz w:val="22"/>
          <w:lang w:val="fr-FR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1606"/>
        <w:gridCol w:w="803"/>
        <w:gridCol w:w="803"/>
        <w:gridCol w:w="803"/>
        <w:gridCol w:w="803"/>
        <w:gridCol w:w="1606"/>
        <w:gridCol w:w="1606"/>
      </w:tblGrid>
      <w:tr w:rsidR="00E25052" w:rsidRPr="00570946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sz w:val="22"/>
              </w:rPr>
              <w:t xml:space="preserve">2. </w:t>
            </w:r>
            <w:r w:rsidRPr="00570946">
              <w:rPr>
                <w:b/>
                <w:color w:val="000000"/>
                <w:sz w:val="22"/>
              </w:rPr>
              <w:t>SOLICITANTUL</w:t>
            </w:r>
          </w:p>
        </w:tc>
      </w:tr>
      <w:tr w:rsidR="00E25052" w:rsidRPr="00570946">
        <w:trPr>
          <w:cantSplit/>
          <w:trHeight w:val="510"/>
        </w:trPr>
        <w:tc>
          <w:tcPr>
            <w:tcW w:w="5621" w:type="dxa"/>
            <w:gridSpan w:val="5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Nume și prenume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4015" w:type="dxa"/>
            <w:gridSpan w:val="3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CNP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sz w:val="22"/>
              </w:rPr>
              <w:t xml:space="preserve"> Act de identitate</w:t>
            </w:r>
          </w:p>
        </w:tc>
      </w:tr>
      <w:tr w:rsidR="00E25052" w:rsidRPr="00570946">
        <w:trPr>
          <w:cantSplit/>
          <w:trHeight w:val="510"/>
        </w:trPr>
        <w:tc>
          <w:tcPr>
            <w:tcW w:w="1606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Seria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Numărul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4818" w:type="dxa"/>
            <w:gridSpan w:val="5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Eliberat de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La data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sz w:val="22"/>
              </w:rPr>
              <w:t xml:space="preserve"> Domiciliul</w:t>
            </w:r>
          </w:p>
        </w:tc>
      </w:tr>
      <w:tr w:rsidR="00E25052" w:rsidRPr="00570946">
        <w:trPr>
          <w:cantSplit/>
          <w:trHeight w:val="510"/>
        </w:trPr>
        <w:tc>
          <w:tcPr>
            <w:tcW w:w="3212" w:type="dxa"/>
            <w:gridSpan w:val="2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Județul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3212" w:type="dxa"/>
            <w:gridSpan w:val="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Municipiul / orașul / comuna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3212" w:type="dxa"/>
            <w:gridSpan w:val="2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Satul / sectorul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  <w:trHeight w:val="510"/>
        </w:trPr>
        <w:tc>
          <w:tcPr>
            <w:tcW w:w="3212" w:type="dxa"/>
            <w:gridSpan w:val="2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Strada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803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Nr.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803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Sc.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803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Et.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803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Ap.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Cod poștal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Țara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sz w:val="22"/>
              </w:rPr>
              <w:t xml:space="preserve"> Date de contact</w:t>
            </w:r>
          </w:p>
        </w:tc>
      </w:tr>
      <w:tr w:rsidR="00E25052" w:rsidRPr="00570946">
        <w:trPr>
          <w:cantSplit/>
          <w:trHeight w:val="510"/>
        </w:trPr>
        <w:tc>
          <w:tcPr>
            <w:tcW w:w="4015" w:type="dxa"/>
            <w:gridSpan w:val="3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Telefon / fax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5621" w:type="dxa"/>
            <w:gridSpan w:val="5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E-mail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sz w:val="22"/>
              </w:rPr>
              <w:t xml:space="preserve"> Reprezentare</w:t>
            </w:r>
          </w:p>
        </w:tc>
      </w:tr>
      <w:tr w:rsidR="00E25052" w:rsidRPr="00570946">
        <w:trPr>
          <w:cantSplit/>
          <w:trHeight w:val="510"/>
        </w:trPr>
        <w:tc>
          <w:tcPr>
            <w:tcW w:w="6424" w:type="dxa"/>
            <w:gridSpan w:val="6"/>
          </w:tcPr>
          <w:p w:rsidR="00E25052" w:rsidRPr="00570946" w:rsidRDefault="00DF443D">
            <w:pPr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În calitate de reprezentant al</w:t>
            </w:r>
          </w:p>
          <w:p w:rsidR="00E25052" w:rsidRPr="00570946" w:rsidRDefault="00E25052">
            <w:pPr>
              <w:rPr>
                <w:sz w:val="22"/>
              </w:rPr>
            </w:pPr>
          </w:p>
        </w:tc>
        <w:tc>
          <w:tcPr>
            <w:tcW w:w="3212" w:type="dxa"/>
            <w:gridSpan w:val="2"/>
          </w:tcPr>
          <w:p w:rsidR="00E25052" w:rsidRPr="00570946" w:rsidRDefault="00DF443D">
            <w:pPr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CUI / CIF</w:t>
            </w:r>
          </w:p>
          <w:p w:rsidR="00E25052" w:rsidRPr="00570946" w:rsidRDefault="00E25052">
            <w:pPr>
              <w:rPr>
                <w:sz w:val="22"/>
              </w:rPr>
            </w:pPr>
          </w:p>
        </w:tc>
      </w:tr>
    </w:tbl>
    <w:p w:rsidR="00E25052" w:rsidRPr="00570946" w:rsidRDefault="00E25052">
      <w:pPr>
        <w:spacing w:line="168" w:lineRule="auto"/>
        <w:rPr>
          <w:sz w:val="22"/>
        </w:rPr>
      </w:pPr>
    </w:p>
    <w:p w:rsidR="00E25052" w:rsidRPr="00570946" w:rsidRDefault="00DF443D">
      <w:pPr>
        <w:spacing w:before="80" w:after="60"/>
        <w:jc w:val="center"/>
        <w:rPr>
          <w:sz w:val="22"/>
        </w:rPr>
      </w:pPr>
      <w:proofErr w:type="gramStart"/>
      <w:r w:rsidRPr="00570946">
        <w:rPr>
          <w:sz w:val="22"/>
        </w:rPr>
        <w:t>în</w:t>
      </w:r>
      <w:proofErr w:type="gramEnd"/>
      <w:r w:rsidRPr="00570946">
        <w:rPr>
          <w:sz w:val="22"/>
        </w:rPr>
        <w:t xml:space="preserve"> conformitate cu prevederile Legii nr. 169/2026 privind Codul amenajării teritoriului, urbanismului și construcțiilor,</w:t>
      </w:r>
    </w:p>
    <w:p w:rsidR="00E25052" w:rsidRDefault="00DF443D">
      <w:pPr>
        <w:spacing w:before="80" w:after="60"/>
        <w:jc w:val="center"/>
        <w:rPr>
          <w:sz w:val="22"/>
        </w:rPr>
      </w:pPr>
      <w:proofErr w:type="gramStart"/>
      <w:r w:rsidRPr="00570946">
        <w:rPr>
          <w:sz w:val="22"/>
        </w:rPr>
        <w:t>solicit</w:t>
      </w:r>
      <w:proofErr w:type="gramEnd"/>
      <w:r w:rsidRPr="00570946">
        <w:rPr>
          <w:sz w:val="22"/>
        </w:rPr>
        <w:t xml:space="preserve"> emiterea</w:t>
      </w:r>
    </w:p>
    <w:p w:rsidR="008343D8" w:rsidRPr="00570946" w:rsidRDefault="008343D8">
      <w:pPr>
        <w:spacing w:before="80" w:after="60"/>
        <w:jc w:val="center"/>
        <w:rPr>
          <w:sz w:val="22"/>
        </w:rPr>
      </w:pPr>
    </w:p>
    <w:p w:rsidR="00E25052" w:rsidRPr="00570946" w:rsidRDefault="00DF443D">
      <w:pPr>
        <w:spacing w:after="160"/>
        <w:jc w:val="center"/>
        <w:rPr>
          <w:sz w:val="22"/>
          <w:lang w:val="fr-FR"/>
        </w:rPr>
      </w:pPr>
      <w:r w:rsidRPr="00570946">
        <w:rPr>
          <w:b/>
          <w:sz w:val="22"/>
          <w:lang w:val="fr-FR"/>
        </w:rPr>
        <w:t xml:space="preserve">CERTIFICATULUI </w:t>
      </w:r>
      <w:r w:rsidR="00570946">
        <w:rPr>
          <w:b/>
          <w:sz w:val="22"/>
          <w:lang w:val="fr-FR"/>
        </w:rPr>
        <w:t xml:space="preserve"> </w:t>
      </w:r>
      <w:r w:rsidRPr="00570946">
        <w:rPr>
          <w:b/>
          <w:sz w:val="22"/>
          <w:lang w:val="fr-FR"/>
        </w:rPr>
        <w:t xml:space="preserve">DE </w:t>
      </w:r>
      <w:r w:rsidR="00570946">
        <w:rPr>
          <w:b/>
          <w:sz w:val="22"/>
          <w:lang w:val="fr-FR"/>
        </w:rPr>
        <w:t xml:space="preserve"> </w:t>
      </w:r>
      <w:r w:rsidRPr="00570946">
        <w:rPr>
          <w:b/>
          <w:sz w:val="22"/>
          <w:lang w:val="fr-FR"/>
        </w:rPr>
        <w:t>URBANISM</w:t>
      </w:r>
      <w:r w:rsidR="00570946">
        <w:rPr>
          <w:b/>
          <w:sz w:val="22"/>
          <w:lang w:val="fr-FR"/>
        </w:rPr>
        <w:t xml:space="preserve"> </w:t>
      </w:r>
      <w:r w:rsidRPr="00570946">
        <w:rPr>
          <w:b/>
          <w:sz w:val="22"/>
          <w:lang w:val="fr-FR"/>
        </w:rPr>
        <w:t xml:space="preserve"> </w:t>
      </w:r>
      <w:proofErr w:type="gramStart"/>
      <w:r w:rsidRPr="00570946">
        <w:rPr>
          <w:b/>
          <w:sz w:val="22"/>
          <w:lang w:val="fr-FR"/>
        </w:rPr>
        <w:t xml:space="preserve">DE </w:t>
      </w:r>
      <w:r w:rsidR="00570946">
        <w:rPr>
          <w:b/>
          <w:sz w:val="22"/>
          <w:lang w:val="fr-FR"/>
        </w:rPr>
        <w:t xml:space="preserve"> </w:t>
      </w:r>
      <w:r w:rsidRPr="00570946">
        <w:rPr>
          <w:b/>
          <w:sz w:val="22"/>
          <w:lang w:val="fr-FR"/>
        </w:rPr>
        <w:t>INFORMARE</w:t>
      </w:r>
      <w:proofErr w:type="gramEnd"/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1606"/>
        <w:gridCol w:w="2409"/>
        <w:gridCol w:w="803"/>
        <w:gridCol w:w="803"/>
        <w:gridCol w:w="2409"/>
      </w:tblGrid>
      <w:tr w:rsidR="00E25052" w:rsidRPr="00570946">
        <w:trPr>
          <w:cantSplit/>
        </w:trPr>
        <w:tc>
          <w:tcPr>
            <w:tcW w:w="9636" w:type="dxa"/>
            <w:gridSpan w:val="6"/>
            <w:shd w:val="clear" w:color="auto" w:fill="F4F4F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sz w:val="22"/>
              </w:rPr>
              <w:lastRenderedPageBreak/>
              <w:t xml:space="preserve">3. </w:t>
            </w:r>
            <w:r w:rsidRPr="00570946">
              <w:rPr>
                <w:b/>
                <w:color w:val="000000"/>
                <w:sz w:val="22"/>
              </w:rPr>
              <w:t>IMOBILUL</w:t>
            </w:r>
          </w:p>
        </w:tc>
      </w:tr>
      <w:tr w:rsidR="00E25052" w:rsidRPr="00570946">
        <w:trPr>
          <w:cantSplit/>
        </w:trPr>
        <w:tc>
          <w:tcPr>
            <w:tcW w:w="9636" w:type="dxa"/>
            <w:gridSpan w:val="6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sz w:val="22"/>
              </w:rPr>
              <w:t xml:space="preserve"> ☐ teren     ☐ construcții</w:t>
            </w:r>
          </w:p>
        </w:tc>
      </w:tr>
      <w:tr w:rsidR="00E25052" w:rsidRPr="00570946">
        <w:trPr>
          <w:cantSplit/>
          <w:trHeight w:val="510"/>
        </w:trPr>
        <w:tc>
          <w:tcPr>
            <w:tcW w:w="3212" w:type="dxa"/>
            <w:gridSpan w:val="2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Județ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3212" w:type="dxa"/>
            <w:gridSpan w:val="2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Municipiu / oraș / comună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3212" w:type="dxa"/>
            <w:gridSpan w:val="2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Sat / sector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  <w:trHeight w:val="510"/>
        </w:trPr>
        <w:tc>
          <w:tcPr>
            <w:tcW w:w="1606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Cod poștal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4818" w:type="dxa"/>
            <w:gridSpan w:val="3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Strada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803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Nr.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  <w:tc>
          <w:tcPr>
            <w:tcW w:w="2409" w:type="dxa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 xml:space="preserve">Bl. / sc. / et. / </w:t>
            </w:r>
            <w:proofErr w:type="gramStart"/>
            <w:r w:rsidRPr="00570946">
              <w:rPr>
                <w:b/>
                <w:color w:val="0D5F78"/>
                <w:sz w:val="22"/>
              </w:rPr>
              <w:t>ap</w:t>
            </w:r>
            <w:proofErr w:type="gramEnd"/>
            <w:r w:rsidRPr="00570946">
              <w:rPr>
                <w:b/>
                <w:color w:val="0D5F78"/>
                <w:sz w:val="22"/>
              </w:rPr>
              <w:t>.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  <w:trHeight w:val="510"/>
        </w:trPr>
        <w:tc>
          <w:tcPr>
            <w:tcW w:w="9636" w:type="dxa"/>
            <w:gridSpan w:val="6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Suprafața terenului (m²)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570946">
        <w:trPr>
          <w:cantSplit/>
          <w:trHeight w:val="510"/>
        </w:trPr>
        <w:tc>
          <w:tcPr>
            <w:tcW w:w="5621" w:type="dxa"/>
            <w:gridSpan w:val="3"/>
          </w:tcPr>
          <w:p w:rsidR="00E25052" w:rsidRPr="00570946" w:rsidRDefault="00DF443D">
            <w:pPr>
              <w:keepNext/>
              <w:rPr>
                <w:sz w:val="22"/>
                <w:lang w:val="fr-FR"/>
              </w:rPr>
            </w:pPr>
            <w:r w:rsidRPr="00570946">
              <w:rPr>
                <w:b/>
                <w:color w:val="0D5F78"/>
                <w:sz w:val="22"/>
                <w:lang w:val="fr-FR"/>
              </w:rPr>
              <w:t>Număr cadastral</w:t>
            </w:r>
          </w:p>
          <w:p w:rsidR="00E25052" w:rsidRPr="00570946" w:rsidRDefault="00DF443D">
            <w:pPr>
              <w:keepNext/>
              <w:rPr>
                <w:sz w:val="22"/>
                <w:lang w:val="fr-FR"/>
              </w:rPr>
            </w:pPr>
            <w:r w:rsidRPr="00570946">
              <w:rPr>
                <w:i/>
                <w:color w:val="7A7A7A"/>
                <w:sz w:val="22"/>
                <w:lang w:val="fr-FR"/>
              </w:rPr>
              <w:t>dacăimobilul e înscrisîn e-Terra</w:t>
            </w:r>
          </w:p>
          <w:p w:rsidR="00E25052" w:rsidRPr="00570946" w:rsidRDefault="00E25052">
            <w:pPr>
              <w:keepNext/>
              <w:rPr>
                <w:sz w:val="22"/>
                <w:lang w:val="fr-FR"/>
              </w:rPr>
            </w:pPr>
          </w:p>
        </w:tc>
        <w:tc>
          <w:tcPr>
            <w:tcW w:w="4015" w:type="dxa"/>
            <w:gridSpan w:val="3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Carte funciară nr.</w:t>
            </w:r>
          </w:p>
          <w:p w:rsidR="00E25052" w:rsidRPr="00570946" w:rsidRDefault="00E25052">
            <w:pPr>
              <w:keepNext/>
              <w:rPr>
                <w:sz w:val="22"/>
              </w:rPr>
            </w:pPr>
          </w:p>
        </w:tc>
      </w:tr>
      <w:tr w:rsidR="00E25052" w:rsidRPr="00975CB9">
        <w:trPr>
          <w:cantSplit/>
        </w:trPr>
        <w:tc>
          <w:tcPr>
            <w:tcW w:w="9636" w:type="dxa"/>
            <w:gridSpan w:val="6"/>
          </w:tcPr>
          <w:p w:rsidR="00F8517F" w:rsidRPr="00570946" w:rsidRDefault="00DF443D">
            <w:pPr>
              <w:rPr>
                <w:sz w:val="22"/>
                <w:lang w:val="fr-FR"/>
              </w:rPr>
            </w:pPr>
            <w:r w:rsidRPr="00570946">
              <w:rPr>
                <w:sz w:val="22"/>
                <w:lang w:val="fr-FR"/>
              </w:rPr>
              <w:t>☐ extras de carte funciară</w:t>
            </w:r>
            <w:r w:rsidR="00570946" w:rsidRP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actualizat, anexat</w:t>
            </w:r>
          </w:p>
          <w:p w:rsidR="00E25052" w:rsidRPr="00570946" w:rsidRDefault="00DF443D">
            <w:pPr>
              <w:rPr>
                <w:sz w:val="22"/>
                <w:lang w:val="fr-FR"/>
              </w:rPr>
            </w:pPr>
            <w:r w:rsidRPr="00570946">
              <w:rPr>
                <w:sz w:val="22"/>
                <w:lang w:val="fr-FR"/>
              </w:rPr>
              <w:t xml:space="preserve">☐ plan </w:t>
            </w:r>
            <w:proofErr w:type="gramStart"/>
            <w:r w:rsidRPr="00570946">
              <w:rPr>
                <w:sz w:val="22"/>
                <w:lang w:val="fr-FR"/>
              </w:rPr>
              <w:t>de încadrare</w:t>
            </w:r>
            <w:proofErr w:type="gramEnd"/>
            <w:r w:rsidR="00570946" w:rsidRP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în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zonă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în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sistem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Stereo 70, anexat</w:t>
            </w:r>
            <w:r w:rsidR="00570946">
              <w:rPr>
                <w:sz w:val="22"/>
                <w:lang w:val="fr-FR"/>
              </w:rPr>
              <w:t xml:space="preserve"> </w:t>
            </w:r>
            <w:r w:rsidR="00F8517F" w:rsidRPr="00570946">
              <w:rPr>
                <w:sz w:val="22"/>
                <w:lang w:val="fr-FR"/>
              </w:rPr>
              <w:t>eliberat, la cerere, de către</w:t>
            </w:r>
            <w:r w:rsidR="00570946">
              <w:rPr>
                <w:sz w:val="22"/>
                <w:lang w:val="fr-FR"/>
              </w:rPr>
              <w:t xml:space="preserve"> </w:t>
            </w:r>
            <w:r w:rsidR="00F8517F" w:rsidRPr="00570946">
              <w:rPr>
                <w:sz w:val="22"/>
                <w:lang w:val="fr-FR"/>
              </w:rPr>
              <w:t>Agenția</w:t>
            </w:r>
            <w:r w:rsidR="00570946">
              <w:rPr>
                <w:sz w:val="22"/>
                <w:lang w:val="fr-FR"/>
              </w:rPr>
              <w:t xml:space="preserve"> </w:t>
            </w:r>
            <w:r w:rsidR="00F8517F" w:rsidRPr="00570946">
              <w:rPr>
                <w:sz w:val="22"/>
                <w:lang w:val="fr-FR"/>
              </w:rPr>
              <w:t>Națională de Cadastru</w:t>
            </w:r>
            <w:r w:rsidR="00570946">
              <w:rPr>
                <w:sz w:val="22"/>
                <w:lang w:val="fr-FR"/>
              </w:rPr>
              <w:t xml:space="preserve"> </w:t>
            </w:r>
            <w:r w:rsidR="00F8517F" w:rsidRPr="00570946">
              <w:rPr>
                <w:sz w:val="22"/>
                <w:lang w:val="fr-FR"/>
              </w:rPr>
              <w:t>și</w:t>
            </w:r>
            <w:r w:rsidR="00570946">
              <w:rPr>
                <w:sz w:val="22"/>
                <w:lang w:val="fr-FR"/>
              </w:rPr>
              <w:t xml:space="preserve"> </w:t>
            </w:r>
            <w:r w:rsidR="00F8517F" w:rsidRPr="00570946">
              <w:rPr>
                <w:sz w:val="22"/>
                <w:lang w:val="fr-FR"/>
              </w:rPr>
              <w:t>Publicitate</w:t>
            </w:r>
            <w:r w:rsidR="00570946">
              <w:rPr>
                <w:sz w:val="22"/>
                <w:lang w:val="fr-FR"/>
              </w:rPr>
              <w:t xml:space="preserve"> </w:t>
            </w:r>
            <w:r w:rsidR="00F8517F" w:rsidRPr="00570946">
              <w:rPr>
                <w:sz w:val="22"/>
                <w:lang w:val="fr-FR"/>
              </w:rPr>
              <w:t>Imobiliară</w:t>
            </w:r>
          </w:p>
        </w:tc>
      </w:tr>
    </w:tbl>
    <w:p w:rsidR="00E25052" w:rsidRPr="00570946" w:rsidRDefault="00E25052">
      <w:pPr>
        <w:spacing w:line="168" w:lineRule="auto"/>
        <w:rPr>
          <w:sz w:val="22"/>
          <w:lang w:val="fr-FR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E25052" w:rsidRPr="00570946">
        <w:trPr>
          <w:cantSplit/>
        </w:trPr>
        <w:tc>
          <w:tcPr>
            <w:tcW w:w="9636" w:type="dxa"/>
            <w:shd w:val="clear" w:color="auto" w:fill="F4F4F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sz w:val="22"/>
              </w:rPr>
              <w:t xml:space="preserve">4. </w:t>
            </w:r>
            <w:r w:rsidRPr="00570946">
              <w:rPr>
                <w:b/>
                <w:color w:val="000000"/>
                <w:sz w:val="22"/>
              </w:rPr>
              <w:t>COMUNICAREA RĂSPUNSULUI</w:t>
            </w:r>
          </w:p>
        </w:tc>
      </w:tr>
      <w:tr w:rsidR="00E25052" w:rsidRPr="00975CB9">
        <w:trPr>
          <w:cantSplit/>
        </w:trPr>
        <w:tc>
          <w:tcPr>
            <w:tcW w:w="9636" w:type="dxa"/>
          </w:tcPr>
          <w:p w:rsidR="00E25052" w:rsidRPr="00570946" w:rsidRDefault="00DF443D">
            <w:pPr>
              <w:rPr>
                <w:sz w:val="22"/>
                <w:lang w:val="fr-FR"/>
              </w:rPr>
            </w:pPr>
            <w:r w:rsidRPr="00570946">
              <w:rPr>
                <w:sz w:val="22"/>
                <w:lang w:val="fr-FR"/>
              </w:rPr>
              <w:t xml:space="preserve"> ☐ în format scris, prin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 xml:space="preserve">poștă     ☐ în format digital, la </w:t>
            </w:r>
            <w:proofErr w:type="gramStart"/>
            <w:r w:rsidRPr="00570946">
              <w:rPr>
                <w:sz w:val="22"/>
                <w:lang w:val="fr-FR"/>
              </w:rPr>
              <w:t>adresa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de e-mail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 xml:space="preserve">indicată    </w:t>
            </w:r>
            <w:proofErr w:type="gramEnd"/>
            <w:r w:rsidRPr="00570946">
              <w:rPr>
                <w:sz w:val="22"/>
                <w:lang w:val="fr-FR"/>
              </w:rPr>
              <w:t xml:space="preserve"> ☐ ridicare de la sediul</w:t>
            </w:r>
            <w:r w:rsidR="00570946">
              <w:rPr>
                <w:sz w:val="22"/>
                <w:lang w:val="fr-FR"/>
              </w:rPr>
              <w:t xml:space="preserve"> </w:t>
            </w:r>
            <w:r w:rsidRPr="00570946">
              <w:rPr>
                <w:sz w:val="22"/>
                <w:lang w:val="fr-FR"/>
              </w:rPr>
              <w:t>autorității</w:t>
            </w:r>
          </w:p>
        </w:tc>
      </w:tr>
    </w:tbl>
    <w:p w:rsidR="00E25052" w:rsidRPr="00570946" w:rsidRDefault="00E25052">
      <w:pPr>
        <w:spacing w:line="168" w:lineRule="auto"/>
        <w:rPr>
          <w:sz w:val="22"/>
          <w:lang w:val="fr-FR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4818"/>
        <w:gridCol w:w="3212"/>
      </w:tblGrid>
      <w:tr w:rsidR="00E25052" w:rsidRPr="00570946">
        <w:trPr>
          <w:cantSplit/>
        </w:trPr>
        <w:tc>
          <w:tcPr>
            <w:tcW w:w="9636" w:type="dxa"/>
            <w:gridSpan w:val="3"/>
            <w:shd w:val="clear" w:color="auto" w:fill="F4F4F4"/>
          </w:tcPr>
          <w:p w:rsidR="00E25052" w:rsidRPr="00570946" w:rsidRDefault="00DF443D">
            <w:pPr>
              <w:keepNext/>
              <w:rPr>
                <w:sz w:val="22"/>
              </w:rPr>
            </w:pPr>
            <w:r w:rsidRPr="00570946">
              <w:rPr>
                <w:b/>
                <w:sz w:val="22"/>
              </w:rPr>
              <w:t xml:space="preserve">5. </w:t>
            </w:r>
            <w:r w:rsidRPr="00570946">
              <w:rPr>
                <w:b/>
                <w:color w:val="000000"/>
                <w:sz w:val="22"/>
              </w:rPr>
              <w:t>DATA ȘI SEMNĂTURA</w:t>
            </w:r>
          </w:p>
        </w:tc>
      </w:tr>
      <w:tr w:rsidR="00E25052" w:rsidRPr="00570946">
        <w:trPr>
          <w:cantSplit/>
          <w:trHeight w:val="510"/>
        </w:trPr>
        <w:tc>
          <w:tcPr>
            <w:tcW w:w="1606" w:type="dxa"/>
          </w:tcPr>
          <w:p w:rsidR="00E25052" w:rsidRPr="00570946" w:rsidRDefault="00DF443D">
            <w:pPr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Data</w:t>
            </w:r>
          </w:p>
          <w:p w:rsidR="00E25052" w:rsidRPr="00570946" w:rsidRDefault="00E25052">
            <w:pPr>
              <w:rPr>
                <w:sz w:val="22"/>
              </w:rPr>
            </w:pPr>
          </w:p>
        </w:tc>
        <w:tc>
          <w:tcPr>
            <w:tcW w:w="4818" w:type="dxa"/>
          </w:tcPr>
          <w:p w:rsidR="00E25052" w:rsidRPr="00570946" w:rsidRDefault="00DF443D">
            <w:pPr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Solicitantul</w:t>
            </w:r>
          </w:p>
          <w:p w:rsidR="00E25052" w:rsidRPr="00570946" w:rsidRDefault="00E25052">
            <w:pPr>
              <w:rPr>
                <w:sz w:val="22"/>
              </w:rPr>
            </w:pPr>
          </w:p>
        </w:tc>
        <w:tc>
          <w:tcPr>
            <w:tcW w:w="3212" w:type="dxa"/>
          </w:tcPr>
          <w:p w:rsidR="00E25052" w:rsidRPr="00570946" w:rsidRDefault="00DF443D">
            <w:pPr>
              <w:rPr>
                <w:sz w:val="22"/>
              </w:rPr>
            </w:pPr>
            <w:r w:rsidRPr="00570946">
              <w:rPr>
                <w:b/>
                <w:color w:val="0D5F78"/>
                <w:sz w:val="22"/>
              </w:rPr>
              <w:t>Semnătura</w:t>
            </w:r>
          </w:p>
          <w:p w:rsidR="00E25052" w:rsidRPr="00570946" w:rsidRDefault="00E25052">
            <w:pPr>
              <w:rPr>
                <w:sz w:val="22"/>
              </w:rPr>
            </w:pPr>
          </w:p>
        </w:tc>
      </w:tr>
    </w:tbl>
    <w:p w:rsidR="00E25052" w:rsidRPr="00570946" w:rsidRDefault="00E25052">
      <w:pPr>
        <w:spacing w:line="168" w:lineRule="auto"/>
        <w:rPr>
          <w:sz w:val="22"/>
        </w:rPr>
      </w:pPr>
    </w:p>
    <w:p w:rsidR="00F8517F" w:rsidRPr="00570946" w:rsidRDefault="00F8517F" w:rsidP="00F8517F">
      <w:pPr>
        <w:rPr>
          <w:sz w:val="22"/>
        </w:rPr>
      </w:pPr>
    </w:p>
    <w:p w:rsidR="00F8517F" w:rsidRPr="00570946" w:rsidRDefault="00F8517F" w:rsidP="00F8517F">
      <w:pPr>
        <w:rPr>
          <w:sz w:val="22"/>
        </w:rPr>
      </w:pPr>
    </w:p>
    <w:p w:rsidR="00F8517F" w:rsidRPr="00570946" w:rsidRDefault="00F8517F" w:rsidP="00F8517F">
      <w:pPr>
        <w:tabs>
          <w:tab w:val="left" w:pos="3005"/>
        </w:tabs>
        <w:rPr>
          <w:sz w:val="22"/>
        </w:rPr>
      </w:pPr>
      <w:r w:rsidRPr="00570946">
        <w:rPr>
          <w:sz w:val="22"/>
        </w:rPr>
        <w:tab/>
      </w:r>
    </w:p>
    <w:sectPr w:rsidR="00F8517F" w:rsidRPr="00570946" w:rsidSect="00034616">
      <w:headerReference w:type="default" r:id="rId11"/>
      <w:footerReference w:type="default" r:id="rId12"/>
      <w:pgSz w:w="11906" w:h="16838"/>
      <w:pgMar w:top="567" w:right="1134" w:bottom="454" w:left="1134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465" w:rsidRDefault="00396465">
      <w:r>
        <w:separator/>
      </w:r>
    </w:p>
  </w:endnote>
  <w:endnote w:type="continuationSeparator" w:id="0">
    <w:p w:rsidR="00396465" w:rsidRDefault="00396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052" w:rsidRDefault="00F801F2">
    <w:pPr>
      <w:pStyle w:val="Footer"/>
      <w:tabs>
        <w:tab w:val="right" w:pos="9639"/>
      </w:tabs>
    </w:pPr>
    <w:r>
      <w:rPr>
        <w:color w:val="595959"/>
      </w:rPr>
      <w:t>F_CU_01 · versiunea 1.0</w:t>
    </w:r>
    <w:r>
      <w:rPr>
        <w:color w:val="595959"/>
      </w:rPr>
      <w:tab/>
      <w:t>pagina</w:t>
    </w:r>
    <w:r w:rsidR="009235CB">
      <w:rPr>
        <w:color w:val="595959"/>
      </w:rPr>
      <w:fldChar w:fldCharType="begin"/>
    </w:r>
    <w:r>
      <w:rPr>
        <w:color w:val="595959"/>
      </w:rPr>
      <w:instrText xml:space="preserve"> PAGE </w:instrText>
    </w:r>
    <w:r w:rsidR="009235CB">
      <w:rPr>
        <w:color w:val="595959"/>
      </w:rPr>
      <w:fldChar w:fldCharType="separate"/>
    </w:r>
    <w:r w:rsidR="001746CD">
      <w:rPr>
        <w:noProof/>
        <w:color w:val="595959"/>
      </w:rPr>
      <w:t>1</w:t>
    </w:r>
    <w:r w:rsidR="009235CB">
      <w:rPr>
        <w:color w:val="595959"/>
      </w:rPr>
      <w:fldChar w:fldCharType="end"/>
    </w:r>
    <w:r>
      <w:rPr>
        <w:color w:val="595959"/>
      </w:rPr>
      <w:t xml:space="preserve"> din </w:t>
    </w:r>
    <w:r w:rsidR="009235CB">
      <w:rPr>
        <w:color w:val="595959"/>
      </w:rPr>
      <w:fldChar w:fldCharType="begin"/>
    </w:r>
    <w:r>
      <w:rPr>
        <w:color w:val="595959"/>
      </w:rPr>
      <w:instrText xml:space="preserve"> NUMPAGES </w:instrText>
    </w:r>
    <w:r w:rsidR="009235CB">
      <w:rPr>
        <w:color w:val="595959"/>
      </w:rPr>
      <w:fldChar w:fldCharType="separate"/>
    </w:r>
    <w:r w:rsidR="001746CD">
      <w:rPr>
        <w:noProof/>
        <w:color w:val="595959"/>
      </w:rPr>
      <w:t>2</w:t>
    </w:r>
    <w:r w:rsidR="009235CB">
      <w:rPr>
        <w:color w:val="59595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465" w:rsidRDefault="00396465">
      <w:r>
        <w:separator/>
      </w:r>
    </w:p>
  </w:footnote>
  <w:footnote w:type="continuationSeparator" w:id="0">
    <w:p w:rsidR="00396465" w:rsidRDefault="00396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17F" w:rsidRPr="00F8517F" w:rsidRDefault="00F8517F" w:rsidP="00F8517F">
    <w:pPr>
      <w:pStyle w:val="Header"/>
      <w:rPr>
        <w:b/>
        <w:bCs/>
        <w:i/>
        <w:iCs/>
        <w:color w:val="595959"/>
        <w:sz w:val="24"/>
        <w:szCs w:val="24"/>
        <w:u w:val="single"/>
      </w:rPr>
    </w:pPr>
    <w:r w:rsidRPr="00F8517F">
      <w:rPr>
        <w:b/>
        <w:bCs/>
        <w:i/>
        <w:iCs/>
        <w:color w:val="595959"/>
        <w:sz w:val="24"/>
        <w:szCs w:val="24"/>
        <w:u w:val="single"/>
      </w:rPr>
      <w:t xml:space="preserve">Anexa nr.1  </w:t>
    </w:r>
  </w:p>
  <w:p w:rsidR="00F8517F" w:rsidRPr="00F8517F" w:rsidRDefault="00F8517F" w:rsidP="00F8517F">
    <w:pPr>
      <w:pStyle w:val="Header"/>
      <w:rPr>
        <w:b/>
        <w:bCs/>
        <w:color w:val="595959"/>
      </w:rPr>
    </w:pPr>
    <w:r>
      <w:rPr>
        <w:color w:val="595959"/>
      </w:rPr>
      <w:t>F_CU_01 · versiunea 1.0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7730"/>
    <w:rsid w:val="00034616"/>
    <w:rsid w:val="0006063C"/>
    <w:rsid w:val="0007641E"/>
    <w:rsid w:val="000F55B4"/>
    <w:rsid w:val="00116A29"/>
    <w:rsid w:val="0015074B"/>
    <w:rsid w:val="0016678F"/>
    <w:rsid w:val="001746CD"/>
    <w:rsid w:val="0021562A"/>
    <w:rsid w:val="0029639D"/>
    <w:rsid w:val="00326F90"/>
    <w:rsid w:val="00393893"/>
    <w:rsid w:val="00396465"/>
    <w:rsid w:val="00570946"/>
    <w:rsid w:val="005A0484"/>
    <w:rsid w:val="005C1056"/>
    <w:rsid w:val="006623A5"/>
    <w:rsid w:val="00667002"/>
    <w:rsid w:val="006C103E"/>
    <w:rsid w:val="00763A7C"/>
    <w:rsid w:val="008343D8"/>
    <w:rsid w:val="00844C52"/>
    <w:rsid w:val="00851332"/>
    <w:rsid w:val="00861954"/>
    <w:rsid w:val="009235CB"/>
    <w:rsid w:val="00975CB9"/>
    <w:rsid w:val="009B5021"/>
    <w:rsid w:val="00AA1D8D"/>
    <w:rsid w:val="00B16250"/>
    <w:rsid w:val="00B47730"/>
    <w:rsid w:val="00CB0664"/>
    <w:rsid w:val="00D9306C"/>
    <w:rsid w:val="00DF443D"/>
    <w:rsid w:val="00E25052"/>
    <w:rsid w:val="00E61A6B"/>
    <w:rsid w:val="00F801F2"/>
    <w:rsid w:val="00F8517F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/>
      <w:sz w:val="15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orasul-busteni.r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75F922-ACC5-4169-ABCF-707D639CC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1829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Roxana Crivat</dc:creator>
  <cp:lastModifiedBy>Sorina ENE</cp:lastModifiedBy>
  <cp:revision>4</cp:revision>
  <cp:lastPrinted>2026-09-17T10:12:00Z</cp:lastPrinted>
  <dcterms:created xsi:type="dcterms:W3CDTF">2026-09-18T10:21:00Z</dcterms:created>
  <dcterms:modified xsi:type="dcterms:W3CDTF">2026-10-15T08:42:00Z</dcterms:modified>
</cp:coreProperties>
</file>