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:rsidRPr="00972CEA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D4241" w:rsidRPr="00972CEA" w:rsidRDefault="00A52E00">
            <w:pPr>
              <w:keepNext/>
              <w:jc w:val="center"/>
              <w:rPr>
                <w:sz w:val="22"/>
              </w:rPr>
            </w:pPr>
            <w:r w:rsidRPr="00972CEA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127000</wp:posOffset>
                  </wp:positionV>
                  <wp:extent cx="840105" cy="1066800"/>
                  <wp:effectExtent l="19050" t="19050" r="55245" b="38100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05" cy="1066800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Județul</w:t>
            </w:r>
          </w:p>
          <w:p w:rsidR="00BD4241" w:rsidRPr="00972CEA" w:rsidRDefault="00B3558D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PRAHOVA 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  <w:vMerge/>
          </w:tcPr>
          <w:p w:rsidR="00BD4241" w:rsidRPr="00972CEA" w:rsidRDefault="00BD4241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Autoritatea</w:t>
            </w:r>
            <w:r w:rsidR="00B3558D" w:rsidRPr="00972CEA">
              <w:rPr>
                <w:b/>
                <w:color w:val="0D5F78"/>
                <w:sz w:val="22"/>
              </w:rPr>
              <w:t xml:space="preserve"> </w:t>
            </w:r>
            <w:r w:rsidR="0093097C" w:rsidRPr="00972CEA">
              <w:rPr>
                <w:b/>
                <w:color w:val="0D5F78"/>
                <w:sz w:val="22"/>
              </w:rPr>
              <w:t xml:space="preserve"> </w:t>
            </w:r>
            <w:r w:rsidRPr="00972CEA">
              <w:rPr>
                <w:b/>
                <w:color w:val="0D5F78"/>
                <w:sz w:val="22"/>
              </w:rPr>
              <w:t>administrației</w:t>
            </w:r>
            <w:r w:rsidR="00B3558D" w:rsidRPr="00972CEA">
              <w:rPr>
                <w:b/>
                <w:color w:val="0D5F78"/>
                <w:sz w:val="22"/>
              </w:rPr>
              <w:t xml:space="preserve"> </w:t>
            </w:r>
            <w:r w:rsidRPr="00972CEA">
              <w:rPr>
                <w:b/>
                <w:color w:val="0D5F78"/>
                <w:sz w:val="22"/>
              </w:rPr>
              <w:t>publice</w:t>
            </w:r>
          </w:p>
          <w:p w:rsidR="00BD4241" w:rsidRPr="00972CEA" w:rsidRDefault="00B3558D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BUSTENI 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  <w:vMerge/>
          </w:tcPr>
          <w:p w:rsidR="00BD4241" w:rsidRPr="00972CEA" w:rsidRDefault="00BD4241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BD4241" w:rsidRPr="00972CEA" w:rsidRDefault="00B2217F" w:rsidP="00147F3D">
            <w:pPr>
              <w:keepNext/>
              <w:jc w:val="center"/>
              <w:rPr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972CEA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="00B3558D" w:rsidRPr="00972CEA">
              <w:rPr>
                <w:b/>
                <w:color w:val="0D5F78"/>
                <w:sz w:val="22"/>
                <w:lang w:val="fr-FR"/>
              </w:rPr>
              <w:t xml:space="preserve"> </w:t>
            </w:r>
            <w:r w:rsidRPr="00972CEA">
              <w:rPr>
                <w:b/>
                <w:color w:val="0D5F78"/>
                <w:sz w:val="22"/>
                <w:lang w:val="fr-FR"/>
              </w:rPr>
              <w:t>fiscală (CIF)</w:t>
            </w:r>
          </w:p>
          <w:p w:rsidR="00BD4241" w:rsidRPr="00972CEA" w:rsidRDefault="00B3558D" w:rsidP="00147F3D">
            <w:pPr>
              <w:keepNext/>
              <w:jc w:val="center"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Adresa</w:t>
            </w:r>
            <w:r w:rsidR="00B3558D" w:rsidRPr="00972CEA">
              <w:rPr>
                <w:b/>
                <w:color w:val="0D5F78"/>
                <w:sz w:val="22"/>
              </w:rPr>
              <w:t xml:space="preserve"> </w:t>
            </w:r>
            <w:r w:rsidRPr="00972CEA">
              <w:rPr>
                <w:b/>
                <w:color w:val="0D5F78"/>
                <w:sz w:val="22"/>
              </w:rPr>
              <w:t>oficială</w:t>
            </w:r>
          </w:p>
          <w:p w:rsidR="00147F3D" w:rsidRDefault="0093097C" w:rsidP="0093097C">
            <w:pPr>
              <w:pStyle w:val="Header"/>
              <w:jc w:val="center"/>
              <w:rPr>
                <w:sz w:val="22"/>
              </w:rPr>
            </w:pPr>
            <w:r w:rsidRPr="00972CEA">
              <w:rPr>
                <w:sz w:val="22"/>
              </w:rPr>
              <w:t>B-dul Libertăţii nr. 91, Tel: +40/244/322005,</w:t>
            </w:r>
          </w:p>
          <w:p w:rsidR="0093097C" w:rsidRPr="00972CEA" w:rsidRDefault="0093097C" w:rsidP="0093097C">
            <w:pPr>
              <w:pStyle w:val="Header"/>
              <w:jc w:val="center"/>
              <w:rPr>
                <w:sz w:val="22"/>
              </w:rPr>
            </w:pPr>
            <w:r w:rsidRPr="00972CEA">
              <w:rPr>
                <w:sz w:val="22"/>
              </w:rPr>
              <w:t xml:space="preserve"> Fax: +40/244/320752</w:t>
            </w:r>
          </w:p>
          <w:p w:rsidR="00972CEA" w:rsidRDefault="00756294" w:rsidP="0093097C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93097C" w:rsidRPr="00972CEA">
                <w:rPr>
                  <w:sz w:val="22"/>
                  <w:lang w:val="fr-FR"/>
                </w:rPr>
                <w:t>http://www.orasul-busteni.ro</w:t>
              </w:r>
            </w:hyperlink>
            <w:r w:rsidR="0093097C" w:rsidRPr="00972CEA">
              <w:rPr>
                <w:sz w:val="22"/>
                <w:lang w:val="fr-FR"/>
              </w:rPr>
              <w:t xml:space="preserve">; e-mail: </w:t>
            </w:r>
          </w:p>
          <w:p w:rsidR="00BD4241" w:rsidRPr="00043B37" w:rsidRDefault="0093097C" w:rsidP="00043B37">
            <w:pPr>
              <w:pStyle w:val="Header"/>
              <w:jc w:val="center"/>
              <w:rPr>
                <w:sz w:val="22"/>
                <w:lang w:val="ro-RO"/>
              </w:rPr>
            </w:pPr>
            <w:r w:rsidRPr="00972CEA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  <w:vMerge/>
          </w:tcPr>
          <w:p w:rsidR="00BD4241" w:rsidRPr="00972CEA" w:rsidRDefault="00BD4241">
            <w:pPr>
              <w:rPr>
                <w:sz w:val="22"/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BD4241" w:rsidRDefault="00B2217F">
            <w:pPr>
              <w:keepNext/>
              <w:rPr>
                <w:b/>
                <w:color w:val="0D5F78"/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 xml:space="preserve">Număr </w:t>
            </w:r>
            <w:proofErr w:type="gramStart"/>
            <w:r w:rsidRPr="00972CEA">
              <w:rPr>
                <w:b/>
                <w:color w:val="0D5F78"/>
                <w:sz w:val="22"/>
                <w:lang w:val="fr-FR"/>
              </w:rPr>
              <w:t>de înregistrare</w:t>
            </w:r>
            <w:proofErr w:type="gramEnd"/>
          </w:p>
          <w:p w:rsidR="004F742A" w:rsidRDefault="004F742A">
            <w:pPr>
              <w:keepNext/>
              <w:rPr>
                <w:b/>
                <w:color w:val="0D5F78"/>
                <w:sz w:val="22"/>
                <w:lang w:val="fr-FR"/>
              </w:rPr>
            </w:pPr>
          </w:p>
          <w:p w:rsidR="004F742A" w:rsidRPr="00972CEA" w:rsidRDefault="004F742A">
            <w:pPr>
              <w:keepNext/>
              <w:rPr>
                <w:sz w:val="22"/>
                <w:lang w:val="fr-FR"/>
              </w:rPr>
            </w:pPr>
          </w:p>
          <w:p w:rsidR="00BD4241" w:rsidRPr="00972CEA" w:rsidRDefault="00BD4241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3212" w:type="dxa"/>
            <w:shd w:val="clear" w:color="auto" w:fill="F0F0F0"/>
          </w:tcPr>
          <w:p w:rsidR="00BD4241" w:rsidRPr="00972CEA" w:rsidRDefault="00B2217F">
            <w:pPr>
              <w:keepNext/>
              <w:rPr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>Data</w:t>
            </w:r>
          </w:p>
          <w:p w:rsidR="00BD4241" w:rsidRPr="00972CEA" w:rsidRDefault="00BD4241">
            <w:pPr>
              <w:keepNext/>
              <w:rPr>
                <w:sz w:val="22"/>
                <w:lang w:val="fr-FR"/>
              </w:rPr>
            </w:pPr>
          </w:p>
        </w:tc>
      </w:tr>
      <w:tr w:rsidR="00BD4241" w:rsidRPr="00E0352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BD4241" w:rsidRPr="00972CEA" w:rsidRDefault="00B3558D" w:rsidP="00B3558D">
            <w:pPr>
              <w:rPr>
                <w:sz w:val="22"/>
                <w:lang w:val="fr-FR"/>
              </w:rPr>
            </w:pPr>
            <w:r w:rsidRPr="00972CEA">
              <w:rPr>
                <w:i/>
                <w:color w:val="595959"/>
                <w:sz w:val="22"/>
                <w:lang w:val="fr-FR"/>
              </w:rPr>
              <w:t>S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>e</w:t>
            </w:r>
            <w:r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 xml:space="preserve">completează </w:t>
            </w:r>
            <w:r w:rsidR="0093097C"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proofErr w:type="gramStart"/>
            <w:r w:rsidR="00B2217F" w:rsidRPr="00972CEA">
              <w:rPr>
                <w:i/>
                <w:color w:val="595959"/>
                <w:sz w:val="22"/>
                <w:lang w:val="fr-FR"/>
              </w:rPr>
              <w:t>de autoritate</w:t>
            </w:r>
            <w:proofErr w:type="gramEnd"/>
            <w:r w:rsidR="00B2217F" w:rsidRPr="00972CEA">
              <w:rPr>
                <w:i/>
                <w:color w:val="595959"/>
                <w:sz w:val="22"/>
                <w:lang w:val="fr-FR"/>
              </w:rPr>
              <w:t xml:space="preserve"> — solicitantul </w:t>
            </w:r>
            <w:r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>nu scrie</w:t>
            </w:r>
            <w:r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93097C"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Pr="00972CEA">
              <w:rPr>
                <w:i/>
                <w:color w:val="595959"/>
                <w:sz w:val="22"/>
                <w:lang w:val="fr-FR"/>
              </w:rPr>
              <w:t>i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>n</w:t>
            </w:r>
            <w:r w:rsidR="0093097C"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>această</w:t>
            </w:r>
            <w:r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93097C" w:rsidRPr="00972CEA">
              <w:rPr>
                <w:i/>
                <w:color w:val="595959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595959"/>
                <w:sz w:val="22"/>
                <w:lang w:val="fr-FR"/>
              </w:rPr>
              <w:t>zonă</w:t>
            </w:r>
          </w:p>
        </w:tc>
      </w:tr>
    </w:tbl>
    <w:p w:rsidR="00BD4241" w:rsidRPr="00972CEA" w:rsidRDefault="00BD4241">
      <w:pPr>
        <w:spacing w:line="168" w:lineRule="auto"/>
        <w:rPr>
          <w:sz w:val="22"/>
          <w:lang w:val="fr-FR"/>
        </w:rPr>
      </w:pPr>
    </w:p>
    <w:p w:rsidR="00BD4241" w:rsidRPr="00972CEA" w:rsidRDefault="00B2217F">
      <w:pPr>
        <w:spacing w:before="140" w:after="40"/>
        <w:jc w:val="center"/>
        <w:rPr>
          <w:sz w:val="22"/>
          <w:lang w:val="fr-FR"/>
        </w:rPr>
      </w:pPr>
      <w:r w:rsidRPr="00972CEA">
        <w:rPr>
          <w:b/>
          <w:sz w:val="22"/>
          <w:lang w:val="fr-FR"/>
        </w:rPr>
        <w:t>CERERE</w:t>
      </w:r>
    </w:p>
    <w:p w:rsidR="00BD4241" w:rsidRPr="00972CEA" w:rsidRDefault="00BD4241">
      <w:pPr>
        <w:spacing w:after="60"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72CEA">
        <w:trPr>
          <w:cantSplit/>
        </w:trPr>
        <w:tc>
          <w:tcPr>
            <w:tcW w:w="9636" w:type="dxa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  <w:lang w:val="fr-FR"/>
              </w:rPr>
              <w:t xml:space="preserve"> </w:t>
            </w:r>
            <w:r w:rsidRPr="00972CEA">
              <w:rPr>
                <w:b/>
                <w:sz w:val="22"/>
              </w:rPr>
              <w:t xml:space="preserve">1. </w:t>
            </w:r>
            <w:r w:rsidRPr="00972CEA">
              <w:rPr>
                <w:b/>
                <w:color w:val="000000"/>
                <w:sz w:val="22"/>
              </w:rPr>
              <w:t>CĂTRE</w:t>
            </w:r>
          </w:p>
        </w:tc>
      </w:tr>
      <w:tr w:rsidR="00BD4241" w:rsidRPr="004F742A">
        <w:trPr>
          <w:cantSplit/>
          <w:trHeight w:val="510"/>
        </w:trPr>
        <w:tc>
          <w:tcPr>
            <w:tcW w:w="9636" w:type="dxa"/>
          </w:tcPr>
          <w:p w:rsidR="00BD4241" w:rsidRPr="00972CEA" w:rsidRDefault="00B2217F">
            <w:pPr>
              <w:keepNext/>
              <w:rPr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>Instituția</w:t>
            </w:r>
          </w:p>
          <w:p w:rsidR="00BD4241" w:rsidRPr="00972CEA" w:rsidRDefault="00B3558D">
            <w:pPr>
              <w:keepNext/>
              <w:rPr>
                <w:sz w:val="22"/>
                <w:lang w:val="fr-FR"/>
              </w:rPr>
            </w:pPr>
            <w:r w:rsidRPr="00972CEA">
              <w:rPr>
                <w:i/>
                <w:color w:val="7A7A7A"/>
                <w:sz w:val="22"/>
                <w:lang w:val="fr-FR"/>
              </w:rPr>
              <w:t>P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rimăria</w:t>
            </w:r>
            <w:r w:rsidRPr="00972CEA">
              <w:rPr>
                <w:i/>
                <w:color w:val="7A7A7A"/>
                <w:sz w:val="22"/>
                <w:lang w:val="fr-FR"/>
              </w:rPr>
              <w:t xml:space="preserve">  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municipiului / orașului / comunei · primăria de sector · consiliul</w:t>
            </w:r>
            <w:r w:rsidRPr="00972CEA"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județean</w:t>
            </w:r>
          </w:p>
          <w:p w:rsidR="00BD4241" w:rsidRPr="00972CEA" w:rsidRDefault="00BD4241">
            <w:pPr>
              <w:keepNext/>
              <w:rPr>
                <w:sz w:val="22"/>
                <w:lang w:val="fr-FR"/>
              </w:rPr>
            </w:pPr>
          </w:p>
        </w:tc>
      </w:tr>
      <w:tr w:rsidR="00BD4241" w:rsidRPr="004F742A">
        <w:trPr>
          <w:cantSplit/>
        </w:trPr>
        <w:tc>
          <w:tcPr>
            <w:tcW w:w="9636" w:type="dxa"/>
            <w:shd w:val="clear" w:color="auto" w:fill="F4F4F4"/>
          </w:tcPr>
          <w:p w:rsidR="00BD4241" w:rsidRPr="00972CEA" w:rsidRDefault="00B2217F">
            <w:pPr>
              <w:spacing w:line="228" w:lineRule="auto"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Cererea </w:t>
            </w:r>
            <w:r w:rsid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va fi transmisă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către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președintele</w:t>
            </w:r>
            <w:r w:rsidR="00972CEA">
              <w:rPr>
                <w:sz w:val="22"/>
                <w:lang w:val="fr-FR"/>
              </w:rPr>
              <w:t xml:space="preserve"> 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consiliului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județean, primarul</w:t>
            </w:r>
            <w:r w:rsid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general, primarul de sector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sau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primarul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municipiului / orașului / comunei, după</w:t>
            </w:r>
            <w:r w:rsidR="00B3558D" w:rsidRP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caz.</w:t>
            </w:r>
          </w:p>
        </w:tc>
      </w:tr>
    </w:tbl>
    <w:p w:rsidR="00BD4241" w:rsidRPr="00972CEA" w:rsidRDefault="00BD4241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972CE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2. </w:t>
            </w:r>
            <w:r w:rsidRPr="00972CEA">
              <w:rPr>
                <w:b/>
                <w:color w:val="000000"/>
                <w:sz w:val="22"/>
              </w:rPr>
              <w:t>SOLICITANTUL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5621" w:type="dxa"/>
            <w:gridSpan w:val="5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Nume și prenume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CNP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 Act de identitate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Seria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Numărul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Eliberat de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La data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>Domiciliul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Județul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Municipiul / orașul / comuna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Satul / sectorul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  <w:trHeight w:val="510"/>
        </w:trPr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Strada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Nr.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Sc.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Et.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Ap.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Cod poștal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Țara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 Date de contact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4015" w:type="dxa"/>
            <w:gridSpan w:val="3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Telefon / fax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E-mail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>Reprezentare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6424" w:type="dxa"/>
            <w:gridSpan w:val="6"/>
          </w:tcPr>
          <w:p w:rsidR="00BD4241" w:rsidRPr="00972CEA" w:rsidRDefault="00B2217F">
            <w:pPr>
              <w:keepNext/>
              <w:rPr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>În</w:t>
            </w:r>
            <w:r w:rsidR="00B3558D" w:rsidRPr="00972CEA">
              <w:rPr>
                <w:b/>
                <w:color w:val="0D5F78"/>
                <w:sz w:val="22"/>
                <w:lang w:val="fr-FR"/>
              </w:rPr>
              <w:t xml:space="preserve"> </w:t>
            </w:r>
            <w:r w:rsidRPr="00972CEA">
              <w:rPr>
                <w:b/>
                <w:color w:val="0D5F78"/>
                <w:sz w:val="22"/>
                <w:lang w:val="fr-FR"/>
              </w:rPr>
              <w:t>calitate de reprezentant al</w:t>
            </w:r>
          </w:p>
          <w:p w:rsidR="00BD4241" w:rsidRPr="00972CEA" w:rsidRDefault="00BD4241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CUI / CIF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4F742A">
        <w:trPr>
          <w:cantSplit/>
        </w:trPr>
        <w:tc>
          <w:tcPr>
            <w:tcW w:w="9636" w:type="dxa"/>
            <w:gridSpan w:val="8"/>
          </w:tcPr>
          <w:p w:rsidR="00BD4241" w:rsidRPr="00972CEA" w:rsidRDefault="00B2217F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titular al dreptului de proprietate     ☐ împuternicit </w:t>
            </w:r>
            <w:r w:rsidR="00972CEA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al titularului</w:t>
            </w:r>
          </w:p>
        </w:tc>
      </w:tr>
    </w:tbl>
    <w:p w:rsidR="00BD4241" w:rsidRPr="00972CEA" w:rsidRDefault="00BD4241">
      <w:pPr>
        <w:spacing w:line="168" w:lineRule="auto"/>
        <w:rPr>
          <w:sz w:val="22"/>
          <w:lang w:val="fr-FR"/>
        </w:rPr>
      </w:pPr>
    </w:p>
    <w:p w:rsidR="00972CEA" w:rsidRPr="00592CDB" w:rsidRDefault="00B2217F">
      <w:pPr>
        <w:spacing w:before="80" w:after="60"/>
        <w:jc w:val="center"/>
        <w:rPr>
          <w:sz w:val="22"/>
          <w:lang w:val="en-GB"/>
        </w:rPr>
      </w:pPr>
      <w:proofErr w:type="gramStart"/>
      <w:r w:rsidRPr="00592CDB">
        <w:rPr>
          <w:sz w:val="22"/>
          <w:lang w:val="en-GB"/>
        </w:rPr>
        <w:t>în</w:t>
      </w:r>
      <w:proofErr w:type="gramEnd"/>
      <w:r w:rsidR="00B3558D" w:rsidRPr="00592CDB">
        <w:rPr>
          <w:sz w:val="22"/>
          <w:lang w:val="en-GB"/>
        </w:rPr>
        <w:t xml:space="preserve"> </w:t>
      </w:r>
      <w:r w:rsidRPr="00592CDB">
        <w:rPr>
          <w:sz w:val="22"/>
          <w:lang w:val="en-GB"/>
        </w:rPr>
        <w:t>conformitate</w:t>
      </w:r>
      <w:r w:rsidR="00B3558D" w:rsidRPr="00592CDB">
        <w:rPr>
          <w:sz w:val="22"/>
          <w:lang w:val="en-GB"/>
        </w:rPr>
        <w:t xml:space="preserve"> </w:t>
      </w:r>
      <w:r w:rsidRPr="00592CDB">
        <w:rPr>
          <w:sz w:val="22"/>
          <w:lang w:val="en-GB"/>
        </w:rPr>
        <w:t>cu</w:t>
      </w:r>
      <w:r w:rsidR="00B3558D" w:rsidRPr="00592CDB">
        <w:rPr>
          <w:sz w:val="22"/>
          <w:lang w:val="en-GB"/>
        </w:rPr>
        <w:t xml:space="preserve"> </w:t>
      </w:r>
      <w:r w:rsidRPr="00592CDB">
        <w:rPr>
          <w:sz w:val="22"/>
          <w:lang w:val="en-GB"/>
        </w:rPr>
        <w:t>prevederile</w:t>
      </w:r>
      <w:r w:rsidR="00B3558D" w:rsidRPr="00592CDB">
        <w:rPr>
          <w:sz w:val="22"/>
          <w:lang w:val="en-GB"/>
        </w:rPr>
        <w:t xml:space="preserve"> </w:t>
      </w:r>
      <w:r w:rsidRPr="00592CDB">
        <w:rPr>
          <w:sz w:val="22"/>
          <w:lang w:val="en-GB"/>
        </w:rPr>
        <w:t>Legii nr. 169/2026 privind</w:t>
      </w:r>
      <w:r w:rsidR="00B3558D" w:rsidRPr="00592CDB">
        <w:rPr>
          <w:sz w:val="22"/>
          <w:lang w:val="en-GB"/>
        </w:rPr>
        <w:t xml:space="preserve"> </w:t>
      </w:r>
    </w:p>
    <w:p w:rsidR="00BD4241" w:rsidRPr="00972CEA" w:rsidRDefault="00B2217F">
      <w:pPr>
        <w:spacing w:before="80" w:after="60"/>
        <w:jc w:val="center"/>
        <w:rPr>
          <w:sz w:val="22"/>
          <w:lang w:val="fr-FR"/>
        </w:rPr>
      </w:pPr>
      <w:r w:rsidRPr="00972CEA">
        <w:rPr>
          <w:sz w:val="22"/>
          <w:lang w:val="fr-FR"/>
        </w:rPr>
        <w:t>Codul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amenajării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teritoriului, urbanismului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și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construcțiilor,</w:t>
      </w:r>
    </w:p>
    <w:p w:rsidR="00BD4241" w:rsidRPr="00972CEA" w:rsidRDefault="00B2217F">
      <w:pPr>
        <w:spacing w:before="80" w:after="60"/>
        <w:jc w:val="center"/>
        <w:rPr>
          <w:sz w:val="22"/>
          <w:lang w:val="fr-FR"/>
        </w:rPr>
      </w:pPr>
      <w:proofErr w:type="gramStart"/>
      <w:r w:rsidRPr="00972CEA">
        <w:rPr>
          <w:sz w:val="22"/>
          <w:lang w:val="fr-FR"/>
        </w:rPr>
        <w:t>solicit</w:t>
      </w:r>
      <w:proofErr w:type="gramEnd"/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emiterea</w:t>
      </w:r>
    </w:p>
    <w:p w:rsidR="00917520" w:rsidRPr="00972CEA" w:rsidRDefault="00B2217F">
      <w:pPr>
        <w:spacing w:after="160"/>
        <w:jc w:val="center"/>
        <w:rPr>
          <w:b/>
          <w:sz w:val="22"/>
          <w:lang w:val="fr-FR"/>
        </w:rPr>
      </w:pPr>
      <w:r w:rsidRPr="00972CEA">
        <w:rPr>
          <w:b/>
          <w:sz w:val="22"/>
          <w:lang w:val="fr-FR"/>
        </w:rPr>
        <w:t xml:space="preserve">CERTIFICATULUI </w:t>
      </w:r>
      <w:proofErr w:type="gramStart"/>
      <w:r w:rsidRPr="00972CEA">
        <w:rPr>
          <w:b/>
          <w:sz w:val="22"/>
          <w:lang w:val="fr-FR"/>
        </w:rPr>
        <w:t>DE URBANISM</w:t>
      </w:r>
      <w:proofErr w:type="gramEnd"/>
    </w:p>
    <w:p w:rsidR="00BD4241" w:rsidRPr="00972CEA" w:rsidRDefault="00B2217F">
      <w:pPr>
        <w:spacing w:after="160"/>
        <w:jc w:val="center"/>
        <w:rPr>
          <w:b/>
          <w:sz w:val="22"/>
          <w:lang w:val="fr-FR"/>
        </w:rPr>
      </w:pPr>
      <w:r w:rsidRPr="00972CEA">
        <w:rPr>
          <w:b/>
          <w:sz w:val="22"/>
          <w:lang w:val="fr-FR"/>
        </w:rPr>
        <w:t xml:space="preserve"> PENTRU</w:t>
      </w:r>
    </w:p>
    <w:p w:rsidR="00462384" w:rsidRPr="00972CEA" w:rsidRDefault="00917520">
      <w:pPr>
        <w:spacing w:after="160"/>
        <w:jc w:val="center"/>
        <w:rPr>
          <w:b/>
          <w:sz w:val="22"/>
          <w:lang w:val="fr-FR"/>
        </w:rPr>
      </w:pPr>
      <w:r w:rsidRPr="00972CEA">
        <w:rPr>
          <w:rFonts w:ascii="Segoe UI Symbol" w:hAnsi="Segoe UI Symbol" w:cs="Segoe UI Symbol"/>
          <w:sz w:val="22"/>
          <w:lang w:val="fr-FR"/>
        </w:rPr>
        <w:t>☐</w:t>
      </w:r>
      <w:r w:rsidR="00462384" w:rsidRPr="00972CEA">
        <w:rPr>
          <w:b/>
          <w:sz w:val="22"/>
          <w:lang w:val="fr-FR"/>
        </w:rPr>
        <w:t xml:space="preserve">CONSTRUIRE / </w:t>
      </w:r>
      <w:r w:rsidRPr="00972CEA">
        <w:rPr>
          <w:rFonts w:ascii="Segoe UI Symbol" w:hAnsi="Segoe UI Symbol" w:cs="Segoe UI Symbol"/>
          <w:sz w:val="22"/>
          <w:lang w:val="fr-FR"/>
        </w:rPr>
        <w:t>☐</w:t>
      </w:r>
      <w:r w:rsidR="00462384" w:rsidRPr="00972CEA">
        <w:rPr>
          <w:b/>
          <w:sz w:val="22"/>
          <w:lang w:val="fr-FR"/>
        </w:rPr>
        <w:t>DESFIINȚARE</w:t>
      </w:r>
    </w:p>
    <w:p w:rsidR="00A256C2" w:rsidRPr="00972CEA" w:rsidRDefault="00A256C2" w:rsidP="00462384">
      <w:pPr>
        <w:spacing w:after="160"/>
        <w:jc w:val="center"/>
        <w:rPr>
          <w:sz w:val="22"/>
          <w:lang w:val="fr-FR"/>
        </w:rPr>
      </w:pPr>
      <w:r w:rsidRPr="00972CEA">
        <w:rPr>
          <w:rFonts w:ascii="Segoe UI Symbol" w:hAnsi="Segoe UI Symbol" w:cs="Segoe UI Symbol"/>
          <w:sz w:val="22"/>
          <w:lang w:val="fr-FR"/>
        </w:rPr>
        <w:t>☐</w:t>
      </w:r>
      <w:r w:rsidRPr="00972CEA">
        <w:rPr>
          <w:sz w:val="22"/>
          <w:lang w:val="fr-FR"/>
        </w:rPr>
        <w:t>pentru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clădiri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și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amenajări</w:t>
      </w:r>
      <w:r w:rsidR="00B3558D" w:rsidRPr="00972CEA">
        <w:rPr>
          <w:sz w:val="22"/>
          <w:lang w:val="fr-FR"/>
        </w:rPr>
        <w:t xml:space="preserve"> </w:t>
      </w:r>
      <w:r w:rsidR="00917520" w:rsidRPr="00972CEA">
        <w:rPr>
          <w:sz w:val="22"/>
          <w:lang w:val="fr-FR"/>
        </w:rPr>
        <w:t>/</w:t>
      </w:r>
      <w:r w:rsidR="00462384" w:rsidRPr="00972CEA">
        <w:rPr>
          <w:rFonts w:ascii="Segoe UI Symbol" w:hAnsi="Segoe UI Symbol" w:cs="Segoe UI Symbol"/>
          <w:sz w:val="22"/>
          <w:lang w:val="fr-FR"/>
        </w:rPr>
        <w:t>☐</w:t>
      </w:r>
      <w:r w:rsidR="00462384" w:rsidRPr="00972CEA">
        <w:rPr>
          <w:sz w:val="22"/>
          <w:lang w:val="fr-FR"/>
        </w:rPr>
        <w:t>lucrări</w:t>
      </w:r>
      <w:r w:rsidR="00B3558D" w:rsidRPr="00972CEA">
        <w:rPr>
          <w:sz w:val="22"/>
          <w:lang w:val="fr-FR"/>
        </w:rPr>
        <w:t xml:space="preserve"> </w:t>
      </w:r>
      <w:r w:rsidR="00462384" w:rsidRPr="00972CEA">
        <w:rPr>
          <w:sz w:val="22"/>
          <w:lang w:val="fr-FR"/>
        </w:rPr>
        <w:t>inginerești</w:t>
      </w:r>
      <w:r w:rsidR="00917520" w:rsidRPr="00972CEA">
        <w:rPr>
          <w:sz w:val="22"/>
          <w:lang w:val="fr-FR"/>
        </w:rPr>
        <w:t>/</w:t>
      </w:r>
      <w:r w:rsidRPr="00972CEA">
        <w:rPr>
          <w:rFonts w:ascii="Segoe UI Symbol" w:hAnsi="Segoe UI Symbol" w:cs="Segoe UI Symbol"/>
          <w:sz w:val="22"/>
          <w:lang w:val="fr-FR"/>
        </w:rPr>
        <w:t>☐</w:t>
      </w:r>
      <w:r w:rsidRPr="00972CEA">
        <w:rPr>
          <w:sz w:val="22"/>
          <w:lang w:val="fr-FR"/>
        </w:rPr>
        <w:t>pentru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construc</w:t>
      </w:r>
      <w:r w:rsidRPr="00972CEA">
        <w:rPr>
          <w:rFonts w:cs="Times New Roman"/>
          <w:sz w:val="22"/>
          <w:lang w:val="fr-FR"/>
        </w:rPr>
        <w:t>ț</w:t>
      </w:r>
      <w:r w:rsidRPr="00972CEA">
        <w:rPr>
          <w:sz w:val="22"/>
          <w:lang w:val="fr-FR"/>
        </w:rPr>
        <w:t>ii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cu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caracter</w:t>
      </w:r>
      <w:r w:rsidR="00B3558D" w:rsidRPr="00972CEA">
        <w:rPr>
          <w:sz w:val="22"/>
          <w:lang w:val="fr-FR"/>
        </w:rPr>
        <w:t xml:space="preserve"> </w:t>
      </w:r>
      <w:r w:rsidRPr="00972CEA">
        <w:rPr>
          <w:sz w:val="22"/>
          <w:lang w:val="fr-FR"/>
        </w:rPr>
        <w:t>special</w:t>
      </w:r>
    </w:p>
    <w:p w:rsidR="00BD4241" w:rsidRPr="00972CEA" w:rsidRDefault="00BD4241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972CEA">
        <w:trPr>
          <w:cantSplit/>
        </w:trPr>
        <w:tc>
          <w:tcPr>
            <w:tcW w:w="9636" w:type="dxa"/>
            <w:shd w:val="clear" w:color="auto" w:fill="F4F4F4"/>
          </w:tcPr>
          <w:p w:rsidR="00BD4241" w:rsidRPr="00972CEA" w:rsidRDefault="00B3558D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>Î</w:t>
            </w:r>
            <w:r w:rsidR="00B2217F" w:rsidRPr="00972CEA">
              <w:rPr>
                <w:sz w:val="22"/>
              </w:rPr>
              <w:t>n</w:t>
            </w:r>
            <w:r w:rsidRPr="00972CEA">
              <w:rPr>
                <w:sz w:val="22"/>
              </w:rPr>
              <w:t xml:space="preserve"> </w:t>
            </w:r>
            <w:r w:rsidR="00A256C2" w:rsidRPr="00972CEA">
              <w:rPr>
                <w:sz w:val="22"/>
              </w:rPr>
              <w:t>vederea</w:t>
            </w:r>
            <w:r w:rsidRPr="00972CEA">
              <w:rPr>
                <w:sz w:val="22"/>
              </w:rPr>
              <w:t xml:space="preserve"> </w:t>
            </w:r>
            <w:r w:rsidR="00A256C2" w:rsidRPr="00972CEA">
              <w:rPr>
                <w:sz w:val="22"/>
              </w:rPr>
              <w:t>realizării</w:t>
            </w:r>
            <w:r w:rsidRPr="00972CEA">
              <w:rPr>
                <w:sz w:val="22"/>
              </w:rPr>
              <w:t xml:space="preserve"> </w:t>
            </w:r>
            <w:r w:rsidR="00A256C2" w:rsidRPr="00972CEA">
              <w:rPr>
                <w:sz w:val="22"/>
              </w:rPr>
              <w:t>obiectivului de investiții</w:t>
            </w:r>
            <w:r w:rsidR="00B2217F" w:rsidRPr="00972CEA">
              <w:rPr>
                <w:sz w:val="22"/>
              </w:rPr>
              <w:t>:</w:t>
            </w:r>
          </w:p>
        </w:tc>
      </w:tr>
      <w:tr w:rsidR="00BD4241" w:rsidRPr="00972CEA">
        <w:trPr>
          <w:cantSplit/>
        </w:trPr>
        <w:tc>
          <w:tcPr>
            <w:tcW w:w="9636" w:type="dxa"/>
          </w:tcPr>
          <w:p w:rsidR="00BD4241" w:rsidRPr="00972CEA" w:rsidRDefault="00BD4241">
            <w:pPr>
              <w:pBdr>
                <w:bottom w:val="dotted" w:sz="6" w:space="0" w:color="999999"/>
              </w:pBdr>
              <w:spacing w:after="80"/>
              <w:rPr>
                <w:sz w:val="22"/>
              </w:rPr>
            </w:pPr>
          </w:p>
          <w:p w:rsidR="00BD4241" w:rsidRPr="00972CEA" w:rsidRDefault="00BD4241">
            <w:pPr>
              <w:pBdr>
                <w:bottom w:val="dotted" w:sz="6" w:space="0" w:color="999999"/>
              </w:pBdr>
              <w:spacing w:after="80"/>
              <w:rPr>
                <w:sz w:val="22"/>
              </w:rPr>
            </w:pPr>
          </w:p>
        </w:tc>
      </w:tr>
    </w:tbl>
    <w:p w:rsidR="00BD4241" w:rsidRPr="00972CEA" w:rsidRDefault="00BD4241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972CEA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lastRenderedPageBreak/>
              <w:t xml:space="preserve"> 3. </w:t>
            </w:r>
            <w:r w:rsidRPr="00972CEA">
              <w:rPr>
                <w:b/>
                <w:color w:val="000000"/>
                <w:sz w:val="22"/>
              </w:rPr>
              <w:t>IMOBILUL/ELE</w:t>
            </w:r>
          </w:p>
        </w:tc>
      </w:tr>
      <w:tr w:rsidR="00BD4241" w:rsidRPr="00972CEA">
        <w:trPr>
          <w:cantSplit/>
        </w:trPr>
        <w:tc>
          <w:tcPr>
            <w:tcW w:w="9636" w:type="dxa"/>
            <w:gridSpan w:val="7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 ☐ teren     ☐ construcții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Județ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3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Municipiu / oraș / comună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Sat / sector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Cod poștal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Strada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Nr.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 xml:space="preserve">Bl. / sc. / et. / </w:t>
            </w:r>
            <w:proofErr w:type="gramStart"/>
            <w:r w:rsidRPr="00972CEA">
              <w:rPr>
                <w:b/>
                <w:color w:val="0D5F78"/>
                <w:sz w:val="22"/>
              </w:rPr>
              <w:t>ap</w:t>
            </w:r>
            <w:proofErr w:type="gramEnd"/>
            <w:r w:rsidRPr="00972CEA">
              <w:rPr>
                <w:b/>
                <w:color w:val="0D5F78"/>
                <w:sz w:val="22"/>
              </w:rPr>
              <w:t>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  <w:trHeight w:val="510"/>
        </w:trPr>
        <w:tc>
          <w:tcPr>
            <w:tcW w:w="5621" w:type="dxa"/>
            <w:gridSpan w:val="4"/>
          </w:tcPr>
          <w:p w:rsidR="00BD4241" w:rsidRPr="00972CEA" w:rsidRDefault="00B2217F">
            <w:pPr>
              <w:keepNext/>
              <w:rPr>
                <w:sz w:val="22"/>
                <w:lang w:val="fr-FR"/>
              </w:rPr>
            </w:pPr>
            <w:r w:rsidRPr="00972CEA">
              <w:rPr>
                <w:b/>
                <w:color w:val="0D5F78"/>
                <w:sz w:val="22"/>
                <w:lang w:val="fr-FR"/>
              </w:rPr>
              <w:t>Număr cadastral/ele</w:t>
            </w:r>
          </w:p>
          <w:p w:rsidR="00BD4241" w:rsidRPr="00972CEA" w:rsidRDefault="00B3558D">
            <w:pPr>
              <w:keepNext/>
              <w:rPr>
                <w:sz w:val="22"/>
                <w:lang w:val="fr-FR"/>
              </w:rPr>
            </w:pPr>
            <w:r w:rsidRPr="00972CEA">
              <w:rPr>
                <w:i/>
                <w:color w:val="7A7A7A"/>
                <w:sz w:val="22"/>
                <w:lang w:val="fr-FR"/>
              </w:rPr>
              <w:t>D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acă</w:t>
            </w:r>
            <w:r w:rsidRPr="00972CEA"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imobilul e înscris</w:t>
            </w:r>
            <w:r w:rsidRPr="00972CEA"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>în</w:t>
            </w:r>
            <w:r w:rsidRPr="00972CEA">
              <w:rPr>
                <w:i/>
                <w:color w:val="7A7A7A"/>
                <w:sz w:val="22"/>
                <w:lang w:val="fr-FR"/>
              </w:rPr>
              <w:t xml:space="preserve"> </w:t>
            </w:r>
            <w:r w:rsidR="00B2217F" w:rsidRPr="00972CEA">
              <w:rPr>
                <w:i/>
                <w:color w:val="7A7A7A"/>
                <w:sz w:val="22"/>
                <w:lang w:val="fr-FR"/>
              </w:rPr>
              <w:t xml:space="preserve"> e-Terra</w:t>
            </w:r>
          </w:p>
          <w:p w:rsidR="00BD4241" w:rsidRPr="00972CEA" w:rsidRDefault="00BD4241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Carte funciară nr.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  <w:tr w:rsidR="00BD4241" w:rsidRPr="00972CEA">
        <w:trPr>
          <w:cantSplit/>
          <w:trHeight w:val="510"/>
        </w:trPr>
        <w:tc>
          <w:tcPr>
            <w:tcW w:w="4818" w:type="dxa"/>
            <w:gridSpan w:val="3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Suprafața</w:t>
            </w:r>
            <w:r w:rsidR="00B3558D" w:rsidRPr="00972CEA">
              <w:rPr>
                <w:b/>
                <w:color w:val="0D5F78"/>
                <w:sz w:val="22"/>
              </w:rPr>
              <w:t xml:space="preserve"> </w:t>
            </w:r>
            <w:r w:rsidRPr="00972CEA">
              <w:rPr>
                <w:b/>
                <w:color w:val="0D5F78"/>
                <w:sz w:val="22"/>
              </w:rPr>
              <w:t>terenului (m²)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Suprafața</w:t>
            </w:r>
            <w:r w:rsidR="00B3558D" w:rsidRPr="00972CEA">
              <w:rPr>
                <w:b/>
                <w:color w:val="0D5F78"/>
                <w:sz w:val="22"/>
              </w:rPr>
              <w:t xml:space="preserve"> </w:t>
            </w:r>
            <w:r w:rsidRPr="00972CEA">
              <w:rPr>
                <w:b/>
                <w:color w:val="0D5F78"/>
                <w:sz w:val="22"/>
              </w:rPr>
              <w:t>construcției (m²)</w:t>
            </w:r>
          </w:p>
          <w:p w:rsidR="00BD4241" w:rsidRPr="00972CEA" w:rsidRDefault="00BD4241">
            <w:pPr>
              <w:keepNext/>
              <w:rPr>
                <w:sz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791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Default="00972CEA" w:rsidP="00972CEA">
            <w:pPr>
              <w:keepNext/>
              <w:rPr>
                <w:b/>
                <w:sz w:val="22"/>
              </w:rPr>
            </w:pPr>
          </w:p>
          <w:p w:rsidR="00972CEA" w:rsidRPr="00972CEA" w:rsidRDefault="00972CEA" w:rsidP="00972CEA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5. </w:t>
            </w:r>
            <w:r w:rsidRPr="00972CEA">
              <w:rPr>
                <w:b/>
                <w:color w:val="000000"/>
                <w:sz w:val="22"/>
              </w:rPr>
              <w:t>SE ANEXEAZĂ</w:t>
            </w:r>
          </w:p>
        </w:tc>
      </w:tr>
      <w:tr w:rsidR="00972CEA" w:rsidRPr="00E03527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extras de carte funciară  actualizat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☐ plan de situație  propus, cu amprenta </w:t>
            </w:r>
            <w:proofErr w:type="gramStart"/>
            <w:r w:rsidRPr="00972CEA">
              <w:rPr>
                <w:sz w:val="22"/>
                <w:lang w:val="fr-FR"/>
              </w:rPr>
              <w:t>la</w:t>
            </w:r>
            <w:proofErr w:type="gramEnd"/>
            <w:r w:rsidRPr="00972CEA">
              <w:rPr>
                <w:sz w:val="22"/>
                <w:lang w:val="fr-FR"/>
              </w:rPr>
              <w:t xml:space="preserve"> sol a corpurilor de clădire  propuse  spre construire /desființare / extindere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☐ </w:t>
            </w:r>
            <w:proofErr w:type="gramStart"/>
            <w:r w:rsidRPr="00972CEA">
              <w:rPr>
                <w:sz w:val="22"/>
                <w:lang w:val="fr-FR"/>
              </w:rPr>
              <w:t xml:space="preserve">plan de încadrare în zonă în sistem Stereo 70    </w:t>
            </w:r>
            <w:proofErr w:type="gramEnd"/>
            <w:r w:rsidRPr="00972CEA">
              <w:rPr>
                <w:sz w:val="22"/>
                <w:lang w:val="fr-FR"/>
              </w:rPr>
              <w:t xml:space="preserve"> ☐ descrierea succintă a investiției     ☐ împuternicirea, dacă este cazul</w:t>
            </w:r>
          </w:p>
        </w:tc>
      </w:tr>
    </w:tbl>
    <w:p w:rsidR="00BD4241" w:rsidRPr="00592CDB" w:rsidRDefault="00BD4241">
      <w:pPr>
        <w:spacing w:line="168" w:lineRule="auto"/>
        <w:rPr>
          <w:sz w:val="22"/>
          <w:lang w:val="fr-FR"/>
        </w:rPr>
      </w:pPr>
    </w:p>
    <w:tbl>
      <w:tblPr>
        <w:tblStyle w:val="TableGrid"/>
        <w:tblpPr w:leftFromText="180" w:rightFromText="180" w:vertAnchor="text" w:horzAnchor="margin" w:tblpY="-22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4. </w:t>
            </w:r>
            <w:r w:rsidRPr="00972CEA">
              <w:rPr>
                <w:b/>
                <w:color w:val="000000"/>
                <w:sz w:val="22"/>
              </w:rPr>
              <w:t>ÎNCADRAREA LUCRĂRILOR</w:t>
            </w:r>
          </w:p>
        </w:tc>
      </w:tr>
      <w:tr w:rsidR="00972CEA" w:rsidRPr="004F742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b/>
                <w:bCs/>
                <w:sz w:val="22"/>
                <w:lang w:val="fr-FR"/>
              </w:rPr>
            </w:pPr>
            <w:r w:rsidRPr="00972CEA">
              <w:rPr>
                <w:b/>
                <w:bCs/>
                <w:sz w:val="22"/>
                <w:lang w:val="fr-FR"/>
              </w:rPr>
              <w:t>A · Lucrări de construcții noi</w:t>
            </w:r>
          </w:p>
        </w:tc>
      </w:tr>
      <w:tr w:rsidR="00972CEA" w:rsidRPr="004F742A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972CEA" w:rsidRPr="00E03527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proofErr w:type="gramStart"/>
            <w:r w:rsidRPr="00972CEA">
              <w:rPr>
                <w:sz w:val="22"/>
                <w:lang w:val="fr-FR"/>
              </w:rPr>
              <w:t>realizate(</w:t>
            </w:r>
            <w:proofErr w:type="gramEnd"/>
            <w:r w:rsidRPr="00972CEA">
              <w:rPr>
                <w:sz w:val="22"/>
                <w:lang w:val="fr-FR"/>
              </w:rPr>
              <w:t>se va bifa, în masura în care sunt cunoscute solicitantului informațiile  cu privire la amplasarea în zona de protecție/protejată):</w:t>
            </w:r>
          </w:p>
        </w:tc>
      </w:tr>
      <w:tr w:rsidR="00972CEA" w:rsidRPr="00E03527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în afara zonei de protecție </w:t>
            </w:r>
            <w:proofErr w:type="gramStart"/>
            <w:r w:rsidRPr="00972CEA">
              <w:rPr>
                <w:sz w:val="22"/>
                <w:lang w:val="fr-FR"/>
              </w:rPr>
              <w:t>a</w:t>
            </w:r>
            <w:proofErr w:type="gramEnd"/>
            <w:r w:rsidRPr="00972CEA">
              <w:rPr>
                <w:sz w:val="22"/>
                <w:lang w:val="fr-FR"/>
              </w:rPr>
              <w:t xml:space="preserve"> monumentelor     ☐ în zona de protecție a monumentelor     ☐ în afara zonelor construite protejate</w:t>
            </w:r>
          </w:p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în zone construite protejate</w:t>
            </w:r>
            <w:r w:rsidRPr="00972CEA">
              <w:rPr>
                <w:rFonts w:ascii="Segoe UI Symbol" w:hAnsi="Segoe UI Symbol" w:cs="Segoe UI Symbol"/>
                <w:sz w:val="22"/>
                <w:lang w:val="fr-FR"/>
              </w:rPr>
              <w:t>☐</w:t>
            </w:r>
            <w:r w:rsidRPr="00972CEA">
              <w:rPr>
                <w:sz w:val="22"/>
                <w:lang w:val="fr-FR"/>
              </w:rPr>
              <w:t xml:space="preserve">nu sunt cunoscute solicitantului astfel </w:t>
            </w:r>
            <w:proofErr w:type="gramStart"/>
            <w:r w:rsidRPr="00972CEA">
              <w:rPr>
                <w:sz w:val="22"/>
                <w:lang w:val="fr-FR"/>
              </w:rPr>
              <w:t>de informații</w:t>
            </w:r>
            <w:proofErr w:type="gramEnd"/>
          </w:p>
        </w:tc>
      </w:tr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b/>
                <w:bCs/>
                <w:sz w:val="22"/>
                <w:lang w:val="fr-FR"/>
              </w:rPr>
            </w:pPr>
            <w:r w:rsidRPr="00972CEA">
              <w:rPr>
                <w:b/>
                <w:bCs/>
                <w:sz w:val="22"/>
                <w:lang w:val="fr-FR"/>
              </w:rPr>
              <w:t xml:space="preserve"> B. Intervenții</w:t>
            </w:r>
            <w:r w:rsidR="00592CDB">
              <w:rPr>
                <w:b/>
                <w:bCs/>
                <w:sz w:val="22"/>
                <w:lang w:val="fr-FR"/>
              </w:rPr>
              <w:t xml:space="preserve"> asupra construcțiilor existent</w:t>
            </w:r>
            <w:r w:rsidRPr="00972CEA">
              <w:rPr>
                <w:b/>
                <w:bCs/>
                <w:sz w:val="22"/>
                <w:lang w:val="fr-FR"/>
              </w:rPr>
              <w:t>e</w:t>
            </w:r>
            <w:r w:rsidR="00592CDB">
              <w:rPr>
                <w:b/>
                <w:bCs/>
                <w:sz w:val="22"/>
                <w:lang w:val="fr-FR"/>
              </w:rPr>
              <w:t xml:space="preserve"> </w:t>
            </w:r>
            <w:r w:rsidRPr="00972CEA">
              <w:rPr>
                <w:b/>
                <w:bCs/>
                <w:sz w:val="22"/>
                <w:lang w:val="fr-FR"/>
              </w:rPr>
              <w:t xml:space="preserve">realizate : </w:t>
            </w:r>
          </w:p>
          <w:p w:rsidR="00972CEA" w:rsidRPr="00972CEA" w:rsidRDefault="00972CEA" w:rsidP="00972CEA">
            <w:pPr>
              <w:keepNext/>
              <w:rPr>
                <w:b/>
                <w:bCs/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</w:t>
            </w:r>
            <w:r w:rsidRPr="00972CEA">
              <w:rPr>
                <w:b/>
                <w:bCs/>
                <w:sz w:val="22"/>
                <w:lang w:val="fr-FR"/>
              </w:rPr>
              <w:t xml:space="preserve">B.1. </w:t>
            </w:r>
            <w:proofErr w:type="gramStart"/>
            <w:r w:rsidRPr="00972CEA">
              <w:rPr>
                <w:b/>
                <w:bCs/>
                <w:sz w:val="22"/>
                <w:lang w:val="fr-FR"/>
              </w:rPr>
              <w:t>la alte</w:t>
            </w:r>
            <w:proofErr w:type="gramEnd"/>
            <w:r w:rsidRPr="00972CEA">
              <w:rPr>
                <w:b/>
                <w:bCs/>
                <w:sz w:val="22"/>
                <w:lang w:val="fr-FR"/>
              </w:rPr>
              <w:t xml:space="preserve"> clădiri decât cele prevăzute la lit. B.2) și B.3)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592CDB">
            <w:pPr>
              <w:keepNext/>
              <w:rPr>
                <w:b/>
                <w:bCs/>
                <w:sz w:val="22"/>
              </w:rPr>
            </w:pPr>
            <w:r w:rsidRPr="00972CEA">
              <w:rPr>
                <w:rFonts w:ascii="MS Mincho" w:eastAsia="MS Mincho" w:hAnsi="MS Mincho" w:cs="MS Mincho" w:hint="eastAsia"/>
                <w:sz w:val="22"/>
                <w:lang w:val="fr-FR"/>
              </w:rPr>
              <w:t>☐</w:t>
            </w:r>
            <w:proofErr w:type="gramStart"/>
            <w:r w:rsidRPr="00972CEA">
              <w:rPr>
                <w:b/>
                <w:bCs/>
                <w:sz w:val="22"/>
              </w:rPr>
              <w:t>B.2 .</w:t>
            </w:r>
            <w:proofErr w:type="gramEnd"/>
            <w:r w:rsidR="00592CDB" w:rsidRPr="00972CEA">
              <w:rPr>
                <w:b/>
                <w:bCs/>
                <w:sz w:val="22"/>
              </w:rPr>
              <w:t xml:space="preserve"> </w:t>
            </w:r>
            <w:r w:rsidRPr="00972CEA">
              <w:rPr>
                <w:b/>
                <w:bCs/>
                <w:sz w:val="22"/>
              </w:rPr>
              <w:t>la construcții: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</w:tcPr>
          <w:p w:rsidR="00972CEA" w:rsidRPr="00972CEA" w:rsidRDefault="00972CEA" w:rsidP="00592CDB">
            <w:pPr>
              <w:keepNext/>
              <w:rPr>
                <w:sz w:val="22"/>
              </w:rPr>
            </w:pP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sz w:val="22"/>
              </w:rPr>
              <w:t xml:space="preserve"> </w:t>
            </w:r>
            <w:proofErr w:type="gramStart"/>
            <w:r w:rsidRPr="00972CEA">
              <w:rPr>
                <w:sz w:val="22"/>
              </w:rPr>
              <w:t>monument</w:t>
            </w:r>
            <w:proofErr w:type="gramEnd"/>
            <w:r w:rsidRPr="00972CEA">
              <w:rPr>
                <w:sz w:val="22"/>
              </w:rPr>
              <w:t xml:space="preserve"> istoric stabilite potrivit Legii nr. 422/2001 privind</w:t>
            </w:r>
            <w:r w:rsidR="00592CDB">
              <w:rPr>
                <w:sz w:val="22"/>
              </w:rPr>
              <w:t xml:space="preserve"> </w:t>
            </w:r>
            <w:r w:rsidRPr="00972CEA">
              <w:rPr>
                <w:sz w:val="22"/>
              </w:rPr>
              <w:t xml:space="preserve">protejarea </w:t>
            </w:r>
            <w:r w:rsidR="00592CDB">
              <w:rPr>
                <w:sz w:val="22"/>
              </w:rPr>
              <w:t xml:space="preserve"> </w:t>
            </w:r>
            <w:r w:rsidRPr="00972CEA">
              <w:rPr>
                <w:sz w:val="22"/>
              </w:rPr>
              <w:t>monumentelor istorice, republicată, cu modificările și completările ulterioare, inclusiv la anexele acestora identificate în același imobil (terenși/sau construcții)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☐ aflate în zona de protecție </w:t>
            </w:r>
            <w:proofErr w:type="gramStart"/>
            <w:r w:rsidRPr="00972CEA">
              <w:rPr>
                <w:sz w:val="22"/>
                <w:lang w:val="fr-FR"/>
              </w:rPr>
              <w:t>a</w:t>
            </w:r>
            <w:proofErr w:type="gramEnd"/>
            <w:r w:rsidRPr="00972CEA">
              <w:rPr>
                <w:sz w:val="22"/>
                <w:lang w:val="fr-FR"/>
              </w:rPr>
              <w:t xml:space="preserve"> monumentelor istorice</w:t>
            </w:r>
          </w:p>
        </w:tc>
      </w:tr>
      <w:tr w:rsidR="00972CEA" w:rsidRPr="004F742A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aflate în zone construite protejate, stabilite potrivit legii</w:t>
            </w:r>
          </w:p>
        </w:tc>
      </w:tr>
      <w:tr w:rsidR="00972CEA" w:rsidRPr="00E03527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☐ cu valoare arhitecturală sau istorică deosebită, stabilite prin documentații </w:t>
            </w:r>
            <w:proofErr w:type="gramStart"/>
            <w:r w:rsidRPr="00972CEA">
              <w:rPr>
                <w:sz w:val="22"/>
                <w:lang w:val="fr-FR"/>
              </w:rPr>
              <w:t>de urbanism</w:t>
            </w:r>
            <w:proofErr w:type="gramEnd"/>
            <w:r w:rsidRPr="00972CEA">
              <w:rPr>
                <w:sz w:val="22"/>
                <w:lang w:val="fr-FR"/>
              </w:rPr>
              <w:t xml:space="preserve"> aprobate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b/>
                <w:bCs/>
                <w:sz w:val="22"/>
                <w:lang w:val="fr-FR"/>
              </w:rPr>
              <w:t xml:space="preserve">☐ B.3 · la clădiri / construcții cu caracter special </w:t>
            </w:r>
            <w:r w:rsidRPr="00972CEA">
              <w:rPr>
                <w:sz w:val="22"/>
                <w:lang w:val="fr-FR"/>
              </w:rPr>
              <w:t>☐altele decât cele stabilite la lit. B.2)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keepNext/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☐din categoria celor stabilite la lit. B.2)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592CDB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>C  Amenajări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</w:tcPr>
          <w:p w:rsidR="00972CEA" w:rsidRPr="00972CEA" w:rsidRDefault="00972CEA" w:rsidP="00592CDB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amenajări civile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amenajări și îmbunătățiri funciare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construcții provizorii / cu c</w:t>
            </w:r>
            <w:r w:rsidRPr="00972CEA">
              <w:rPr>
                <w:sz w:val="22"/>
              </w:rPr>
              <w:t xml:space="preserve">aracter temporar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cercetarea / prospectarea </w:t>
            </w:r>
            <w:r>
              <w:rPr>
                <w:sz w:val="22"/>
              </w:rPr>
              <w:t xml:space="preserve"> </w:t>
            </w:r>
            <w:r w:rsidRPr="00972CEA">
              <w:rPr>
                <w:sz w:val="22"/>
              </w:rPr>
              <w:t xml:space="preserve">terenurilor, foraje, excavări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</w:t>
            </w:r>
            <w:r w:rsidRPr="00972CEA">
              <w:rPr>
                <w:sz w:val="22"/>
              </w:rPr>
              <w:t xml:space="preserve">cercetări pentru zăcăminte naturale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spații verzi, plantate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spații publice     </w:t>
            </w:r>
            <w:r w:rsidRPr="00972CEA">
              <w:rPr>
                <w:rFonts w:ascii="MS Mincho" w:eastAsia="MS Mincho" w:hAnsi="MS Mincho" w:cs="MS Mincho" w:hint="eastAsia"/>
                <w:sz w:val="22"/>
              </w:rPr>
              <w:t>☐</w:t>
            </w:r>
            <w:r w:rsidRPr="00972CEA">
              <w:rPr>
                <w:rFonts w:cs="Times New Roman"/>
                <w:sz w:val="22"/>
              </w:rPr>
              <w:t xml:space="preserve"> organizare de șantier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  <w:shd w:val="clear" w:color="auto" w:fill="F4F4F4"/>
          </w:tcPr>
          <w:p w:rsidR="00972CEA" w:rsidRPr="00972CEA" w:rsidRDefault="00972CEA" w:rsidP="00972CEA">
            <w:pPr>
              <w:keepNext/>
              <w:rPr>
                <w:sz w:val="22"/>
              </w:rPr>
            </w:pPr>
            <w:r w:rsidRPr="00972CEA">
              <w:rPr>
                <w:sz w:val="22"/>
              </w:rPr>
              <w:t xml:space="preserve"> D · Lucrări inginerești</w:t>
            </w:r>
          </w:p>
        </w:tc>
      </w:tr>
      <w:tr w:rsidR="00972CEA" w:rsidRPr="00972CEA" w:rsidTr="00972CEA">
        <w:trPr>
          <w:cantSplit/>
        </w:trPr>
        <w:tc>
          <w:tcPr>
            <w:tcW w:w="9636" w:type="dxa"/>
          </w:tcPr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infrastructură de transport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infrastructură</w:t>
            </w:r>
            <w:r w:rsidR="00592CDB">
              <w:rPr>
                <w:sz w:val="22"/>
                <w:lang w:val="fr-FR"/>
              </w:rPr>
              <w:t xml:space="preserve"> </w:t>
            </w:r>
            <w:r w:rsidRPr="00972CEA">
              <w:rPr>
                <w:sz w:val="22"/>
                <w:lang w:val="fr-FR"/>
              </w:rPr>
              <w:t>energetică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rețele de comunicații electronice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gospodărire aapelor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hidrotehnice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>☐ miniere</w:t>
            </w:r>
          </w:p>
          <w:p w:rsidR="00972CEA" w:rsidRPr="00972CEA" w:rsidRDefault="00972CEA" w:rsidP="00972CEA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☐ alte lucrări inginerești necesare realizării unor obiective </w:t>
            </w:r>
            <w:proofErr w:type="gramStart"/>
            <w:r w:rsidRPr="00972CEA">
              <w:rPr>
                <w:sz w:val="22"/>
                <w:lang w:val="fr-FR"/>
              </w:rPr>
              <w:t>de interes</w:t>
            </w:r>
            <w:proofErr w:type="gramEnd"/>
            <w:r w:rsidRPr="00972CEA">
              <w:rPr>
                <w:sz w:val="22"/>
                <w:lang w:val="fr-FR"/>
              </w:rPr>
              <w:t xml:space="preserve"> public</w:t>
            </w:r>
          </w:p>
        </w:tc>
      </w:tr>
    </w:tbl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72CEA" w:rsidRPr="00972CEA" w:rsidTr="003125D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72CEA" w:rsidRPr="00972CEA" w:rsidRDefault="00972CEA" w:rsidP="003125DD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6. </w:t>
            </w:r>
            <w:r w:rsidRPr="00972CEA">
              <w:rPr>
                <w:b/>
                <w:color w:val="000000"/>
                <w:sz w:val="22"/>
              </w:rPr>
              <w:t>COMUNICAREA RĂSPUNSULUI</w:t>
            </w:r>
          </w:p>
        </w:tc>
      </w:tr>
      <w:tr w:rsidR="00972CEA" w:rsidRPr="00E03527" w:rsidTr="003125DD">
        <w:trPr>
          <w:cantSplit/>
        </w:trPr>
        <w:tc>
          <w:tcPr>
            <w:tcW w:w="9636" w:type="dxa"/>
            <w:gridSpan w:val="3"/>
          </w:tcPr>
          <w:p w:rsidR="00972CEA" w:rsidRPr="00972CEA" w:rsidRDefault="00972CEA" w:rsidP="003125DD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în format scris, prin poștă     ☐ în format digital, la </w:t>
            </w:r>
            <w:proofErr w:type="gramStart"/>
            <w:r w:rsidRPr="00972CEA">
              <w:rPr>
                <w:sz w:val="22"/>
                <w:lang w:val="fr-FR"/>
              </w:rPr>
              <w:t xml:space="preserve">adresa de e-mail indicată    </w:t>
            </w:r>
            <w:proofErr w:type="gramEnd"/>
            <w:r w:rsidRPr="00972CEA">
              <w:rPr>
                <w:sz w:val="22"/>
                <w:lang w:val="fr-FR"/>
              </w:rPr>
              <w:t xml:space="preserve"> ☐ ridicare de la sediul autorității</w:t>
            </w:r>
          </w:p>
        </w:tc>
      </w:tr>
      <w:tr w:rsidR="000E32EA" w:rsidRPr="00972CEA" w:rsidTr="003125D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0E32EA" w:rsidRPr="00972CEA" w:rsidRDefault="000E32EA" w:rsidP="003125DD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7. </w:t>
            </w:r>
            <w:r w:rsidRPr="00972CEA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0E32EA" w:rsidRPr="00972CEA" w:rsidTr="003125DD">
        <w:trPr>
          <w:cantSplit/>
          <w:trHeight w:val="510"/>
        </w:trPr>
        <w:tc>
          <w:tcPr>
            <w:tcW w:w="1606" w:type="dxa"/>
          </w:tcPr>
          <w:p w:rsidR="000E32EA" w:rsidRPr="00972CEA" w:rsidRDefault="000E32EA" w:rsidP="003125DD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Data</w:t>
            </w:r>
          </w:p>
          <w:p w:rsidR="000E32EA" w:rsidRPr="00972CEA" w:rsidRDefault="000E32EA" w:rsidP="003125DD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0E32EA" w:rsidRPr="00972CEA" w:rsidRDefault="000E32EA" w:rsidP="003125DD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Solicitantul</w:t>
            </w:r>
          </w:p>
          <w:p w:rsidR="000E32EA" w:rsidRPr="00972CEA" w:rsidRDefault="000E32EA" w:rsidP="003125DD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0E32EA" w:rsidRPr="00972CEA" w:rsidRDefault="000E32EA" w:rsidP="003125DD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Semnătura</w:t>
            </w:r>
          </w:p>
          <w:p w:rsidR="000E32EA" w:rsidRPr="00972CEA" w:rsidRDefault="000E32EA" w:rsidP="003125DD">
            <w:pPr>
              <w:rPr>
                <w:sz w:val="22"/>
              </w:rPr>
            </w:pPr>
          </w:p>
        </w:tc>
      </w:tr>
    </w:tbl>
    <w:p w:rsidR="000E32EA" w:rsidRPr="00972CEA" w:rsidRDefault="000E32EA" w:rsidP="000E32EA">
      <w:pPr>
        <w:spacing w:line="168" w:lineRule="auto"/>
        <w:rPr>
          <w:sz w:val="22"/>
        </w:rPr>
      </w:pPr>
    </w:p>
    <w:p w:rsidR="00BD4241" w:rsidRPr="00972CEA" w:rsidRDefault="00B2217F" w:rsidP="00972CEA">
      <w:pPr>
        <w:rPr>
          <w:sz w:val="22"/>
          <w:lang w:val="fr-FR"/>
        </w:rPr>
      </w:pPr>
      <w:r w:rsidRPr="00972CEA">
        <w:rPr>
          <w:sz w:val="22"/>
          <w:lang w:val="fr-FR"/>
        </w:rPr>
        <w:br w:type="page"/>
      </w:r>
    </w:p>
    <w:p w:rsidR="00BD4241" w:rsidRPr="00972CEA" w:rsidRDefault="00BD4241">
      <w:pPr>
        <w:spacing w:line="168" w:lineRule="auto"/>
        <w:rPr>
          <w:sz w:val="22"/>
          <w:lang w:val="fr-FR"/>
        </w:rPr>
      </w:pPr>
    </w:p>
    <w:tbl>
      <w:tblPr>
        <w:tblStyle w:val="TableGrid"/>
        <w:tblpPr w:leftFromText="180" w:rightFromText="180" w:vertAnchor="text" w:horzAnchor="margin" w:tblpY="130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3E0B" w:rsidRPr="00972CEA" w:rsidTr="00AC3E0B">
        <w:trPr>
          <w:cantSplit/>
        </w:trPr>
        <w:tc>
          <w:tcPr>
            <w:tcW w:w="9636" w:type="dxa"/>
            <w:shd w:val="clear" w:color="auto" w:fill="F4F4F4"/>
          </w:tcPr>
          <w:p w:rsidR="00AC3E0B" w:rsidRPr="00972CEA" w:rsidRDefault="00AC3E0B" w:rsidP="00AC3E0B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6. </w:t>
            </w:r>
            <w:r w:rsidRPr="00972CEA">
              <w:rPr>
                <w:b/>
                <w:color w:val="000000"/>
                <w:sz w:val="22"/>
              </w:rPr>
              <w:t>COMUNICAREA RĂSPUNSULUI</w:t>
            </w:r>
          </w:p>
        </w:tc>
      </w:tr>
      <w:tr w:rsidR="00AC3E0B" w:rsidRPr="00E03527" w:rsidTr="00AC3E0B">
        <w:trPr>
          <w:cantSplit/>
        </w:trPr>
        <w:tc>
          <w:tcPr>
            <w:tcW w:w="9636" w:type="dxa"/>
          </w:tcPr>
          <w:p w:rsidR="00AC3E0B" w:rsidRPr="00972CEA" w:rsidRDefault="00AC3E0B" w:rsidP="00AC3E0B">
            <w:pPr>
              <w:rPr>
                <w:sz w:val="22"/>
                <w:lang w:val="fr-FR"/>
              </w:rPr>
            </w:pPr>
            <w:r w:rsidRPr="00972CEA">
              <w:rPr>
                <w:sz w:val="22"/>
                <w:lang w:val="fr-FR"/>
              </w:rPr>
              <w:t xml:space="preserve"> ☐ în format scris, prin poștă     ☐ în format digital, la </w:t>
            </w:r>
            <w:proofErr w:type="gramStart"/>
            <w:r w:rsidRPr="00972CEA">
              <w:rPr>
                <w:sz w:val="22"/>
                <w:lang w:val="fr-FR"/>
              </w:rPr>
              <w:t xml:space="preserve">adresa de e-mail indicată    </w:t>
            </w:r>
            <w:proofErr w:type="gramEnd"/>
            <w:r w:rsidRPr="00972CEA">
              <w:rPr>
                <w:sz w:val="22"/>
                <w:lang w:val="fr-FR"/>
              </w:rPr>
              <w:t xml:space="preserve"> ☐ ridicare de la sediul autorității</w:t>
            </w:r>
          </w:p>
        </w:tc>
      </w:tr>
    </w:tbl>
    <w:p w:rsidR="00BD4241" w:rsidRPr="00972CEA" w:rsidRDefault="00BD4241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972CEA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D4241" w:rsidRPr="00972CEA" w:rsidRDefault="00B2217F">
            <w:pPr>
              <w:keepNext/>
              <w:rPr>
                <w:sz w:val="22"/>
              </w:rPr>
            </w:pPr>
            <w:r w:rsidRPr="00972CEA">
              <w:rPr>
                <w:b/>
                <w:sz w:val="22"/>
              </w:rPr>
              <w:t xml:space="preserve">7. </w:t>
            </w:r>
            <w:r w:rsidRPr="00972CEA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BD4241" w:rsidRPr="00972CEA">
        <w:trPr>
          <w:cantSplit/>
          <w:trHeight w:val="510"/>
        </w:trPr>
        <w:tc>
          <w:tcPr>
            <w:tcW w:w="1606" w:type="dxa"/>
          </w:tcPr>
          <w:p w:rsidR="00BD4241" w:rsidRPr="00972CEA" w:rsidRDefault="00B2217F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Data</w:t>
            </w:r>
          </w:p>
          <w:p w:rsidR="00BD4241" w:rsidRPr="00972CEA" w:rsidRDefault="00BD4241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BD4241" w:rsidRPr="00972CEA" w:rsidRDefault="00B2217F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Solicitantul</w:t>
            </w:r>
          </w:p>
          <w:p w:rsidR="00BD4241" w:rsidRPr="00972CEA" w:rsidRDefault="00BD4241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BD4241" w:rsidRPr="00972CEA" w:rsidRDefault="00B2217F">
            <w:pPr>
              <w:rPr>
                <w:sz w:val="22"/>
              </w:rPr>
            </w:pPr>
            <w:r w:rsidRPr="00972CEA">
              <w:rPr>
                <w:b/>
                <w:color w:val="0D5F78"/>
                <w:sz w:val="22"/>
              </w:rPr>
              <w:t>Semnătura</w:t>
            </w:r>
          </w:p>
          <w:p w:rsidR="00BD4241" w:rsidRPr="00972CEA" w:rsidRDefault="00BD4241">
            <w:pPr>
              <w:rPr>
                <w:sz w:val="22"/>
              </w:rPr>
            </w:pPr>
          </w:p>
        </w:tc>
      </w:tr>
    </w:tbl>
    <w:p w:rsidR="00BD4241" w:rsidRPr="00972CEA" w:rsidRDefault="00BD4241">
      <w:pPr>
        <w:spacing w:line="168" w:lineRule="auto"/>
        <w:rPr>
          <w:sz w:val="22"/>
        </w:rPr>
      </w:pPr>
    </w:p>
    <w:sectPr w:rsidR="00BD4241" w:rsidRPr="00972CE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294" w:rsidRDefault="00756294">
      <w:r>
        <w:separator/>
      </w:r>
    </w:p>
  </w:endnote>
  <w:endnote w:type="continuationSeparator" w:id="0">
    <w:p w:rsidR="00756294" w:rsidRDefault="0075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241" w:rsidRDefault="00B2217F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>pagina</w:t>
    </w:r>
    <w:r w:rsidR="00C5154C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C5154C">
      <w:rPr>
        <w:color w:val="595959"/>
      </w:rPr>
      <w:fldChar w:fldCharType="separate"/>
    </w:r>
    <w:r w:rsidR="00043B37">
      <w:rPr>
        <w:noProof/>
        <w:color w:val="595959"/>
      </w:rPr>
      <w:t>1</w:t>
    </w:r>
    <w:r w:rsidR="00C5154C">
      <w:rPr>
        <w:color w:val="595959"/>
      </w:rPr>
      <w:fldChar w:fldCharType="end"/>
    </w:r>
    <w:r>
      <w:rPr>
        <w:color w:val="595959"/>
      </w:rPr>
      <w:t xml:space="preserve"> din </w:t>
    </w:r>
    <w:r w:rsidR="00C5154C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C5154C">
      <w:rPr>
        <w:color w:val="595959"/>
      </w:rPr>
      <w:fldChar w:fldCharType="separate"/>
    </w:r>
    <w:r w:rsidR="00043B37">
      <w:rPr>
        <w:noProof/>
        <w:color w:val="595959"/>
      </w:rPr>
      <w:t>3</w:t>
    </w:r>
    <w:r w:rsidR="00C5154C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294" w:rsidRDefault="00756294">
      <w:r>
        <w:separator/>
      </w:r>
    </w:p>
  </w:footnote>
  <w:footnote w:type="continuationSeparator" w:id="0">
    <w:p w:rsidR="00756294" w:rsidRDefault="00756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43B37"/>
    <w:rsid w:val="0006063C"/>
    <w:rsid w:val="000E32EA"/>
    <w:rsid w:val="0011444F"/>
    <w:rsid w:val="00114C06"/>
    <w:rsid w:val="00147F3D"/>
    <w:rsid w:val="0015074B"/>
    <w:rsid w:val="00200AB0"/>
    <w:rsid w:val="00232B9E"/>
    <w:rsid w:val="0029639D"/>
    <w:rsid w:val="00326F90"/>
    <w:rsid w:val="004232B2"/>
    <w:rsid w:val="004408E8"/>
    <w:rsid w:val="00462384"/>
    <w:rsid w:val="004F742A"/>
    <w:rsid w:val="00592CDB"/>
    <w:rsid w:val="006B0E57"/>
    <w:rsid w:val="006C103E"/>
    <w:rsid w:val="00745F29"/>
    <w:rsid w:val="00756294"/>
    <w:rsid w:val="00761C58"/>
    <w:rsid w:val="00850B64"/>
    <w:rsid w:val="00917520"/>
    <w:rsid w:val="0093097C"/>
    <w:rsid w:val="009511F8"/>
    <w:rsid w:val="00972CEA"/>
    <w:rsid w:val="00983723"/>
    <w:rsid w:val="00A256C2"/>
    <w:rsid w:val="00A52E00"/>
    <w:rsid w:val="00A92673"/>
    <w:rsid w:val="00AA1D8D"/>
    <w:rsid w:val="00AC3E0B"/>
    <w:rsid w:val="00AC48FF"/>
    <w:rsid w:val="00B2217F"/>
    <w:rsid w:val="00B3558D"/>
    <w:rsid w:val="00B47730"/>
    <w:rsid w:val="00B52ED3"/>
    <w:rsid w:val="00BD4241"/>
    <w:rsid w:val="00C2208E"/>
    <w:rsid w:val="00C5154C"/>
    <w:rsid w:val="00C82F05"/>
    <w:rsid w:val="00CB0664"/>
    <w:rsid w:val="00CE0224"/>
    <w:rsid w:val="00D50DD0"/>
    <w:rsid w:val="00D81DE7"/>
    <w:rsid w:val="00DF436F"/>
    <w:rsid w:val="00E03527"/>
    <w:rsid w:val="00FA602F"/>
    <w:rsid w:val="00FC693F"/>
    <w:rsid w:val="00FF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D22F93-6A19-4C39-BC42-B7AA7AE02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4</cp:revision>
  <cp:lastPrinted>2026-09-07T13:57:00Z</cp:lastPrinted>
  <dcterms:created xsi:type="dcterms:W3CDTF">2026-09-18T10:24:00Z</dcterms:created>
  <dcterms:modified xsi:type="dcterms:W3CDTF">2026-10-15T08:42:00Z</dcterms:modified>
</cp:coreProperties>
</file>