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:rsidRPr="00C4205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E1635" w:rsidRPr="00C4205A" w:rsidRDefault="00CC60A4">
            <w:pPr>
              <w:keepNext/>
              <w:jc w:val="center"/>
              <w:rPr>
                <w:sz w:val="22"/>
              </w:rPr>
            </w:pPr>
            <w:r w:rsidRPr="00C4205A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114300</wp:posOffset>
                  </wp:positionV>
                  <wp:extent cx="843280" cy="1081405"/>
                  <wp:effectExtent l="19050" t="19050" r="33020" b="4254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Județul</w:t>
            </w:r>
            <w:r w:rsidR="0075638F" w:rsidRPr="00C4205A">
              <w:rPr>
                <w:b/>
                <w:color w:val="0D5F78"/>
                <w:sz w:val="22"/>
              </w:rPr>
              <w:t xml:space="preserve"> Prahova 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  <w:vMerge/>
          </w:tcPr>
          <w:p w:rsidR="001E1635" w:rsidRPr="00C4205A" w:rsidRDefault="001E1635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Autoritatea administrației publice</w:t>
            </w:r>
          </w:p>
          <w:p w:rsidR="001E1635" w:rsidRPr="00C4205A" w:rsidRDefault="0075638F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BUSTENI 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  <w:vMerge/>
          </w:tcPr>
          <w:p w:rsidR="001E1635" w:rsidRPr="00C4205A" w:rsidRDefault="001E1635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1E1635" w:rsidRPr="00C4205A" w:rsidRDefault="002652C4" w:rsidP="0012795F">
            <w:pPr>
              <w:keepNext/>
              <w:jc w:val="center"/>
              <w:rPr>
                <w:sz w:val="22"/>
                <w:lang w:val="fr-FR"/>
              </w:rPr>
            </w:pPr>
            <w:r w:rsidRPr="00C4205A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C4205A">
              <w:rPr>
                <w:b/>
                <w:color w:val="0D5F78"/>
                <w:sz w:val="22"/>
                <w:lang w:val="fr-FR"/>
              </w:rPr>
              <w:t>de identificarefiscală</w:t>
            </w:r>
            <w:proofErr w:type="gramEnd"/>
            <w:r w:rsidRPr="00C4205A">
              <w:rPr>
                <w:b/>
                <w:color w:val="0D5F78"/>
                <w:sz w:val="22"/>
                <w:lang w:val="fr-FR"/>
              </w:rPr>
              <w:t xml:space="preserve"> (CIF)</w:t>
            </w:r>
          </w:p>
          <w:p w:rsidR="001E1635" w:rsidRPr="00C4205A" w:rsidRDefault="0075638F" w:rsidP="0012795F">
            <w:pPr>
              <w:keepNext/>
              <w:jc w:val="center"/>
              <w:rPr>
                <w:sz w:val="22"/>
                <w:lang w:val="fr-FR"/>
              </w:rPr>
            </w:pPr>
            <w:r w:rsidRPr="00C4205A"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1E1635" w:rsidRPr="00C4205A" w:rsidRDefault="002652C4" w:rsidP="0075638F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Adresa</w:t>
            </w:r>
            <w:r w:rsidR="0075638F" w:rsidRPr="00C4205A">
              <w:rPr>
                <w:b/>
                <w:color w:val="0D5F78"/>
                <w:sz w:val="22"/>
              </w:rPr>
              <w:t xml:space="preserve"> </w:t>
            </w:r>
            <w:r w:rsidRPr="00C4205A">
              <w:rPr>
                <w:b/>
                <w:color w:val="0D5F78"/>
                <w:sz w:val="22"/>
              </w:rPr>
              <w:t>oficială</w:t>
            </w:r>
          </w:p>
          <w:p w:rsidR="0012795F" w:rsidRDefault="0075638F" w:rsidP="0075638F">
            <w:pPr>
              <w:pStyle w:val="Header"/>
              <w:jc w:val="center"/>
              <w:rPr>
                <w:sz w:val="22"/>
              </w:rPr>
            </w:pPr>
            <w:r w:rsidRPr="00C4205A">
              <w:rPr>
                <w:sz w:val="22"/>
              </w:rPr>
              <w:t>B-dul Libertăţii nr. 91, Tel: +40/244/322005,</w:t>
            </w:r>
          </w:p>
          <w:p w:rsidR="0075638F" w:rsidRPr="00C4205A" w:rsidRDefault="0075638F" w:rsidP="0075638F">
            <w:pPr>
              <w:pStyle w:val="Header"/>
              <w:jc w:val="center"/>
              <w:rPr>
                <w:sz w:val="22"/>
              </w:rPr>
            </w:pPr>
            <w:r w:rsidRPr="00C4205A">
              <w:rPr>
                <w:sz w:val="22"/>
              </w:rPr>
              <w:t xml:space="preserve"> Fax: +40/244/320752</w:t>
            </w:r>
          </w:p>
          <w:p w:rsidR="0075638F" w:rsidRPr="00C4205A" w:rsidRDefault="00257DE8" w:rsidP="0075638F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75638F" w:rsidRPr="00C4205A">
                <w:rPr>
                  <w:sz w:val="22"/>
                  <w:lang w:val="fr-FR"/>
                </w:rPr>
                <w:t>http://www.orasul-busteni.ro</w:t>
              </w:r>
            </w:hyperlink>
            <w:r w:rsidR="0075638F" w:rsidRPr="00C4205A">
              <w:rPr>
                <w:sz w:val="22"/>
                <w:lang w:val="fr-FR"/>
              </w:rPr>
              <w:t xml:space="preserve">; e-mail: </w:t>
            </w:r>
          </w:p>
          <w:p w:rsidR="001E1635" w:rsidRPr="00E12052" w:rsidRDefault="0075638F" w:rsidP="00E12052">
            <w:pPr>
              <w:pStyle w:val="Header"/>
              <w:jc w:val="center"/>
              <w:rPr>
                <w:sz w:val="22"/>
                <w:lang w:val="ro-RO"/>
              </w:rPr>
            </w:pPr>
            <w:r w:rsidRPr="00C4205A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  <w:vMerge/>
          </w:tcPr>
          <w:p w:rsidR="001E1635" w:rsidRPr="00C4205A" w:rsidRDefault="001E1635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Număr de înregistrare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Data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264A9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E1635" w:rsidRPr="00C4205A" w:rsidRDefault="0075638F">
            <w:pPr>
              <w:rPr>
                <w:sz w:val="22"/>
                <w:lang w:val="fr-FR"/>
              </w:rPr>
            </w:pPr>
            <w:r w:rsidRPr="00C4205A">
              <w:rPr>
                <w:i/>
                <w:color w:val="595959"/>
                <w:sz w:val="22"/>
                <w:lang w:val="fr-FR"/>
              </w:rPr>
              <w:t>S</w:t>
            </w:r>
            <w:r w:rsidR="002652C4" w:rsidRPr="00C4205A">
              <w:rPr>
                <w:i/>
                <w:color w:val="595959"/>
                <w:sz w:val="22"/>
                <w:lang w:val="fr-FR"/>
              </w:rPr>
              <w:t>e</w:t>
            </w:r>
            <w:r w:rsidRPr="00C4205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595959"/>
                <w:sz w:val="22"/>
                <w:lang w:val="fr-FR"/>
              </w:rPr>
              <w:t xml:space="preserve">completează </w:t>
            </w:r>
            <w:proofErr w:type="gramStart"/>
            <w:r w:rsidR="002652C4" w:rsidRPr="00C4205A">
              <w:rPr>
                <w:i/>
                <w:color w:val="595959"/>
                <w:sz w:val="22"/>
                <w:lang w:val="fr-FR"/>
              </w:rPr>
              <w:t>de autoritate</w:t>
            </w:r>
            <w:proofErr w:type="gramEnd"/>
            <w:r w:rsidR="002652C4" w:rsidRPr="00C4205A">
              <w:rPr>
                <w:i/>
                <w:color w:val="595959"/>
                <w:sz w:val="22"/>
                <w:lang w:val="fr-FR"/>
              </w:rPr>
              <w:t xml:space="preserve"> — solicitantul nu scrie</w:t>
            </w:r>
            <w:r w:rsidRPr="00C4205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595959"/>
                <w:sz w:val="22"/>
                <w:lang w:val="fr-FR"/>
              </w:rPr>
              <w:t>în</w:t>
            </w:r>
            <w:r w:rsidRPr="00C4205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595959"/>
                <w:sz w:val="22"/>
                <w:lang w:val="fr-FR"/>
              </w:rPr>
              <w:t>această</w:t>
            </w:r>
            <w:r w:rsidRPr="00C4205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595959"/>
                <w:sz w:val="22"/>
                <w:lang w:val="fr-FR"/>
              </w:rPr>
              <w:t>zonă</w:t>
            </w: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p w:rsidR="001E1635" w:rsidRPr="00C4205A" w:rsidRDefault="002652C4" w:rsidP="006257CA">
      <w:pPr>
        <w:spacing w:before="140" w:after="40"/>
        <w:jc w:val="center"/>
        <w:rPr>
          <w:sz w:val="22"/>
        </w:rPr>
      </w:pPr>
      <w:r w:rsidRPr="00C4205A">
        <w:rPr>
          <w:b/>
          <w:sz w:val="22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C4205A">
        <w:trPr>
          <w:cantSplit/>
        </w:trPr>
        <w:tc>
          <w:tcPr>
            <w:tcW w:w="9636" w:type="dxa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t xml:space="preserve"> 1. </w:t>
            </w:r>
            <w:r w:rsidRPr="00C4205A">
              <w:rPr>
                <w:b/>
                <w:color w:val="000000"/>
                <w:sz w:val="22"/>
              </w:rPr>
              <w:t>CĂTRE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9636" w:type="dxa"/>
          </w:tcPr>
          <w:p w:rsidR="001E1635" w:rsidRPr="00C4205A" w:rsidRDefault="002652C4">
            <w:pPr>
              <w:keepNext/>
              <w:rPr>
                <w:sz w:val="22"/>
                <w:lang w:val="fr-FR"/>
              </w:rPr>
            </w:pPr>
            <w:r w:rsidRPr="00C4205A">
              <w:rPr>
                <w:b/>
                <w:color w:val="0D5F78"/>
                <w:sz w:val="22"/>
                <w:lang w:val="fr-FR"/>
              </w:rPr>
              <w:t>Instituția</w:t>
            </w:r>
          </w:p>
          <w:p w:rsidR="001E1635" w:rsidRPr="00C4205A" w:rsidRDefault="00000C70">
            <w:pPr>
              <w:keepNext/>
              <w:rPr>
                <w:sz w:val="22"/>
                <w:lang w:val="fr-FR"/>
              </w:rPr>
            </w:pPr>
            <w:r w:rsidRPr="00C4205A">
              <w:rPr>
                <w:i/>
                <w:color w:val="7A7A7A"/>
                <w:sz w:val="22"/>
                <w:lang w:val="fr-FR"/>
              </w:rPr>
              <w:t>P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rimăria</w:t>
            </w:r>
            <w:r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municipiului / orașului / comunei · primăria de sector · consiliul</w:t>
            </w:r>
            <w:r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județean</w:t>
            </w:r>
          </w:p>
          <w:p w:rsidR="001E1635" w:rsidRPr="00C4205A" w:rsidRDefault="001E1635">
            <w:pPr>
              <w:keepNext/>
              <w:rPr>
                <w:sz w:val="22"/>
                <w:lang w:val="fr-FR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shd w:val="clear" w:color="auto" w:fill="F4F4F4"/>
          </w:tcPr>
          <w:p w:rsidR="001E1635" w:rsidRPr="00C4205A" w:rsidRDefault="002652C4" w:rsidP="0075638F">
            <w:pPr>
              <w:spacing w:line="228" w:lineRule="auto"/>
              <w:rPr>
                <w:sz w:val="22"/>
                <w:lang w:val="fr-FR"/>
              </w:rPr>
            </w:pPr>
            <w:r w:rsidRPr="00C4205A">
              <w:rPr>
                <w:sz w:val="22"/>
                <w:lang w:val="fr-FR"/>
              </w:rPr>
              <w:t>Cererea va fi transmisă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către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președintel</w:t>
            </w:r>
            <w:r w:rsidR="0075638F" w:rsidRPr="00C4205A">
              <w:rPr>
                <w:sz w:val="22"/>
                <w:lang w:val="fr-FR"/>
              </w:rPr>
              <w:t xml:space="preserve">e </w:t>
            </w:r>
            <w:r w:rsidRPr="00C4205A">
              <w:rPr>
                <w:sz w:val="22"/>
                <w:lang w:val="fr-FR"/>
              </w:rPr>
              <w:t>consiliului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județean, primarul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general, primarul de sector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sau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primarul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municipiului / orașului / comunei, după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caz.</w:t>
            </w: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:rsidRPr="00C4205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t xml:space="preserve">2. </w:t>
            </w:r>
            <w:r w:rsidRPr="00C4205A">
              <w:rPr>
                <w:b/>
                <w:color w:val="000000"/>
                <w:sz w:val="22"/>
              </w:rPr>
              <w:t>SOLICITANTUL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5621" w:type="dxa"/>
            <w:gridSpan w:val="5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Nume și prenume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CNP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 Act de identitate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Seria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Numărul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Eliberat de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La data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 Domiciliul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Județul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Municipiul / orașul / comuna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Satul / sectorul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  <w:trHeight w:val="510"/>
        </w:trPr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Strada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Nr.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Sc.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Et.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Ap.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Cod poștal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Țara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 Date de contact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4015" w:type="dxa"/>
            <w:gridSpan w:val="3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Telefon / fax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E-mail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 Reprezentare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6424" w:type="dxa"/>
            <w:gridSpan w:val="6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În calitate de reprezentant al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CUI / CIF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</w:trPr>
        <w:tc>
          <w:tcPr>
            <w:tcW w:w="9636" w:type="dxa"/>
            <w:gridSpan w:val="8"/>
          </w:tcPr>
          <w:p w:rsidR="001E1635" w:rsidRPr="00C4205A" w:rsidRDefault="002652C4">
            <w:pPr>
              <w:rPr>
                <w:sz w:val="22"/>
                <w:lang w:val="fr-FR"/>
              </w:rPr>
            </w:pPr>
            <w:r w:rsidRPr="00C4205A">
              <w:rPr>
                <w:sz w:val="22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p w:rsidR="001E1635" w:rsidRPr="00C4205A" w:rsidRDefault="002652C4">
      <w:pPr>
        <w:spacing w:before="80" w:after="60"/>
        <w:jc w:val="center"/>
        <w:rPr>
          <w:sz w:val="22"/>
          <w:lang w:val="fr-FR"/>
        </w:rPr>
      </w:pPr>
      <w:proofErr w:type="gramStart"/>
      <w:r w:rsidRPr="00C4205A">
        <w:rPr>
          <w:sz w:val="22"/>
          <w:lang w:val="fr-FR"/>
        </w:rPr>
        <w:t>în</w:t>
      </w:r>
      <w:proofErr w:type="gramEnd"/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conformitate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cuprevederile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Legii nr. 169/2026 privind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Codul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amenajării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teritoriului, urbanismului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și</w:t>
      </w:r>
      <w:r w:rsidR="0075638F" w:rsidRPr="00C4205A">
        <w:rPr>
          <w:sz w:val="22"/>
          <w:lang w:val="fr-FR"/>
        </w:rPr>
        <w:t xml:space="preserve"> </w:t>
      </w:r>
      <w:r w:rsidRPr="00C4205A">
        <w:rPr>
          <w:sz w:val="22"/>
          <w:lang w:val="fr-FR"/>
        </w:rPr>
        <w:t>construcțiilor,</w:t>
      </w:r>
    </w:p>
    <w:p w:rsidR="001E1635" w:rsidRPr="00C4205A" w:rsidRDefault="002652C4">
      <w:pPr>
        <w:spacing w:before="80" w:after="60"/>
        <w:jc w:val="center"/>
        <w:rPr>
          <w:sz w:val="22"/>
          <w:lang w:val="en-GB"/>
        </w:rPr>
      </w:pPr>
      <w:proofErr w:type="gramStart"/>
      <w:r w:rsidRPr="00C4205A">
        <w:rPr>
          <w:sz w:val="22"/>
          <w:lang w:val="en-GB"/>
        </w:rPr>
        <w:t>solicit</w:t>
      </w:r>
      <w:proofErr w:type="gramEnd"/>
      <w:r w:rsidR="0075638F" w:rsidRPr="00C4205A">
        <w:rPr>
          <w:sz w:val="22"/>
          <w:lang w:val="en-GB"/>
        </w:rPr>
        <w:t xml:space="preserve"> </w:t>
      </w:r>
      <w:r w:rsidRPr="00C4205A">
        <w:rPr>
          <w:sz w:val="22"/>
          <w:lang w:val="en-GB"/>
        </w:rPr>
        <w:t>emiterea</w:t>
      </w:r>
    </w:p>
    <w:p w:rsidR="001E1635" w:rsidRPr="00C4205A" w:rsidRDefault="002652C4">
      <w:pPr>
        <w:spacing w:after="160"/>
        <w:jc w:val="center"/>
        <w:rPr>
          <w:sz w:val="22"/>
          <w:lang w:val="fr-FR"/>
        </w:rPr>
      </w:pPr>
      <w:r w:rsidRPr="00C4205A">
        <w:rPr>
          <w:b/>
          <w:sz w:val="22"/>
          <w:lang w:val="fr-FR"/>
        </w:rPr>
        <w:t xml:space="preserve">CERTIFICATULUI </w:t>
      </w:r>
      <w:proofErr w:type="gramStart"/>
      <w:r w:rsidRPr="00C4205A">
        <w:rPr>
          <w:b/>
          <w:sz w:val="22"/>
          <w:lang w:val="fr-FR"/>
        </w:rPr>
        <w:t>DE URBANISM</w:t>
      </w:r>
      <w:proofErr w:type="gramEnd"/>
    </w:p>
    <w:p w:rsidR="001E1635" w:rsidRPr="00C4205A" w:rsidRDefault="002652C4">
      <w:pPr>
        <w:spacing w:after="160"/>
        <w:jc w:val="center"/>
        <w:rPr>
          <w:b/>
          <w:sz w:val="22"/>
          <w:lang w:val="fr-FR"/>
        </w:rPr>
      </w:pPr>
      <w:r w:rsidRPr="00C4205A">
        <w:rPr>
          <w:b/>
          <w:sz w:val="22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C4205A" w:rsidTr="006257CA">
        <w:tc>
          <w:tcPr>
            <w:tcW w:w="9636" w:type="dxa"/>
          </w:tcPr>
          <w:p w:rsidR="006257CA" w:rsidRPr="00C4205A" w:rsidRDefault="006257CA" w:rsidP="00C245EC">
            <w:pPr>
              <w:rPr>
                <w:rFonts w:ascii="Segoe UI Symbol" w:hAnsi="Segoe UI Symbol" w:cs="Segoe UI Symbol"/>
                <w:b/>
                <w:bCs/>
                <w:sz w:val="22"/>
              </w:rPr>
            </w:pPr>
            <w:r w:rsidRPr="00C4205A">
              <w:rPr>
                <w:b/>
                <w:bCs/>
                <w:sz w:val="22"/>
              </w:rPr>
              <w:t>3. ÎN  VEDEREA REALIZĂRII OPERAȚIUNII CADATRALE :</w:t>
            </w:r>
          </w:p>
        </w:tc>
      </w:tr>
      <w:tr w:rsidR="006257CA" w:rsidRPr="00C4205A" w:rsidTr="006257CA">
        <w:tc>
          <w:tcPr>
            <w:tcW w:w="9636" w:type="dxa"/>
          </w:tcPr>
          <w:p w:rsidR="006257CA" w:rsidRPr="00C4205A" w:rsidRDefault="006257CA" w:rsidP="00C245EC">
            <w:pPr>
              <w:rPr>
                <w:sz w:val="22"/>
                <w:lang w:val="fr-FR"/>
              </w:rPr>
            </w:pP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C4205A">
              <w:rPr>
                <w:sz w:val="22"/>
                <w:lang w:val="fr-FR"/>
              </w:rPr>
              <w:t xml:space="preserve">comasare (alipire)   </w:t>
            </w: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C4205A">
              <w:rPr>
                <w:sz w:val="22"/>
                <w:lang w:val="fr-FR"/>
              </w:rPr>
              <w:t xml:space="preserve">dezmembrare (dezlipire)   </w:t>
            </w: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C4205A">
              <w:rPr>
                <w:rFonts w:cs="Times New Roman"/>
                <w:sz w:val="22"/>
                <w:lang w:val="fr-FR"/>
              </w:rPr>
              <w:t>î</w:t>
            </w:r>
            <w:r w:rsidRPr="00C4205A">
              <w:rPr>
                <w:sz w:val="22"/>
                <w:lang w:val="fr-FR"/>
              </w:rPr>
              <w:t>nscrierea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unor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servitu</w:t>
            </w:r>
            <w:r w:rsidRPr="00C4205A">
              <w:rPr>
                <w:rFonts w:cs="Times New Roman"/>
                <w:sz w:val="22"/>
                <w:lang w:val="fr-FR"/>
              </w:rPr>
              <w:t>ț</w:t>
            </w:r>
            <w:r w:rsidRPr="00C4205A">
              <w:rPr>
                <w:sz w:val="22"/>
                <w:lang w:val="fr-FR"/>
              </w:rPr>
              <w:t>i de trecere</w:t>
            </w:r>
          </w:p>
        </w:tc>
      </w:tr>
      <w:tr w:rsidR="006257CA" w:rsidRPr="00264A96" w:rsidTr="006257CA">
        <w:tc>
          <w:tcPr>
            <w:tcW w:w="9636" w:type="dxa"/>
          </w:tcPr>
          <w:p w:rsidR="006257CA" w:rsidRPr="00C4205A" w:rsidRDefault="006257CA" w:rsidP="00C245EC">
            <w:pPr>
              <w:rPr>
                <w:sz w:val="22"/>
                <w:lang w:val="fr-FR"/>
              </w:rPr>
            </w:pP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C4205A">
              <w:rPr>
                <w:sz w:val="22"/>
                <w:lang w:val="fr-FR"/>
              </w:rPr>
              <w:t>eviden</w:t>
            </w:r>
            <w:r w:rsidRPr="00C4205A">
              <w:rPr>
                <w:rFonts w:cs="Times New Roman"/>
                <w:sz w:val="22"/>
                <w:lang w:val="fr-FR"/>
              </w:rPr>
              <w:t>ț</w:t>
            </w:r>
            <w:r w:rsidRPr="00C4205A">
              <w:rPr>
                <w:sz w:val="22"/>
                <w:lang w:val="fr-FR"/>
              </w:rPr>
              <w:t>ieri de imobile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rFonts w:cs="Times New Roman"/>
                <w:sz w:val="22"/>
                <w:lang w:val="fr-FR"/>
              </w:rPr>
              <w:t>î</w:t>
            </w:r>
            <w:r w:rsidRPr="00C4205A">
              <w:rPr>
                <w:sz w:val="22"/>
                <w:lang w:val="fr-FR"/>
              </w:rPr>
              <w:t>n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cartea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funciar</w:t>
            </w:r>
            <w:r w:rsidRPr="00C4205A">
              <w:rPr>
                <w:rFonts w:cs="Times New Roman"/>
                <w:sz w:val="22"/>
                <w:lang w:val="fr-FR"/>
              </w:rPr>
              <w:t>ă</w:t>
            </w:r>
            <w:r w:rsidR="008156E6">
              <w:rPr>
                <w:rFonts w:cs="Times New Roman"/>
                <w:sz w:val="22"/>
                <w:lang w:val="fr-FR"/>
              </w:rPr>
              <w:t xml:space="preserve"> </w:t>
            </w: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="00C20C9D">
              <w:rPr>
                <w:rFonts w:ascii="Segoe UI Symbol" w:hAnsi="Segoe UI Symbol" w:cs="Segoe UI Symbol"/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reeviden</w:t>
            </w:r>
            <w:r w:rsidRPr="00C4205A">
              <w:rPr>
                <w:rFonts w:cs="Times New Roman"/>
                <w:sz w:val="22"/>
                <w:lang w:val="fr-FR"/>
              </w:rPr>
              <w:t>ț</w:t>
            </w:r>
            <w:r w:rsidRPr="00C4205A">
              <w:rPr>
                <w:sz w:val="22"/>
                <w:lang w:val="fr-FR"/>
              </w:rPr>
              <w:t xml:space="preserve">ieri </w:t>
            </w:r>
            <w:proofErr w:type="gramStart"/>
            <w:r w:rsidRPr="00C4205A">
              <w:rPr>
                <w:sz w:val="22"/>
                <w:lang w:val="fr-FR"/>
              </w:rPr>
              <w:t>de imobile</w:t>
            </w:r>
            <w:proofErr w:type="gramEnd"/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rFonts w:cs="Times New Roman"/>
                <w:sz w:val="22"/>
                <w:lang w:val="fr-FR"/>
              </w:rPr>
              <w:t>î</w:t>
            </w:r>
            <w:r w:rsidRPr="00C4205A">
              <w:rPr>
                <w:sz w:val="22"/>
                <w:lang w:val="fr-FR"/>
              </w:rPr>
              <w:t>n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cartea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funciar</w:t>
            </w:r>
            <w:r w:rsidRPr="00C4205A">
              <w:rPr>
                <w:rFonts w:cs="Times New Roman"/>
                <w:sz w:val="22"/>
                <w:lang w:val="fr-FR"/>
              </w:rPr>
              <w:t>ă</w:t>
            </w:r>
          </w:p>
        </w:tc>
      </w:tr>
      <w:tr w:rsidR="001E1635" w:rsidRPr="00C4205A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1E1635" w:rsidRPr="00C4205A" w:rsidRDefault="006257CA">
            <w:pPr>
              <w:keepNext/>
              <w:rPr>
                <w:sz w:val="22"/>
              </w:rPr>
            </w:pPr>
            <w:r w:rsidRPr="00C4205A">
              <w:rPr>
                <w:sz w:val="22"/>
                <w:lang w:val="fr-FR"/>
              </w:rPr>
              <w:t>Descrierea</w:t>
            </w:r>
            <w:r w:rsidR="00C20C9D">
              <w:rPr>
                <w:sz w:val="22"/>
                <w:lang w:val="fr-FR"/>
              </w:rPr>
              <w:t xml:space="preserve"> 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operațiunii cadastrale propuse :</w:t>
            </w:r>
          </w:p>
        </w:tc>
      </w:tr>
      <w:tr w:rsidR="001E1635" w:rsidRPr="00C4205A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1E1635" w:rsidRPr="00C4205A" w:rsidRDefault="001E1635">
            <w:pPr>
              <w:pBdr>
                <w:bottom w:val="dotted" w:sz="6" w:space="0" w:color="999999"/>
              </w:pBdr>
              <w:spacing w:after="80"/>
              <w:rPr>
                <w:sz w:val="22"/>
              </w:rPr>
            </w:pPr>
          </w:p>
          <w:p w:rsidR="001E1635" w:rsidRPr="00C4205A" w:rsidRDefault="001E1635">
            <w:pPr>
              <w:pBdr>
                <w:bottom w:val="dotted" w:sz="6" w:space="0" w:color="999999"/>
              </w:pBdr>
              <w:spacing w:after="80"/>
              <w:rPr>
                <w:sz w:val="22"/>
              </w:rPr>
            </w:pP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:rsidRPr="00C4205A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E1635" w:rsidRPr="00C4205A" w:rsidRDefault="006257CA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lastRenderedPageBreak/>
              <w:t>4</w:t>
            </w:r>
            <w:r w:rsidR="002652C4" w:rsidRPr="00C4205A">
              <w:rPr>
                <w:b/>
                <w:sz w:val="22"/>
              </w:rPr>
              <w:t xml:space="preserve">. </w:t>
            </w:r>
            <w:r w:rsidR="002652C4" w:rsidRPr="00C4205A">
              <w:rPr>
                <w:b/>
                <w:color w:val="000000"/>
                <w:sz w:val="22"/>
              </w:rPr>
              <w:t>IMOBILUL</w:t>
            </w:r>
          </w:p>
        </w:tc>
      </w:tr>
      <w:tr w:rsidR="001E1635" w:rsidRPr="00C4205A">
        <w:trPr>
          <w:cantSplit/>
        </w:trPr>
        <w:tc>
          <w:tcPr>
            <w:tcW w:w="9636" w:type="dxa"/>
            <w:gridSpan w:val="6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sz w:val="22"/>
              </w:rPr>
              <w:t xml:space="preserve"> ☐ teren     ☐ construcții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Județ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Municipiu / oraș / comună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Sat / sector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Cod poștal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Strada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Nr.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 xml:space="preserve">Bl. / sc. / et. / </w:t>
            </w:r>
            <w:proofErr w:type="gramStart"/>
            <w:r w:rsidRPr="00C4205A">
              <w:rPr>
                <w:b/>
                <w:color w:val="0D5F78"/>
                <w:sz w:val="22"/>
              </w:rPr>
              <w:t>ap</w:t>
            </w:r>
            <w:proofErr w:type="gramEnd"/>
            <w:r w:rsidRPr="00C4205A">
              <w:rPr>
                <w:b/>
                <w:color w:val="0D5F78"/>
                <w:sz w:val="22"/>
              </w:rPr>
              <w:t>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  <w:tr w:rsidR="001E1635" w:rsidRPr="00C4205A">
        <w:trPr>
          <w:cantSplit/>
          <w:trHeight w:val="510"/>
        </w:trPr>
        <w:tc>
          <w:tcPr>
            <w:tcW w:w="5621" w:type="dxa"/>
            <w:gridSpan w:val="3"/>
          </w:tcPr>
          <w:p w:rsidR="001E1635" w:rsidRPr="00C4205A" w:rsidRDefault="002652C4">
            <w:pPr>
              <w:keepNext/>
              <w:rPr>
                <w:sz w:val="22"/>
                <w:lang w:val="fr-FR"/>
              </w:rPr>
            </w:pPr>
            <w:r w:rsidRPr="00C4205A">
              <w:rPr>
                <w:b/>
                <w:color w:val="0D5F78"/>
                <w:sz w:val="22"/>
                <w:lang w:val="fr-FR"/>
              </w:rPr>
              <w:t>Număr cadastral</w:t>
            </w:r>
          </w:p>
          <w:p w:rsidR="001E1635" w:rsidRPr="00C4205A" w:rsidRDefault="00C20C9D">
            <w:pPr>
              <w:keepNext/>
              <w:rPr>
                <w:sz w:val="22"/>
                <w:lang w:val="fr-FR"/>
              </w:rPr>
            </w:pPr>
            <w:r w:rsidRPr="00C4205A">
              <w:rPr>
                <w:i/>
                <w:color w:val="7A7A7A"/>
                <w:sz w:val="22"/>
                <w:lang w:val="fr-FR"/>
              </w:rPr>
              <w:t>D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acă</w:t>
            </w:r>
            <w:r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imobilul e înscris</w:t>
            </w:r>
            <w:r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2652C4" w:rsidRPr="00C4205A">
              <w:rPr>
                <w:i/>
                <w:color w:val="7A7A7A"/>
                <w:sz w:val="22"/>
                <w:lang w:val="fr-FR"/>
              </w:rPr>
              <w:t>în e-Terra</w:t>
            </w:r>
          </w:p>
          <w:p w:rsidR="001E1635" w:rsidRPr="00C4205A" w:rsidRDefault="001E1635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Carte funciară nr.</w:t>
            </w:r>
          </w:p>
          <w:p w:rsidR="001E1635" w:rsidRPr="00C4205A" w:rsidRDefault="001E1635">
            <w:pPr>
              <w:keepNext/>
              <w:rPr>
                <w:sz w:val="22"/>
              </w:rPr>
            </w:pPr>
          </w:p>
        </w:tc>
      </w:tr>
    </w:tbl>
    <w:p w:rsidR="001E1635" w:rsidRPr="00C4205A" w:rsidRDefault="001E1635" w:rsidP="006257CA">
      <w:pPr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C4205A">
        <w:trPr>
          <w:cantSplit/>
        </w:trPr>
        <w:tc>
          <w:tcPr>
            <w:tcW w:w="9636" w:type="dxa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t xml:space="preserve">5. </w:t>
            </w:r>
            <w:r w:rsidRPr="00C4205A">
              <w:rPr>
                <w:b/>
                <w:color w:val="000000"/>
                <w:sz w:val="22"/>
              </w:rPr>
              <w:t>SE ANEXEAZĂ</w:t>
            </w:r>
          </w:p>
        </w:tc>
      </w:tr>
      <w:tr w:rsidR="001E1635" w:rsidRPr="00C4205A">
        <w:trPr>
          <w:cantSplit/>
        </w:trPr>
        <w:tc>
          <w:tcPr>
            <w:tcW w:w="9636" w:type="dxa"/>
          </w:tcPr>
          <w:p w:rsidR="006257CA" w:rsidRPr="00C4205A" w:rsidRDefault="002652C4">
            <w:pPr>
              <w:rPr>
                <w:sz w:val="22"/>
                <w:lang w:val="fr-FR"/>
              </w:rPr>
            </w:pPr>
            <w:r w:rsidRPr="00C4205A">
              <w:rPr>
                <w:sz w:val="22"/>
                <w:lang w:val="fr-FR"/>
              </w:rPr>
              <w:t xml:space="preserve"> ☐ documentația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cadastrală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="006257CA" w:rsidRPr="00C4205A">
              <w:rPr>
                <w:sz w:val="22"/>
                <w:lang w:val="fr-FR"/>
              </w:rPr>
              <w:t>plan cu o propunere de comasare/dezmembrare</w:t>
            </w:r>
          </w:p>
          <w:p w:rsidR="00C4205A" w:rsidRDefault="008156E6">
            <w:pPr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☐ extras de carte funciară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actualizat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☐ plan de încadrare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în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zonă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în</w:t>
            </w:r>
            <w:r w:rsidR="0075638F" w:rsidRPr="00C4205A">
              <w:rPr>
                <w:sz w:val="22"/>
                <w:lang w:val="fr-FR"/>
              </w:rPr>
              <w:t xml:space="preserve"> </w:t>
            </w:r>
            <w:r w:rsidR="006257CA" w:rsidRPr="00C4205A">
              <w:rPr>
                <w:sz w:val="22"/>
                <w:lang w:val="fr-FR"/>
              </w:rPr>
              <w:t>sistemStereo 70</w:t>
            </w:r>
          </w:p>
          <w:p w:rsidR="001E1635" w:rsidRPr="00C4205A" w:rsidRDefault="006257CA">
            <w:pPr>
              <w:rPr>
                <w:sz w:val="22"/>
                <w:lang w:val="fr-FR"/>
              </w:rPr>
            </w:pPr>
            <w:r w:rsidRPr="00C4205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C4205A">
              <w:rPr>
                <w:sz w:val="22"/>
                <w:lang w:val="fr-FR"/>
              </w:rPr>
              <w:t>împuternicirea, dacă este cazul</w:t>
            </w: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C4205A">
        <w:trPr>
          <w:cantSplit/>
        </w:trPr>
        <w:tc>
          <w:tcPr>
            <w:tcW w:w="9636" w:type="dxa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t xml:space="preserve">6. </w:t>
            </w:r>
            <w:r w:rsidRPr="00C4205A">
              <w:rPr>
                <w:b/>
                <w:color w:val="000000"/>
                <w:sz w:val="22"/>
              </w:rPr>
              <w:t>COMUNICAREA RĂSPUNSULUI</w:t>
            </w:r>
          </w:p>
        </w:tc>
      </w:tr>
      <w:tr w:rsidR="001E1635" w:rsidRPr="00264A96">
        <w:trPr>
          <w:cantSplit/>
        </w:trPr>
        <w:tc>
          <w:tcPr>
            <w:tcW w:w="9636" w:type="dxa"/>
          </w:tcPr>
          <w:p w:rsidR="001E1635" w:rsidRPr="00C4205A" w:rsidRDefault="002652C4">
            <w:pPr>
              <w:rPr>
                <w:sz w:val="22"/>
                <w:lang w:val="fr-FR"/>
              </w:rPr>
            </w:pPr>
            <w:r w:rsidRPr="00C4205A">
              <w:rPr>
                <w:sz w:val="22"/>
                <w:lang w:val="fr-FR"/>
              </w:rPr>
              <w:t xml:space="preserve"> ☐ în format scris, prin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 xml:space="preserve">poștă     ☐ în format digital, la </w:t>
            </w:r>
            <w:proofErr w:type="gramStart"/>
            <w:r w:rsidRPr="00C4205A">
              <w:rPr>
                <w:sz w:val="22"/>
                <w:lang w:val="fr-FR"/>
              </w:rPr>
              <w:t>adresa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de e-mail</w:t>
            </w:r>
            <w:r w:rsidR="00000C70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 xml:space="preserve">indicată    </w:t>
            </w:r>
            <w:proofErr w:type="gramEnd"/>
            <w:r w:rsidRPr="00C4205A">
              <w:rPr>
                <w:sz w:val="22"/>
                <w:lang w:val="fr-FR"/>
              </w:rPr>
              <w:t xml:space="preserve"> ☐ ridicare de la sediul</w:t>
            </w:r>
            <w:r w:rsidR="008156E6">
              <w:rPr>
                <w:sz w:val="22"/>
                <w:lang w:val="fr-FR"/>
              </w:rPr>
              <w:t xml:space="preserve"> </w:t>
            </w:r>
            <w:r w:rsidRPr="00C4205A">
              <w:rPr>
                <w:sz w:val="22"/>
                <w:lang w:val="fr-FR"/>
              </w:rPr>
              <w:t>autorității</w:t>
            </w:r>
          </w:p>
        </w:tc>
      </w:tr>
    </w:tbl>
    <w:p w:rsidR="001E1635" w:rsidRPr="00C4205A" w:rsidRDefault="001E1635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:rsidRPr="00C4205A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E1635" w:rsidRPr="00C4205A" w:rsidRDefault="002652C4">
            <w:pPr>
              <w:keepNext/>
              <w:rPr>
                <w:sz w:val="22"/>
              </w:rPr>
            </w:pPr>
            <w:r w:rsidRPr="00C4205A">
              <w:rPr>
                <w:b/>
                <w:sz w:val="22"/>
              </w:rPr>
              <w:t xml:space="preserve">7. </w:t>
            </w:r>
            <w:r w:rsidRPr="00C4205A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1E1635" w:rsidRPr="00C4205A">
        <w:trPr>
          <w:cantSplit/>
          <w:trHeight w:val="510"/>
        </w:trPr>
        <w:tc>
          <w:tcPr>
            <w:tcW w:w="1606" w:type="dxa"/>
          </w:tcPr>
          <w:p w:rsidR="001E1635" w:rsidRPr="00C4205A" w:rsidRDefault="002652C4">
            <w:pPr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Data</w:t>
            </w:r>
          </w:p>
          <w:p w:rsidR="001E1635" w:rsidRPr="00C4205A" w:rsidRDefault="001E1635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1E1635" w:rsidRPr="00C4205A" w:rsidRDefault="002652C4">
            <w:pPr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Solicitantul</w:t>
            </w:r>
          </w:p>
          <w:p w:rsidR="001E1635" w:rsidRPr="00C4205A" w:rsidRDefault="001E1635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1E1635" w:rsidRPr="00C4205A" w:rsidRDefault="002652C4">
            <w:pPr>
              <w:rPr>
                <w:sz w:val="22"/>
              </w:rPr>
            </w:pPr>
            <w:r w:rsidRPr="00C4205A">
              <w:rPr>
                <w:b/>
                <w:color w:val="0D5F78"/>
                <w:sz w:val="22"/>
              </w:rPr>
              <w:t>Semnătura</w:t>
            </w:r>
          </w:p>
          <w:p w:rsidR="001E1635" w:rsidRPr="00C4205A" w:rsidRDefault="001E1635">
            <w:pPr>
              <w:rPr>
                <w:sz w:val="22"/>
              </w:rPr>
            </w:pPr>
          </w:p>
        </w:tc>
      </w:tr>
    </w:tbl>
    <w:p w:rsidR="001E1635" w:rsidRPr="00C4205A" w:rsidRDefault="001E1635">
      <w:pPr>
        <w:spacing w:line="168" w:lineRule="auto"/>
        <w:rPr>
          <w:sz w:val="22"/>
        </w:rPr>
      </w:pPr>
    </w:p>
    <w:sectPr w:rsidR="001E1635" w:rsidRPr="00C4205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E8" w:rsidRDefault="00257DE8">
      <w:r>
        <w:separator/>
      </w:r>
    </w:p>
  </w:endnote>
  <w:endnote w:type="continuationSeparator" w:id="0">
    <w:p w:rsidR="00257DE8" w:rsidRDefault="0025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635" w:rsidRDefault="002652C4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>pagina</w:t>
    </w:r>
    <w:r w:rsidR="00083873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083873">
      <w:rPr>
        <w:color w:val="595959"/>
      </w:rPr>
      <w:fldChar w:fldCharType="separate"/>
    </w:r>
    <w:r w:rsidR="00E12052">
      <w:rPr>
        <w:noProof/>
        <w:color w:val="595959"/>
      </w:rPr>
      <w:t>1</w:t>
    </w:r>
    <w:r w:rsidR="00083873">
      <w:rPr>
        <w:color w:val="595959"/>
      </w:rPr>
      <w:fldChar w:fldCharType="end"/>
    </w:r>
    <w:r>
      <w:rPr>
        <w:color w:val="595959"/>
      </w:rPr>
      <w:t xml:space="preserve"> din </w:t>
    </w:r>
    <w:r w:rsidR="00083873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083873">
      <w:rPr>
        <w:color w:val="595959"/>
      </w:rPr>
      <w:fldChar w:fldCharType="separate"/>
    </w:r>
    <w:r w:rsidR="00E12052">
      <w:rPr>
        <w:noProof/>
        <w:color w:val="595959"/>
      </w:rPr>
      <w:t>2</w:t>
    </w:r>
    <w:r w:rsidR="00083873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E8" w:rsidRDefault="00257DE8">
      <w:r>
        <w:separator/>
      </w:r>
    </w:p>
  </w:footnote>
  <w:footnote w:type="continuationSeparator" w:id="0">
    <w:p w:rsidR="00257DE8" w:rsidRDefault="00257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00C70"/>
    <w:rsid w:val="00034616"/>
    <w:rsid w:val="0006063C"/>
    <w:rsid w:val="00065F1C"/>
    <w:rsid w:val="00083873"/>
    <w:rsid w:val="0012795F"/>
    <w:rsid w:val="0015074B"/>
    <w:rsid w:val="001E1635"/>
    <w:rsid w:val="00257DE8"/>
    <w:rsid w:val="00264A96"/>
    <w:rsid w:val="002652C4"/>
    <w:rsid w:val="0029639D"/>
    <w:rsid w:val="002C581F"/>
    <w:rsid w:val="00326F90"/>
    <w:rsid w:val="0034435D"/>
    <w:rsid w:val="00427054"/>
    <w:rsid w:val="00442509"/>
    <w:rsid w:val="0053570E"/>
    <w:rsid w:val="00540EA9"/>
    <w:rsid w:val="005C250C"/>
    <w:rsid w:val="006257CA"/>
    <w:rsid w:val="006C103E"/>
    <w:rsid w:val="0075638F"/>
    <w:rsid w:val="008156E6"/>
    <w:rsid w:val="008F57C8"/>
    <w:rsid w:val="009D300E"/>
    <w:rsid w:val="009D782F"/>
    <w:rsid w:val="00A14EC7"/>
    <w:rsid w:val="00A37FAC"/>
    <w:rsid w:val="00AA1D8D"/>
    <w:rsid w:val="00AC5F99"/>
    <w:rsid w:val="00B47730"/>
    <w:rsid w:val="00C20C9D"/>
    <w:rsid w:val="00C4205A"/>
    <w:rsid w:val="00CB0664"/>
    <w:rsid w:val="00CC60A4"/>
    <w:rsid w:val="00E1205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87FF2C-2DFE-42A6-9611-68636813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4</cp:revision>
  <cp:lastPrinted>2026-09-14T06:48:00Z</cp:lastPrinted>
  <dcterms:created xsi:type="dcterms:W3CDTF">2026-09-18T10:22:00Z</dcterms:created>
  <dcterms:modified xsi:type="dcterms:W3CDTF">2026-10-15T08:42:00Z</dcterms:modified>
</cp:coreProperties>
</file>