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:rsidRPr="00081C2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7A6244" w:rsidRPr="00081C2B" w:rsidRDefault="00ED04B2">
            <w:pPr>
              <w:keepNext/>
              <w:jc w:val="center"/>
              <w:rPr>
                <w:sz w:val="22"/>
              </w:rPr>
            </w:pPr>
            <w:r w:rsidRPr="00081C2B">
              <w:rPr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115570</wp:posOffset>
                  </wp:positionV>
                  <wp:extent cx="843280" cy="1081405"/>
                  <wp:effectExtent l="19050" t="19050" r="52070" b="61595"/>
                  <wp:wrapNone/>
                  <wp:docPr id="3" name="Picture 2" descr="si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sig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570" b="72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108140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4" dir="2700000" algn="tl" rotWithShape="0">
                              <a:srgbClr val="808080"/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Județul</w:t>
            </w:r>
          </w:p>
          <w:p w:rsidR="007A6244" w:rsidRPr="00081C2B" w:rsidRDefault="00081C2B">
            <w:pPr>
              <w:keepNext/>
              <w:rPr>
                <w:b/>
                <w:sz w:val="22"/>
              </w:rPr>
            </w:pPr>
            <w:r w:rsidRPr="00081C2B">
              <w:rPr>
                <w:b/>
                <w:sz w:val="22"/>
              </w:rPr>
              <w:t xml:space="preserve">PRAHOVA </w:t>
            </w:r>
          </w:p>
        </w:tc>
      </w:tr>
      <w:tr w:rsidR="007A6244" w:rsidRPr="00081C2B">
        <w:trPr>
          <w:cantSplit/>
          <w:trHeight w:val="510"/>
        </w:trPr>
        <w:tc>
          <w:tcPr>
            <w:tcW w:w="1606" w:type="dxa"/>
            <w:vMerge/>
          </w:tcPr>
          <w:p w:rsidR="007A6244" w:rsidRPr="00081C2B" w:rsidRDefault="007A6244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Autoritatea administrației publice</w:t>
            </w:r>
          </w:p>
          <w:p w:rsidR="007A6244" w:rsidRPr="00081C2B" w:rsidRDefault="00081C2B">
            <w:pPr>
              <w:keepNext/>
              <w:rPr>
                <w:b/>
                <w:sz w:val="22"/>
              </w:rPr>
            </w:pPr>
            <w:r w:rsidRPr="00081C2B">
              <w:rPr>
                <w:b/>
                <w:sz w:val="22"/>
              </w:rPr>
              <w:t>BUSTENI</w:t>
            </w:r>
          </w:p>
        </w:tc>
      </w:tr>
      <w:tr w:rsidR="007A6244" w:rsidRPr="00081C2B">
        <w:trPr>
          <w:cantSplit/>
          <w:trHeight w:val="510"/>
        </w:trPr>
        <w:tc>
          <w:tcPr>
            <w:tcW w:w="1606" w:type="dxa"/>
            <w:vMerge/>
          </w:tcPr>
          <w:p w:rsidR="007A6244" w:rsidRPr="00081C2B" w:rsidRDefault="007A6244">
            <w:pPr>
              <w:rPr>
                <w:sz w:val="22"/>
              </w:rPr>
            </w:pPr>
          </w:p>
        </w:tc>
        <w:tc>
          <w:tcPr>
            <w:tcW w:w="2409" w:type="dxa"/>
            <w:shd w:val="clear" w:color="auto" w:fill="F0F0F0"/>
          </w:tcPr>
          <w:p w:rsidR="007A6244" w:rsidRPr="00081C2B" w:rsidRDefault="00ED04B2" w:rsidP="003E2F0C">
            <w:pPr>
              <w:keepNext/>
              <w:jc w:val="center"/>
              <w:rPr>
                <w:sz w:val="22"/>
                <w:lang w:val="fr-FR"/>
              </w:rPr>
            </w:pPr>
            <w:r w:rsidRPr="00081C2B">
              <w:rPr>
                <w:b/>
                <w:color w:val="0D5F78"/>
                <w:sz w:val="22"/>
                <w:lang w:val="fr-FR"/>
              </w:rPr>
              <w:t xml:space="preserve">Cod </w:t>
            </w:r>
            <w:proofErr w:type="gramStart"/>
            <w:r w:rsidRPr="00081C2B">
              <w:rPr>
                <w:b/>
                <w:color w:val="0D5F78"/>
                <w:sz w:val="22"/>
                <w:lang w:val="fr-FR"/>
              </w:rPr>
              <w:t>de identificare</w:t>
            </w:r>
            <w:proofErr w:type="gramEnd"/>
            <w:r w:rsidRPr="00081C2B">
              <w:rPr>
                <w:b/>
                <w:color w:val="0D5F78"/>
                <w:sz w:val="22"/>
                <w:lang w:val="fr-FR"/>
              </w:rPr>
              <w:t xml:space="preserve"> fiscală (CIF)</w:t>
            </w:r>
          </w:p>
          <w:p w:rsidR="007A6244" w:rsidRPr="00081C2B" w:rsidRDefault="00081C2B" w:rsidP="003E2F0C">
            <w:pPr>
              <w:keepNext/>
              <w:jc w:val="center"/>
              <w:rPr>
                <w:b/>
                <w:sz w:val="22"/>
                <w:lang w:val="fr-FR"/>
              </w:rPr>
            </w:pPr>
            <w:r w:rsidRPr="00081C2B">
              <w:rPr>
                <w:b/>
                <w:sz w:val="22"/>
                <w:lang w:val="fr-FR"/>
              </w:rPr>
              <w:t>2845729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Adresa oficială</w:t>
            </w:r>
          </w:p>
          <w:p w:rsidR="003E2F0C" w:rsidRDefault="00081C2B" w:rsidP="00081C2B">
            <w:pPr>
              <w:pStyle w:val="Header"/>
              <w:jc w:val="center"/>
              <w:rPr>
                <w:sz w:val="22"/>
              </w:rPr>
            </w:pPr>
            <w:r w:rsidRPr="00081C2B">
              <w:rPr>
                <w:sz w:val="22"/>
              </w:rPr>
              <w:t xml:space="preserve">B-dul Libertăţii nr. 91, Tel: +40/244/322005, </w:t>
            </w:r>
          </w:p>
          <w:p w:rsidR="00081C2B" w:rsidRPr="00081C2B" w:rsidRDefault="00081C2B" w:rsidP="00081C2B">
            <w:pPr>
              <w:pStyle w:val="Header"/>
              <w:jc w:val="center"/>
              <w:rPr>
                <w:sz w:val="22"/>
              </w:rPr>
            </w:pPr>
            <w:r w:rsidRPr="00081C2B">
              <w:rPr>
                <w:sz w:val="22"/>
              </w:rPr>
              <w:t>Fax: +40/244/320752</w:t>
            </w:r>
          </w:p>
          <w:p w:rsidR="00081C2B" w:rsidRPr="00081C2B" w:rsidRDefault="00844E28" w:rsidP="00081C2B">
            <w:pPr>
              <w:pStyle w:val="Header"/>
              <w:jc w:val="center"/>
              <w:rPr>
                <w:sz w:val="22"/>
                <w:lang w:val="fr-FR"/>
              </w:rPr>
            </w:pPr>
            <w:hyperlink r:id="rId10" w:history="1">
              <w:r w:rsidR="00081C2B" w:rsidRPr="00081C2B">
                <w:rPr>
                  <w:sz w:val="22"/>
                  <w:lang w:val="fr-FR"/>
                </w:rPr>
                <w:t>http://www.orasul-busteni.ro</w:t>
              </w:r>
            </w:hyperlink>
            <w:r w:rsidR="00081C2B" w:rsidRPr="00081C2B">
              <w:rPr>
                <w:sz w:val="22"/>
                <w:lang w:val="fr-FR"/>
              </w:rPr>
              <w:t xml:space="preserve">; e-mail: </w:t>
            </w:r>
          </w:p>
          <w:p w:rsidR="007A6244" w:rsidRPr="00734A18" w:rsidRDefault="00081C2B" w:rsidP="00734A18">
            <w:pPr>
              <w:pStyle w:val="Header"/>
              <w:jc w:val="center"/>
              <w:rPr>
                <w:sz w:val="22"/>
                <w:lang w:val="ro-RO"/>
              </w:rPr>
            </w:pPr>
            <w:r w:rsidRPr="00081C2B">
              <w:rPr>
                <w:sz w:val="22"/>
                <w:lang w:val="fr-FR"/>
              </w:rPr>
              <w:t>office@orasul-busteni.ro</w:t>
            </w:r>
            <w:bookmarkStart w:id="0" w:name="_GoBack"/>
            <w:bookmarkEnd w:id="0"/>
          </w:p>
        </w:tc>
      </w:tr>
      <w:tr w:rsidR="007A6244" w:rsidRPr="00081C2B" w:rsidTr="00081C2B">
        <w:trPr>
          <w:cantSplit/>
          <w:trHeight w:val="826"/>
        </w:trPr>
        <w:tc>
          <w:tcPr>
            <w:tcW w:w="1606" w:type="dxa"/>
            <w:vMerge/>
          </w:tcPr>
          <w:p w:rsidR="007A6244" w:rsidRPr="00081C2B" w:rsidRDefault="007A6244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Număr de înregistrare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3212" w:type="dxa"/>
            <w:shd w:val="clear" w:color="auto" w:fill="F0F0F0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Data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</w:tr>
      <w:tr w:rsidR="007A6244" w:rsidRPr="00081C2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7A6244" w:rsidRPr="00081C2B" w:rsidRDefault="00ED04B2">
            <w:pPr>
              <w:rPr>
                <w:sz w:val="22"/>
                <w:lang w:val="fr-FR"/>
              </w:rPr>
            </w:pPr>
            <w:r w:rsidRPr="00081C2B">
              <w:rPr>
                <w:i/>
                <w:color w:val="595959"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7A6244" w:rsidRPr="00081C2B" w:rsidRDefault="007A6244">
      <w:pPr>
        <w:spacing w:line="168" w:lineRule="auto"/>
        <w:rPr>
          <w:sz w:val="22"/>
          <w:lang w:val="fr-FR"/>
        </w:rPr>
      </w:pPr>
    </w:p>
    <w:p w:rsidR="007A6244" w:rsidRPr="00081C2B" w:rsidRDefault="00ED04B2">
      <w:pPr>
        <w:spacing w:before="140" w:after="40"/>
        <w:jc w:val="center"/>
        <w:rPr>
          <w:sz w:val="22"/>
        </w:rPr>
      </w:pPr>
      <w:r w:rsidRPr="00081C2B">
        <w:rPr>
          <w:b/>
          <w:sz w:val="22"/>
        </w:rPr>
        <w:t>CERERE</w:t>
      </w:r>
    </w:p>
    <w:p w:rsidR="007A6244" w:rsidRPr="00081C2B" w:rsidRDefault="007A6244">
      <w:pPr>
        <w:spacing w:after="60"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:rsidRPr="00081C2B">
        <w:trPr>
          <w:cantSplit/>
        </w:trPr>
        <w:tc>
          <w:tcPr>
            <w:tcW w:w="9636" w:type="dxa"/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sz w:val="22"/>
              </w:rPr>
              <w:t xml:space="preserve"> 1. </w:t>
            </w:r>
            <w:r w:rsidRPr="00081C2B">
              <w:rPr>
                <w:b/>
                <w:color w:val="000000"/>
                <w:sz w:val="22"/>
              </w:rPr>
              <w:t>CĂTRE</w:t>
            </w:r>
          </w:p>
        </w:tc>
      </w:tr>
      <w:tr w:rsidR="007A6244" w:rsidRPr="00081C2B" w:rsidTr="00081C2B">
        <w:trPr>
          <w:cantSplit/>
          <w:trHeight w:val="343"/>
        </w:trPr>
        <w:tc>
          <w:tcPr>
            <w:tcW w:w="9636" w:type="dxa"/>
          </w:tcPr>
          <w:p w:rsidR="007A6244" w:rsidRPr="00081C2B" w:rsidRDefault="00ED04B2" w:rsidP="00081C2B">
            <w:pPr>
              <w:keepNext/>
              <w:rPr>
                <w:sz w:val="22"/>
                <w:lang w:val="fr-FR"/>
              </w:rPr>
            </w:pPr>
            <w:r w:rsidRPr="00081C2B">
              <w:rPr>
                <w:b/>
                <w:color w:val="0D5F78"/>
                <w:sz w:val="22"/>
                <w:lang w:val="fr-FR"/>
              </w:rPr>
              <w:t>Instituți</w:t>
            </w:r>
            <w:r w:rsidR="00081C2B">
              <w:rPr>
                <w:b/>
                <w:color w:val="0D5F78"/>
                <w:sz w:val="22"/>
                <w:lang w:val="fr-FR"/>
              </w:rPr>
              <w:t>a</w:t>
            </w:r>
          </w:p>
        </w:tc>
      </w:tr>
      <w:tr w:rsidR="007A6244" w:rsidRPr="00081C2B">
        <w:trPr>
          <w:cantSplit/>
        </w:trPr>
        <w:tc>
          <w:tcPr>
            <w:tcW w:w="9636" w:type="dxa"/>
            <w:shd w:val="clear" w:color="auto" w:fill="F4F4F4"/>
          </w:tcPr>
          <w:p w:rsidR="007A6244" w:rsidRPr="00081C2B" w:rsidRDefault="00ED04B2">
            <w:pPr>
              <w:spacing w:line="228" w:lineRule="auto"/>
              <w:rPr>
                <w:sz w:val="22"/>
                <w:lang w:val="fr-FR"/>
              </w:rPr>
            </w:pPr>
            <w:r w:rsidRPr="00081C2B">
              <w:rPr>
                <w:sz w:val="22"/>
                <w:lang w:val="fr-FR"/>
              </w:rPr>
              <w:t xml:space="preserve">Cererea va fi transmisă către președintele </w:t>
            </w:r>
            <w:r w:rsidR="00081C2B" w:rsidRPr="00081C2B">
              <w:rPr>
                <w:sz w:val="22"/>
                <w:lang w:val="fr-FR"/>
              </w:rPr>
              <w:t xml:space="preserve"> </w:t>
            </w:r>
            <w:r w:rsidRPr="00081C2B">
              <w:rPr>
                <w:sz w:val="22"/>
                <w:lang w:val="fr-FR"/>
              </w:rPr>
              <w:t>consiliului județean, primarul general, primarul de sector sau primarul municipiului / orașului / comunei, după caz.</w:t>
            </w:r>
          </w:p>
        </w:tc>
      </w:tr>
    </w:tbl>
    <w:p w:rsidR="007A6244" w:rsidRPr="00081C2B" w:rsidRDefault="007A6244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:rsidRPr="00081C2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sz w:val="22"/>
              </w:rPr>
              <w:t xml:space="preserve">2. </w:t>
            </w:r>
            <w:r w:rsidRPr="00081C2B">
              <w:rPr>
                <w:b/>
                <w:color w:val="000000"/>
                <w:sz w:val="22"/>
              </w:rPr>
              <w:t>SOLICITANTUL</w:t>
            </w:r>
          </w:p>
        </w:tc>
      </w:tr>
      <w:tr w:rsidR="007A6244" w:rsidRPr="00081C2B">
        <w:trPr>
          <w:cantSplit/>
          <w:trHeight w:val="510"/>
        </w:trPr>
        <w:tc>
          <w:tcPr>
            <w:tcW w:w="5621" w:type="dxa"/>
            <w:gridSpan w:val="5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Nume și prenume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3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CNP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</w:tr>
      <w:tr w:rsidR="007A6244" w:rsidRPr="00081C2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sz w:val="22"/>
              </w:rPr>
              <w:t xml:space="preserve"> Act de identitate</w:t>
            </w:r>
          </w:p>
        </w:tc>
      </w:tr>
      <w:tr w:rsidR="007A6244" w:rsidRPr="00081C2B">
        <w:trPr>
          <w:cantSplit/>
          <w:trHeight w:val="510"/>
        </w:trPr>
        <w:tc>
          <w:tcPr>
            <w:tcW w:w="1606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Seria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Numărul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Eliberat de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La data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</w:tr>
      <w:tr w:rsidR="007A6244" w:rsidRPr="00081C2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sz w:val="22"/>
              </w:rPr>
              <w:t xml:space="preserve"> Domiciliul</w:t>
            </w:r>
          </w:p>
        </w:tc>
      </w:tr>
      <w:tr w:rsidR="007A6244" w:rsidRPr="00081C2B">
        <w:trPr>
          <w:cantSplit/>
          <w:trHeight w:val="510"/>
        </w:trPr>
        <w:tc>
          <w:tcPr>
            <w:tcW w:w="3212" w:type="dxa"/>
            <w:gridSpan w:val="2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Județul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Municipiul / orașul / comuna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Satul / sectorul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</w:tr>
      <w:tr w:rsidR="007A6244" w:rsidRPr="00081C2B">
        <w:trPr>
          <w:cantSplit/>
          <w:trHeight w:val="510"/>
        </w:trPr>
        <w:tc>
          <w:tcPr>
            <w:tcW w:w="3212" w:type="dxa"/>
            <w:gridSpan w:val="2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Strada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Nr.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Sc.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Et.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Ap.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Cod poștal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Țara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</w:tr>
      <w:tr w:rsidR="007A6244" w:rsidRPr="00081C2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sz w:val="22"/>
              </w:rPr>
              <w:t xml:space="preserve"> Date de contact</w:t>
            </w:r>
          </w:p>
        </w:tc>
      </w:tr>
      <w:tr w:rsidR="007A6244" w:rsidRPr="00081C2B">
        <w:trPr>
          <w:cantSplit/>
          <w:trHeight w:val="510"/>
        </w:trPr>
        <w:tc>
          <w:tcPr>
            <w:tcW w:w="4015" w:type="dxa"/>
            <w:gridSpan w:val="3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Telefon / fax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5621" w:type="dxa"/>
            <w:gridSpan w:val="5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E-mail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</w:tr>
      <w:tr w:rsidR="007A6244" w:rsidRPr="00081C2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sz w:val="22"/>
              </w:rPr>
              <w:t xml:space="preserve"> Reprezentare</w:t>
            </w:r>
          </w:p>
        </w:tc>
      </w:tr>
      <w:tr w:rsidR="007A6244" w:rsidRPr="00081C2B">
        <w:trPr>
          <w:cantSplit/>
          <w:trHeight w:val="510"/>
        </w:trPr>
        <w:tc>
          <w:tcPr>
            <w:tcW w:w="6424" w:type="dxa"/>
            <w:gridSpan w:val="6"/>
          </w:tcPr>
          <w:p w:rsidR="007A6244" w:rsidRPr="00081C2B" w:rsidRDefault="00ED04B2">
            <w:pPr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În calitate de reprezentant al</w:t>
            </w:r>
          </w:p>
          <w:p w:rsidR="007A6244" w:rsidRPr="00081C2B" w:rsidRDefault="007A6244">
            <w:pPr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7A6244" w:rsidRPr="00081C2B" w:rsidRDefault="00ED04B2">
            <w:pPr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CUI / CIF</w:t>
            </w:r>
          </w:p>
          <w:p w:rsidR="007A6244" w:rsidRPr="00081C2B" w:rsidRDefault="007A6244">
            <w:pPr>
              <w:rPr>
                <w:sz w:val="22"/>
              </w:rPr>
            </w:pPr>
          </w:p>
        </w:tc>
      </w:tr>
    </w:tbl>
    <w:p w:rsidR="007A6244" w:rsidRPr="00081C2B" w:rsidRDefault="007A6244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:rsidRPr="00081C2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sz w:val="22"/>
              </w:rPr>
              <w:t xml:space="preserve"> 3. </w:t>
            </w:r>
            <w:r w:rsidRPr="00081C2B">
              <w:rPr>
                <w:b/>
                <w:color w:val="000000"/>
                <w:sz w:val="22"/>
              </w:rPr>
              <w:t>AUTORIZAȚIA DE CONSTRUIRE</w:t>
            </w:r>
          </w:p>
        </w:tc>
      </w:tr>
      <w:tr w:rsidR="007A6244" w:rsidRPr="00081C2B">
        <w:trPr>
          <w:cantSplit/>
          <w:trHeight w:val="510"/>
        </w:trPr>
        <w:tc>
          <w:tcPr>
            <w:tcW w:w="1606" w:type="dxa"/>
          </w:tcPr>
          <w:p w:rsidR="007A6244" w:rsidRPr="00081C2B" w:rsidRDefault="00ED04B2">
            <w:pPr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Nr.</w:t>
            </w:r>
          </w:p>
          <w:p w:rsidR="007A6244" w:rsidRPr="00081C2B" w:rsidRDefault="007A6244">
            <w:pPr>
              <w:rPr>
                <w:sz w:val="22"/>
              </w:rPr>
            </w:pPr>
          </w:p>
        </w:tc>
        <w:tc>
          <w:tcPr>
            <w:tcW w:w="2409" w:type="dxa"/>
          </w:tcPr>
          <w:p w:rsidR="007A6244" w:rsidRPr="00081C2B" w:rsidRDefault="00ED04B2">
            <w:pPr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Din data</w:t>
            </w:r>
          </w:p>
          <w:p w:rsidR="007A6244" w:rsidRPr="00081C2B" w:rsidRDefault="007A6244">
            <w:pPr>
              <w:rPr>
                <w:sz w:val="22"/>
              </w:rPr>
            </w:pPr>
          </w:p>
        </w:tc>
        <w:tc>
          <w:tcPr>
            <w:tcW w:w="5621" w:type="dxa"/>
          </w:tcPr>
          <w:p w:rsidR="007A6244" w:rsidRPr="00081C2B" w:rsidRDefault="00ED04B2">
            <w:pPr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Emisă de</w:t>
            </w:r>
          </w:p>
          <w:p w:rsidR="007A6244" w:rsidRPr="00081C2B" w:rsidRDefault="007A6244">
            <w:pPr>
              <w:rPr>
                <w:sz w:val="22"/>
              </w:rPr>
            </w:pPr>
          </w:p>
        </w:tc>
      </w:tr>
    </w:tbl>
    <w:p w:rsidR="009D5BC3" w:rsidRPr="00081C2B" w:rsidRDefault="00ED04B2" w:rsidP="00081C2B">
      <w:pPr>
        <w:spacing w:before="80" w:after="60"/>
        <w:jc w:val="center"/>
        <w:rPr>
          <w:sz w:val="22"/>
        </w:rPr>
      </w:pPr>
      <w:proofErr w:type="gramStart"/>
      <w:r w:rsidRPr="00081C2B">
        <w:rPr>
          <w:sz w:val="22"/>
        </w:rPr>
        <w:t>în</w:t>
      </w:r>
      <w:proofErr w:type="gramEnd"/>
      <w:r w:rsidRPr="00081C2B">
        <w:rPr>
          <w:sz w:val="22"/>
        </w:rPr>
        <w:t xml:space="preserve"> temeiul art. 309 – </w:t>
      </w:r>
      <w:proofErr w:type="gramStart"/>
      <w:r w:rsidRPr="00081C2B">
        <w:rPr>
          <w:sz w:val="22"/>
        </w:rPr>
        <w:t>art</w:t>
      </w:r>
      <w:proofErr w:type="gramEnd"/>
      <w:r w:rsidRPr="00081C2B">
        <w:rPr>
          <w:sz w:val="22"/>
        </w:rPr>
        <w:t>. 310 din Legea nr. 169/2026 privind Codul amenajării teritoriului, urbanismului și construcțiilor</w:t>
      </w:r>
      <w:proofErr w:type="gramStart"/>
      <w:r w:rsidRPr="00081C2B">
        <w:rPr>
          <w:sz w:val="22"/>
        </w:rPr>
        <w:t>,</w:t>
      </w:r>
      <w:r w:rsidRPr="00081C2B">
        <w:rPr>
          <w:sz w:val="22"/>
          <w:lang w:val="en-GB"/>
        </w:rPr>
        <w:t>solicit</w:t>
      </w:r>
      <w:proofErr w:type="gramEnd"/>
      <w:r w:rsidRPr="00081C2B">
        <w:rPr>
          <w:sz w:val="22"/>
          <w:lang w:val="en-GB"/>
        </w:rPr>
        <w:t>:</w:t>
      </w:r>
    </w:p>
    <w:p w:rsidR="007F2503" w:rsidRPr="00081C2B" w:rsidRDefault="00081C2B" w:rsidP="007F2503">
      <w:pPr>
        <w:keepNext/>
        <w:jc w:val="center"/>
        <w:rPr>
          <w:sz w:val="22"/>
          <w:lang w:val="fr-FR"/>
        </w:rPr>
      </w:pPr>
      <w:r w:rsidRPr="00533A3D">
        <w:rPr>
          <w:sz w:val="22"/>
          <w:lang w:val="en-GB"/>
        </w:rPr>
        <w:t xml:space="preserve"> </w:t>
      </w:r>
      <w:r w:rsidR="009D5BC3" w:rsidRPr="00081C2B">
        <w:rPr>
          <w:sz w:val="22"/>
          <w:lang w:val="fr-FR"/>
        </w:rPr>
        <w:t xml:space="preserve">☐ </w:t>
      </w:r>
      <w:proofErr w:type="gramStart"/>
      <w:r w:rsidR="009D5BC3" w:rsidRPr="00081C2B">
        <w:rPr>
          <w:sz w:val="22"/>
          <w:lang w:val="fr-FR"/>
        </w:rPr>
        <w:t>prelungirea</w:t>
      </w:r>
      <w:proofErr w:type="gramEnd"/>
      <w:r w:rsidR="009D5BC3" w:rsidRPr="00081C2B">
        <w:rPr>
          <w:sz w:val="22"/>
          <w:lang w:val="fr-FR"/>
        </w:rPr>
        <w:t xml:space="preserve"> DURATEI</w:t>
      </w:r>
      <w:r>
        <w:rPr>
          <w:sz w:val="22"/>
          <w:lang w:val="fr-FR"/>
        </w:rPr>
        <w:t xml:space="preserve"> </w:t>
      </w:r>
      <w:r w:rsidR="009D5BC3" w:rsidRPr="00081C2B">
        <w:rPr>
          <w:sz w:val="22"/>
          <w:lang w:val="fr-FR"/>
        </w:rPr>
        <w:t xml:space="preserve"> DE </w:t>
      </w:r>
      <w:r>
        <w:rPr>
          <w:sz w:val="22"/>
          <w:lang w:val="fr-FR"/>
        </w:rPr>
        <w:t xml:space="preserve"> </w:t>
      </w:r>
      <w:r w:rsidR="009D5BC3" w:rsidRPr="00081C2B">
        <w:rPr>
          <w:sz w:val="22"/>
          <w:lang w:val="fr-FR"/>
        </w:rPr>
        <w:t>EXECUȚIE, pentru cel mult 12 luni  /</w:t>
      </w:r>
    </w:p>
    <w:p w:rsidR="007A6244" w:rsidRPr="00081C2B" w:rsidRDefault="009D5BC3" w:rsidP="007F2503">
      <w:pPr>
        <w:keepNext/>
        <w:jc w:val="center"/>
        <w:rPr>
          <w:sz w:val="22"/>
          <w:lang w:val="fr-FR"/>
        </w:rPr>
      </w:pPr>
      <w:r w:rsidRPr="00081C2B">
        <w:rPr>
          <w:sz w:val="22"/>
          <w:lang w:val="fr-FR"/>
        </w:rPr>
        <w:t xml:space="preserve">☐ </w:t>
      </w:r>
      <w:proofErr w:type="gramStart"/>
      <w:r w:rsidRPr="00081C2B">
        <w:rPr>
          <w:sz w:val="22"/>
          <w:lang w:val="fr-FR"/>
        </w:rPr>
        <w:t>prelungirea</w:t>
      </w:r>
      <w:proofErr w:type="gramEnd"/>
      <w:r w:rsidRPr="00081C2B">
        <w:rPr>
          <w:sz w:val="22"/>
          <w:lang w:val="fr-FR"/>
        </w:rPr>
        <w:t xml:space="preserve"> VALABILITĂȚII autorizației, pentru cel mult 12 luni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:rsidRPr="00081C2B">
        <w:trPr>
          <w:cantSplit/>
          <w:trHeight w:val="510"/>
        </w:trPr>
        <w:tc>
          <w:tcPr>
            <w:tcW w:w="4818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De la data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4818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Până la data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</w:tr>
      <w:tr w:rsidR="007A6244" w:rsidRPr="00081C2B">
        <w:trPr>
          <w:cantSplit/>
          <w:trHeight w:val="510"/>
        </w:trPr>
        <w:tc>
          <w:tcPr>
            <w:tcW w:w="4818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Stadiul lucrărilor (%)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  <w:tc>
          <w:tcPr>
            <w:tcW w:w="4818" w:type="dxa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Data începerii efective</w:t>
            </w:r>
          </w:p>
          <w:p w:rsidR="007A6244" w:rsidRPr="00081C2B" w:rsidRDefault="007A6244">
            <w:pPr>
              <w:keepNext/>
              <w:rPr>
                <w:sz w:val="22"/>
              </w:rPr>
            </w:pPr>
          </w:p>
        </w:tc>
      </w:tr>
      <w:tr w:rsidR="007A6244" w:rsidRPr="00533A3D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  <w:lang w:val="fr-FR"/>
              </w:rPr>
            </w:pPr>
            <w:r w:rsidRPr="00081C2B">
              <w:rPr>
                <w:sz w:val="22"/>
                <w:lang w:val="fr-FR"/>
              </w:rPr>
              <w:t xml:space="preserve"> Lucrările rămase </w:t>
            </w:r>
            <w:proofErr w:type="gramStart"/>
            <w:r w:rsidRPr="00081C2B">
              <w:rPr>
                <w:sz w:val="22"/>
                <w:lang w:val="fr-FR"/>
              </w:rPr>
              <w:t>de executat</w:t>
            </w:r>
            <w:proofErr w:type="gramEnd"/>
            <w:r w:rsidRPr="00081C2B">
              <w:rPr>
                <w:sz w:val="22"/>
                <w:lang w:val="fr-FR"/>
              </w:rPr>
              <w:t xml:space="preserve"> și motivarea</w:t>
            </w:r>
          </w:p>
        </w:tc>
      </w:tr>
      <w:tr w:rsidR="007A6244" w:rsidRPr="00533A3D">
        <w:trPr>
          <w:cantSplit/>
        </w:trPr>
        <w:tc>
          <w:tcPr>
            <w:tcW w:w="9636" w:type="dxa"/>
            <w:gridSpan w:val="2"/>
          </w:tcPr>
          <w:p w:rsidR="007A6244" w:rsidRPr="00081C2B" w:rsidRDefault="007A6244">
            <w:pPr>
              <w:pBdr>
                <w:bottom w:val="dotted" w:sz="6" w:space="0" w:color="999999"/>
              </w:pBdr>
              <w:spacing w:after="80"/>
              <w:rPr>
                <w:sz w:val="22"/>
                <w:lang w:val="fr-FR"/>
              </w:rPr>
            </w:pPr>
          </w:p>
        </w:tc>
      </w:tr>
    </w:tbl>
    <w:p w:rsidR="007A6244" w:rsidRPr="00081C2B" w:rsidRDefault="007A6244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:rsidRPr="00081C2B">
        <w:trPr>
          <w:cantSplit/>
        </w:trPr>
        <w:tc>
          <w:tcPr>
            <w:tcW w:w="9636" w:type="dxa"/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sz w:val="22"/>
              </w:rPr>
              <w:t xml:space="preserve">5. </w:t>
            </w:r>
            <w:r w:rsidRPr="00081C2B">
              <w:rPr>
                <w:b/>
                <w:color w:val="000000"/>
                <w:sz w:val="22"/>
              </w:rPr>
              <w:t>SE ANEXEAZĂ</w:t>
            </w:r>
          </w:p>
        </w:tc>
      </w:tr>
      <w:tr w:rsidR="007A6244" w:rsidRPr="00081C2B">
        <w:trPr>
          <w:cantSplit/>
        </w:trPr>
        <w:tc>
          <w:tcPr>
            <w:tcW w:w="9636" w:type="dxa"/>
          </w:tcPr>
          <w:p w:rsidR="007A6244" w:rsidRPr="00081C2B" w:rsidRDefault="00ED04B2">
            <w:pPr>
              <w:rPr>
                <w:sz w:val="22"/>
                <w:lang w:val="fr-FR"/>
              </w:rPr>
            </w:pPr>
            <w:r w:rsidRPr="00081C2B">
              <w:rPr>
                <w:sz w:val="22"/>
                <w:lang w:val="fr-FR"/>
              </w:rPr>
              <w:t xml:space="preserve"> ☐ autorizația de construire (în original)     ☐ documentul privind achitarea taxei (copie)</w:t>
            </w:r>
          </w:p>
        </w:tc>
      </w:tr>
    </w:tbl>
    <w:p w:rsidR="007A6244" w:rsidRPr="00081C2B" w:rsidRDefault="007A6244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:rsidRPr="00081C2B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:rsidR="007A6244" w:rsidRPr="00081C2B" w:rsidRDefault="00ED04B2">
            <w:pPr>
              <w:keepNext/>
              <w:rPr>
                <w:sz w:val="22"/>
              </w:rPr>
            </w:pPr>
            <w:r w:rsidRPr="00081C2B">
              <w:rPr>
                <w:b/>
                <w:sz w:val="22"/>
              </w:rPr>
              <w:t xml:space="preserve">6. </w:t>
            </w:r>
            <w:r w:rsidRPr="00081C2B">
              <w:rPr>
                <w:b/>
                <w:color w:val="000000"/>
                <w:sz w:val="22"/>
              </w:rPr>
              <w:t>DATA ȘI SEMNĂTURA</w:t>
            </w:r>
          </w:p>
        </w:tc>
      </w:tr>
      <w:tr w:rsidR="007A6244" w:rsidRPr="00081C2B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Pr="00081C2B" w:rsidRDefault="00ED04B2">
            <w:pPr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Data</w:t>
            </w:r>
          </w:p>
          <w:p w:rsidR="007A6244" w:rsidRPr="00081C2B" w:rsidRDefault="007A6244">
            <w:pPr>
              <w:rPr>
                <w:sz w:val="22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Pr="00081C2B" w:rsidRDefault="00ED04B2">
            <w:pPr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Titularul autorizației</w:t>
            </w:r>
          </w:p>
          <w:p w:rsidR="007A6244" w:rsidRPr="00081C2B" w:rsidRDefault="007A6244">
            <w:pPr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Pr="00081C2B" w:rsidRDefault="00ED04B2">
            <w:pPr>
              <w:rPr>
                <w:sz w:val="22"/>
              </w:rPr>
            </w:pPr>
            <w:r w:rsidRPr="00081C2B">
              <w:rPr>
                <w:b/>
                <w:color w:val="0D5F78"/>
                <w:sz w:val="22"/>
              </w:rPr>
              <w:t>Semnătura</w:t>
            </w:r>
          </w:p>
          <w:p w:rsidR="007A6244" w:rsidRPr="00081C2B" w:rsidRDefault="007A6244">
            <w:pPr>
              <w:rPr>
                <w:sz w:val="22"/>
              </w:rPr>
            </w:pPr>
          </w:p>
        </w:tc>
      </w:tr>
    </w:tbl>
    <w:p w:rsidR="007A6244" w:rsidRPr="00081C2B" w:rsidRDefault="007A6244" w:rsidP="00081C2B">
      <w:pPr>
        <w:spacing w:line="168" w:lineRule="auto"/>
        <w:rPr>
          <w:sz w:val="22"/>
        </w:rPr>
      </w:pPr>
    </w:p>
    <w:sectPr w:rsidR="007A6244" w:rsidRPr="00081C2B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E28" w:rsidRDefault="00844E28">
      <w:r>
        <w:separator/>
      </w:r>
    </w:p>
  </w:endnote>
  <w:endnote w:type="continuationSeparator" w:id="0">
    <w:p w:rsidR="00844E28" w:rsidRDefault="0084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244" w:rsidRDefault="00ED04B2">
    <w:pPr>
      <w:pStyle w:val="Footer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 w:rsidR="00755998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755998">
      <w:rPr>
        <w:color w:val="595959"/>
      </w:rPr>
      <w:fldChar w:fldCharType="separate"/>
    </w:r>
    <w:r w:rsidR="00734A18">
      <w:rPr>
        <w:noProof/>
        <w:color w:val="595959"/>
      </w:rPr>
      <w:t>1</w:t>
    </w:r>
    <w:r w:rsidR="00755998">
      <w:rPr>
        <w:color w:val="595959"/>
      </w:rPr>
      <w:fldChar w:fldCharType="end"/>
    </w:r>
    <w:r>
      <w:rPr>
        <w:color w:val="595959"/>
      </w:rPr>
      <w:t xml:space="preserve"> din </w:t>
    </w:r>
    <w:r w:rsidR="00755998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755998">
      <w:rPr>
        <w:color w:val="595959"/>
      </w:rPr>
      <w:fldChar w:fldCharType="separate"/>
    </w:r>
    <w:r w:rsidR="00734A18">
      <w:rPr>
        <w:noProof/>
        <w:color w:val="595959"/>
      </w:rPr>
      <w:t>1</w:t>
    </w:r>
    <w:r w:rsidR="00755998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E28" w:rsidRDefault="00844E28">
      <w:r>
        <w:separator/>
      </w:r>
    </w:p>
  </w:footnote>
  <w:footnote w:type="continuationSeparator" w:id="0">
    <w:p w:rsidR="00844E28" w:rsidRDefault="00844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3D55"/>
    <w:rsid w:val="00034616"/>
    <w:rsid w:val="0006063C"/>
    <w:rsid w:val="00081C2B"/>
    <w:rsid w:val="0015074B"/>
    <w:rsid w:val="0029639D"/>
    <w:rsid w:val="00326F90"/>
    <w:rsid w:val="003E2F0C"/>
    <w:rsid w:val="00533A3D"/>
    <w:rsid w:val="006B359B"/>
    <w:rsid w:val="006C103E"/>
    <w:rsid w:val="00734A18"/>
    <w:rsid w:val="00755998"/>
    <w:rsid w:val="00771785"/>
    <w:rsid w:val="007A6244"/>
    <w:rsid w:val="007F2503"/>
    <w:rsid w:val="00844E28"/>
    <w:rsid w:val="009C5408"/>
    <w:rsid w:val="009D5BC3"/>
    <w:rsid w:val="00AA1D8D"/>
    <w:rsid w:val="00B47730"/>
    <w:rsid w:val="00CB0664"/>
    <w:rsid w:val="00D21BCF"/>
    <w:rsid w:val="00E363C1"/>
    <w:rsid w:val="00E61A6B"/>
    <w:rsid w:val="00ED04B2"/>
    <w:rsid w:val="00F816D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orasul-busteni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B1B121-BCA9-4ECA-9318-9A358B1D5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Crivat</dc:creator>
  <cp:lastModifiedBy>Sorina ENE</cp:lastModifiedBy>
  <cp:revision>4</cp:revision>
  <cp:lastPrinted>2026-09-11T09:03:00Z</cp:lastPrinted>
  <dcterms:created xsi:type="dcterms:W3CDTF">2026-09-18T10:23:00Z</dcterms:created>
  <dcterms:modified xsi:type="dcterms:W3CDTF">2026-10-15T08:42:00Z</dcterms:modified>
</cp:coreProperties>
</file>