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:rsidRPr="00381F7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D35FD" w:rsidRPr="00381F70" w:rsidRDefault="009B5A8A">
            <w:pPr>
              <w:keepNext/>
              <w:jc w:val="center"/>
              <w:rPr>
                <w:sz w:val="22"/>
              </w:rPr>
            </w:pPr>
            <w:r w:rsidRPr="00381F70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93980</wp:posOffset>
                  </wp:positionV>
                  <wp:extent cx="843280" cy="1081405"/>
                  <wp:effectExtent l="19050" t="19050" r="52070" b="6159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Județul</w:t>
            </w:r>
          </w:p>
          <w:p w:rsidR="00AD35FD" w:rsidRPr="00381F70" w:rsidRDefault="00381F70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>PRAHOVA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  <w:vMerge/>
          </w:tcPr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Autoritatea administrației publice</w:t>
            </w:r>
          </w:p>
          <w:p w:rsidR="00AD35FD" w:rsidRPr="00381F70" w:rsidRDefault="00381F70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>BUSTENI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  <w:vMerge/>
          </w:tcPr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AD35FD" w:rsidRPr="00381F70" w:rsidRDefault="009B5A8A" w:rsidP="00E23456">
            <w:pPr>
              <w:keepNext/>
              <w:jc w:val="center"/>
              <w:rPr>
                <w:sz w:val="22"/>
                <w:lang w:val="fr-FR"/>
              </w:rPr>
            </w:pPr>
            <w:r w:rsidRPr="00381F70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381F70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Pr="00381F70">
              <w:rPr>
                <w:b/>
                <w:color w:val="0D5F78"/>
                <w:sz w:val="22"/>
                <w:lang w:val="fr-FR"/>
              </w:rPr>
              <w:t xml:space="preserve"> fiscală (CIF)</w:t>
            </w:r>
          </w:p>
          <w:p w:rsidR="00AD35FD" w:rsidRPr="00381F70" w:rsidRDefault="00381F70" w:rsidP="00E23456">
            <w:pPr>
              <w:keepNext/>
              <w:jc w:val="center"/>
              <w:rPr>
                <w:sz w:val="22"/>
                <w:lang w:val="fr-FR"/>
              </w:rPr>
            </w:pPr>
            <w:r w:rsidRPr="00381F70"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Adresa oficială</w:t>
            </w:r>
          </w:p>
          <w:p w:rsidR="00E23456" w:rsidRDefault="00381F70" w:rsidP="00381F70">
            <w:pPr>
              <w:pStyle w:val="Header"/>
              <w:jc w:val="center"/>
              <w:rPr>
                <w:sz w:val="22"/>
              </w:rPr>
            </w:pPr>
            <w:r w:rsidRPr="00381F70">
              <w:rPr>
                <w:sz w:val="22"/>
              </w:rPr>
              <w:t xml:space="preserve">B-dul Libertăţii nr. 91, Tel: +40/244/322005, </w:t>
            </w:r>
          </w:p>
          <w:p w:rsidR="00381F70" w:rsidRPr="00381F70" w:rsidRDefault="00381F70" w:rsidP="00381F70">
            <w:pPr>
              <w:pStyle w:val="Header"/>
              <w:jc w:val="center"/>
              <w:rPr>
                <w:sz w:val="22"/>
              </w:rPr>
            </w:pPr>
            <w:r w:rsidRPr="00381F70">
              <w:rPr>
                <w:sz w:val="22"/>
              </w:rPr>
              <w:t>Fax: +40/244/320752</w:t>
            </w:r>
          </w:p>
          <w:p w:rsidR="00381F70" w:rsidRPr="00381F70" w:rsidRDefault="0079380D" w:rsidP="00381F70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381F70" w:rsidRPr="00381F70">
                <w:rPr>
                  <w:sz w:val="22"/>
                  <w:lang w:val="fr-FR"/>
                </w:rPr>
                <w:t>http://www.orasul-busteni.ro</w:t>
              </w:r>
            </w:hyperlink>
            <w:r w:rsidR="00381F70" w:rsidRPr="00381F70">
              <w:rPr>
                <w:sz w:val="22"/>
                <w:lang w:val="fr-FR"/>
              </w:rPr>
              <w:t xml:space="preserve">; e-mail: </w:t>
            </w:r>
          </w:p>
          <w:p w:rsidR="00AD35FD" w:rsidRPr="0069607E" w:rsidRDefault="00381F70" w:rsidP="0069607E">
            <w:pPr>
              <w:pStyle w:val="Header"/>
              <w:jc w:val="center"/>
              <w:rPr>
                <w:sz w:val="22"/>
                <w:lang w:val="ro-RO"/>
              </w:rPr>
            </w:pPr>
            <w:r w:rsidRPr="00381F70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  <w:vMerge/>
          </w:tcPr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Număr de înregistrare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  <w:p w:rsidR="00381F70" w:rsidRPr="00381F70" w:rsidRDefault="00381F70">
            <w:pPr>
              <w:keepNext/>
              <w:rPr>
                <w:sz w:val="22"/>
              </w:rPr>
            </w:pPr>
          </w:p>
          <w:p w:rsidR="00381F70" w:rsidRPr="00381F70" w:rsidRDefault="00381F70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Data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D35FD" w:rsidRPr="00381F70" w:rsidRDefault="009B5A8A">
            <w:pPr>
              <w:rPr>
                <w:sz w:val="22"/>
                <w:lang w:val="fr-FR"/>
              </w:rPr>
            </w:pPr>
            <w:r w:rsidRPr="00381F70">
              <w:rPr>
                <w:i/>
                <w:color w:val="595959"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AD35FD" w:rsidRPr="00381F70" w:rsidRDefault="009B5A8A" w:rsidP="007050CD">
      <w:pPr>
        <w:spacing w:before="140" w:after="40"/>
        <w:jc w:val="center"/>
        <w:rPr>
          <w:sz w:val="22"/>
        </w:rPr>
      </w:pPr>
      <w:r w:rsidRPr="00381F70">
        <w:rPr>
          <w:b/>
          <w:sz w:val="22"/>
        </w:rPr>
        <w:t>ÎNȘTIINȚARE</w:t>
      </w:r>
    </w:p>
    <w:p w:rsidR="00AD35FD" w:rsidRPr="00381F70" w:rsidRDefault="009B5A8A">
      <w:pPr>
        <w:spacing w:after="120"/>
        <w:jc w:val="center"/>
        <w:rPr>
          <w:sz w:val="22"/>
        </w:rPr>
      </w:pPr>
      <w:proofErr w:type="gramStart"/>
      <w:r w:rsidRPr="00381F70">
        <w:rPr>
          <w:sz w:val="22"/>
        </w:rPr>
        <w:t>privind</w:t>
      </w:r>
      <w:proofErr w:type="gramEnd"/>
      <w:r w:rsidRPr="00381F70">
        <w:rPr>
          <w:sz w:val="22"/>
        </w:rPr>
        <w:t xml:space="preserve"> încheierea execuției lucrărilor</w:t>
      </w:r>
    </w:p>
    <w:p w:rsidR="00AD35FD" w:rsidRPr="00381F70" w:rsidRDefault="00AD35FD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:rsidRPr="00381F70">
        <w:trPr>
          <w:cantSplit/>
        </w:trPr>
        <w:tc>
          <w:tcPr>
            <w:tcW w:w="9636" w:type="dxa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sz w:val="22"/>
              </w:rPr>
              <w:t xml:space="preserve"> 1. </w:t>
            </w:r>
            <w:r w:rsidRPr="00381F70">
              <w:rPr>
                <w:b/>
                <w:color w:val="000000"/>
                <w:sz w:val="22"/>
              </w:rPr>
              <w:t>CĂTRE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9636" w:type="dxa"/>
          </w:tcPr>
          <w:p w:rsidR="00AD35FD" w:rsidRPr="00381F70" w:rsidRDefault="00AD35FD" w:rsidP="007050CD">
            <w:pPr>
              <w:keepNext/>
              <w:rPr>
                <w:sz w:val="22"/>
                <w:lang w:val="fr-FR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shd w:val="clear" w:color="auto" w:fill="F4F4F4"/>
          </w:tcPr>
          <w:p w:rsidR="00AD35FD" w:rsidRPr="00381F70" w:rsidRDefault="009B5A8A">
            <w:pPr>
              <w:spacing w:line="228" w:lineRule="auto"/>
              <w:rPr>
                <w:sz w:val="22"/>
              </w:rPr>
            </w:pPr>
            <w:r w:rsidRPr="00381F70">
              <w:rPr>
                <w:sz w:val="22"/>
              </w:rPr>
              <w:t>Cererea va fi</w:t>
            </w:r>
            <w:r w:rsidR="007050CD" w:rsidRPr="00381F70">
              <w:rPr>
                <w:sz w:val="22"/>
              </w:rPr>
              <w:t xml:space="preserve"> adresată</w:t>
            </w:r>
            <w:r w:rsidRPr="00381F70">
              <w:rPr>
                <w:sz w:val="22"/>
              </w:rPr>
              <w:t xml:space="preserve"> către președintele consiliului județean, primarul general, primarul de sector sau primarul municipiului / orașului / comunei, după caz.</w:t>
            </w: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381F70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sz w:val="22"/>
              </w:rPr>
              <w:t xml:space="preserve">2. </w:t>
            </w:r>
            <w:r w:rsidRPr="00381F70">
              <w:rPr>
                <w:b/>
                <w:color w:val="000000"/>
                <w:sz w:val="22"/>
              </w:rPr>
              <w:t>SOLICITANTUL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5621" w:type="dxa"/>
            <w:gridSpan w:val="5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Nume și prenume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CNP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 xml:space="preserve"> Act de identitate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Seria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Numărul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Eliberat de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La data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 xml:space="preserve"> Domiciliul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Județul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Municipiul / orașul / comuna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Satul / sectorul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  <w:trHeight w:val="510"/>
        </w:trPr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Strada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Nr.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Sc.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Et.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Ap.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Cod poștal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Țara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 xml:space="preserve"> Date de contact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4015" w:type="dxa"/>
            <w:gridSpan w:val="3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Telefon / fax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E-mail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381F7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  <w:lang w:val="fr-FR"/>
              </w:rPr>
            </w:pPr>
            <w:r w:rsidRPr="00381F70">
              <w:rPr>
                <w:b/>
                <w:sz w:val="22"/>
                <w:lang w:val="fr-FR"/>
              </w:rPr>
              <w:t xml:space="preserve"> 3. </w:t>
            </w:r>
            <w:r w:rsidRPr="00381F70">
              <w:rPr>
                <w:b/>
                <w:color w:val="000000"/>
                <w:sz w:val="22"/>
                <w:lang w:val="fr-FR"/>
              </w:rPr>
              <w:t>TITULAR AL AUTORIZAȚIEI DE CONSTRUIRE / DESFIINȚARE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Nr.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Din data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5621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Emisă de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381F70" w:rsidRDefault="009B5A8A">
            <w:pPr>
              <w:keepNext/>
              <w:rPr>
                <w:sz w:val="22"/>
                <w:lang w:val="fr-FR"/>
              </w:rPr>
            </w:pPr>
            <w:r w:rsidRPr="00381F70">
              <w:rPr>
                <w:b/>
                <w:color w:val="0D5F78"/>
                <w:sz w:val="22"/>
                <w:lang w:val="fr-FR"/>
              </w:rPr>
              <w:t>Denumirea lucrării, capacitatea și categoria de lucrări din autorizație</w:t>
            </w:r>
          </w:p>
          <w:p w:rsidR="00AD35FD" w:rsidRPr="00381F70" w:rsidRDefault="00AD35FD">
            <w:pPr>
              <w:keepNext/>
              <w:rPr>
                <w:sz w:val="22"/>
                <w:lang w:val="fr-FR"/>
              </w:rPr>
            </w:pPr>
          </w:p>
        </w:tc>
      </w:tr>
      <w:tr w:rsidR="00AD35FD" w:rsidRPr="00381F70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în valoare de (lei)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</w:tr>
    </w:tbl>
    <w:p w:rsidR="00AD35FD" w:rsidRPr="00381F70" w:rsidRDefault="009B5A8A" w:rsidP="007050CD">
      <w:pPr>
        <w:spacing w:before="140" w:after="40"/>
        <w:jc w:val="center"/>
        <w:rPr>
          <w:sz w:val="22"/>
        </w:rPr>
      </w:pPr>
      <w:r w:rsidRPr="00381F70">
        <w:rPr>
          <w:b/>
          <w:sz w:val="22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381F70">
        <w:trPr>
          <w:cantSplit/>
          <w:trHeight w:val="510"/>
        </w:trPr>
        <w:tc>
          <w:tcPr>
            <w:tcW w:w="2409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Că la data de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1606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ora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5621" w:type="dxa"/>
          </w:tcPr>
          <w:p w:rsidR="00AD35FD" w:rsidRPr="00381F70" w:rsidRDefault="009B5A8A">
            <w:pPr>
              <w:rPr>
                <w:sz w:val="22"/>
                <w:lang w:val="fr-FR"/>
              </w:rPr>
            </w:pPr>
            <w:r w:rsidRPr="00381F70">
              <w:rPr>
                <w:b/>
                <w:color w:val="0D5F78"/>
                <w:sz w:val="22"/>
                <w:lang w:val="fr-FR"/>
              </w:rPr>
              <w:t>au fost finalizate lucrările de construcții autorizate</w:t>
            </w:r>
          </w:p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i/>
                <w:color w:val="7A7A7A"/>
                <w:sz w:val="22"/>
              </w:rPr>
              <w:t>pentru imobilul de mai jos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381F70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sz w:val="22"/>
              </w:rPr>
              <w:lastRenderedPageBreak/>
              <w:t xml:space="preserve"> 4. </w:t>
            </w:r>
            <w:r w:rsidRPr="00381F70">
              <w:rPr>
                <w:b/>
                <w:color w:val="000000"/>
                <w:sz w:val="22"/>
              </w:rPr>
              <w:t>IMOBILUL</w:t>
            </w:r>
          </w:p>
        </w:tc>
      </w:tr>
      <w:tr w:rsidR="00AD35FD" w:rsidRPr="00381F70">
        <w:trPr>
          <w:cantSplit/>
        </w:trPr>
        <w:tc>
          <w:tcPr>
            <w:tcW w:w="9636" w:type="dxa"/>
            <w:gridSpan w:val="6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sz w:val="22"/>
              </w:rPr>
              <w:t xml:space="preserve"> ☐ teren     ☐ construcții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Județ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Municipiu / oraș / comună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Sat / sector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Cod poștal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Strada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Nr.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 xml:space="preserve">Bl. / sc. / et. / </w:t>
            </w:r>
            <w:proofErr w:type="gramStart"/>
            <w:r w:rsidRPr="00381F70">
              <w:rPr>
                <w:b/>
                <w:color w:val="0D5F78"/>
                <w:sz w:val="22"/>
              </w:rPr>
              <w:t>ap</w:t>
            </w:r>
            <w:proofErr w:type="gramEnd"/>
            <w:r w:rsidRPr="00381F70">
              <w:rPr>
                <w:b/>
                <w:color w:val="0D5F78"/>
                <w:sz w:val="22"/>
              </w:rPr>
              <w:t>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  <w:tr w:rsidR="00AD35FD" w:rsidRPr="00381F70">
        <w:trPr>
          <w:cantSplit/>
          <w:trHeight w:val="510"/>
        </w:trPr>
        <w:tc>
          <w:tcPr>
            <w:tcW w:w="5621" w:type="dxa"/>
            <w:gridSpan w:val="3"/>
          </w:tcPr>
          <w:p w:rsidR="00AD35FD" w:rsidRPr="00381F70" w:rsidRDefault="009B5A8A">
            <w:pPr>
              <w:keepNext/>
              <w:rPr>
                <w:sz w:val="22"/>
                <w:lang w:val="fr-FR"/>
              </w:rPr>
            </w:pPr>
            <w:r w:rsidRPr="00381F70">
              <w:rPr>
                <w:b/>
                <w:color w:val="0D5F78"/>
                <w:sz w:val="22"/>
                <w:lang w:val="fr-FR"/>
              </w:rPr>
              <w:t>Număr cadastral</w:t>
            </w:r>
          </w:p>
          <w:p w:rsidR="00AD35FD" w:rsidRPr="00381F70" w:rsidRDefault="009B5A8A">
            <w:pPr>
              <w:keepNext/>
              <w:rPr>
                <w:sz w:val="22"/>
                <w:lang w:val="fr-FR"/>
              </w:rPr>
            </w:pPr>
            <w:r w:rsidRPr="00381F70">
              <w:rPr>
                <w:i/>
                <w:color w:val="7A7A7A"/>
                <w:sz w:val="22"/>
                <w:lang w:val="fr-FR"/>
              </w:rPr>
              <w:t>dacă imobilul e înscris în e-Terra</w:t>
            </w:r>
          </w:p>
          <w:p w:rsidR="00AD35FD" w:rsidRPr="00381F70" w:rsidRDefault="00AD35FD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Carte funciară nr.</w:t>
            </w:r>
          </w:p>
          <w:p w:rsidR="00AD35FD" w:rsidRPr="00381F70" w:rsidRDefault="00AD35FD">
            <w:pPr>
              <w:keepNext/>
              <w:rPr>
                <w:sz w:val="22"/>
              </w:rPr>
            </w:pP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381F70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sz w:val="22"/>
              </w:rPr>
              <w:t xml:space="preserve"> 5. </w:t>
            </w:r>
            <w:r w:rsidRPr="00381F70">
              <w:rPr>
                <w:b/>
                <w:color w:val="000000"/>
                <w:sz w:val="22"/>
              </w:rPr>
              <w:t>CONVOCAREA COMISIEI DE RECEPȚIE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7227" w:type="dxa"/>
          </w:tcPr>
          <w:p w:rsidR="00AD35FD" w:rsidRPr="00381F70" w:rsidRDefault="009B5A8A">
            <w:pPr>
              <w:rPr>
                <w:sz w:val="22"/>
                <w:lang w:val="fr-FR"/>
              </w:rPr>
            </w:pPr>
            <w:r w:rsidRPr="00381F70">
              <w:rPr>
                <w:b/>
                <w:color w:val="0D5F78"/>
                <w:sz w:val="22"/>
                <w:lang w:val="fr-FR"/>
              </w:rPr>
              <w:t>Se convoacă comisia de recepție la terminarea lucrărilor, la data</w:t>
            </w:r>
          </w:p>
          <w:p w:rsidR="00AD35FD" w:rsidRPr="00381F70" w:rsidRDefault="00AD35FD">
            <w:pPr>
              <w:rPr>
                <w:sz w:val="22"/>
                <w:lang w:val="fr-FR"/>
              </w:rPr>
            </w:pPr>
          </w:p>
        </w:tc>
        <w:tc>
          <w:tcPr>
            <w:tcW w:w="2409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ora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381F7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381F70" w:rsidRDefault="009B5A8A">
            <w:pPr>
              <w:keepNext/>
              <w:rPr>
                <w:sz w:val="22"/>
              </w:rPr>
            </w:pPr>
            <w:r w:rsidRPr="00381F70">
              <w:rPr>
                <w:b/>
                <w:sz w:val="22"/>
              </w:rPr>
              <w:t xml:space="preserve"> 6. </w:t>
            </w:r>
            <w:r w:rsidRPr="00381F70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AD35FD" w:rsidRPr="00381F70">
        <w:trPr>
          <w:cantSplit/>
          <w:trHeight w:val="510"/>
        </w:trPr>
        <w:tc>
          <w:tcPr>
            <w:tcW w:w="1606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Data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Titularul autorizației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AD35FD" w:rsidRPr="00381F70" w:rsidRDefault="009B5A8A">
            <w:pPr>
              <w:rPr>
                <w:sz w:val="22"/>
              </w:rPr>
            </w:pPr>
            <w:r w:rsidRPr="00381F70">
              <w:rPr>
                <w:b/>
                <w:color w:val="0D5F78"/>
                <w:sz w:val="22"/>
              </w:rPr>
              <w:t>Semnătura</w:t>
            </w:r>
          </w:p>
          <w:p w:rsidR="00AD35FD" w:rsidRPr="00381F70" w:rsidRDefault="00AD35FD">
            <w:pPr>
              <w:rPr>
                <w:sz w:val="22"/>
              </w:rPr>
            </w:pPr>
          </w:p>
        </w:tc>
      </w:tr>
    </w:tbl>
    <w:p w:rsidR="00AD35FD" w:rsidRPr="00381F70" w:rsidRDefault="00AD35FD">
      <w:pPr>
        <w:spacing w:line="168" w:lineRule="auto"/>
        <w:rPr>
          <w:sz w:val="22"/>
        </w:rPr>
      </w:pPr>
    </w:p>
    <w:sectPr w:rsidR="00AD35FD" w:rsidRPr="00381F70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0D" w:rsidRDefault="0079380D">
      <w:r>
        <w:separator/>
      </w:r>
    </w:p>
  </w:endnote>
  <w:endnote w:type="continuationSeparator" w:id="0">
    <w:p w:rsidR="0079380D" w:rsidRDefault="0079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FD" w:rsidRDefault="009B5A8A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157630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157630">
      <w:rPr>
        <w:color w:val="595959"/>
      </w:rPr>
      <w:fldChar w:fldCharType="separate"/>
    </w:r>
    <w:r w:rsidR="0069607E">
      <w:rPr>
        <w:noProof/>
        <w:color w:val="595959"/>
      </w:rPr>
      <w:t>1</w:t>
    </w:r>
    <w:r w:rsidR="00157630">
      <w:rPr>
        <w:color w:val="595959"/>
      </w:rPr>
      <w:fldChar w:fldCharType="end"/>
    </w:r>
    <w:r>
      <w:rPr>
        <w:color w:val="595959"/>
      </w:rPr>
      <w:t xml:space="preserve"> din </w:t>
    </w:r>
    <w:r w:rsidR="00157630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157630">
      <w:rPr>
        <w:color w:val="595959"/>
      </w:rPr>
      <w:fldChar w:fldCharType="separate"/>
    </w:r>
    <w:r w:rsidR="0069607E">
      <w:rPr>
        <w:noProof/>
        <w:color w:val="595959"/>
      </w:rPr>
      <w:t>2</w:t>
    </w:r>
    <w:r w:rsidR="00157630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0D" w:rsidRDefault="0079380D">
      <w:r>
        <w:separator/>
      </w:r>
    </w:p>
  </w:footnote>
  <w:footnote w:type="continuationSeparator" w:id="0">
    <w:p w:rsidR="0079380D" w:rsidRDefault="00793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57630"/>
    <w:rsid w:val="001D6E6F"/>
    <w:rsid w:val="0029639D"/>
    <w:rsid w:val="00326F90"/>
    <w:rsid w:val="00381F70"/>
    <w:rsid w:val="004757E4"/>
    <w:rsid w:val="00531F71"/>
    <w:rsid w:val="005E6036"/>
    <w:rsid w:val="0069607E"/>
    <w:rsid w:val="006C103E"/>
    <w:rsid w:val="007050CD"/>
    <w:rsid w:val="0079380D"/>
    <w:rsid w:val="008E3393"/>
    <w:rsid w:val="009B5A8A"/>
    <w:rsid w:val="00AA1D8D"/>
    <w:rsid w:val="00AD35FD"/>
    <w:rsid w:val="00B03ACE"/>
    <w:rsid w:val="00B47730"/>
    <w:rsid w:val="00B769B5"/>
    <w:rsid w:val="00CB0664"/>
    <w:rsid w:val="00E23456"/>
    <w:rsid w:val="00E61A6B"/>
    <w:rsid w:val="00F5509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9044AA-F0B1-47CE-9E4D-314E9FD5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4</cp:revision>
  <dcterms:created xsi:type="dcterms:W3CDTF">2026-09-18T10:23:00Z</dcterms:created>
  <dcterms:modified xsi:type="dcterms:W3CDTF">2026-10-15T08:43:00Z</dcterms:modified>
</cp:coreProperties>
</file>