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11ECC" w:rsidRPr="005F422F" w:rsidTr="005F422F">
        <w:trPr>
          <w:cantSplit/>
          <w:trHeight w:val="267"/>
        </w:trPr>
        <w:tc>
          <w:tcPr>
            <w:tcW w:w="1606" w:type="dxa"/>
            <w:vMerge w:val="restart"/>
            <w:vAlign w:val="center"/>
          </w:tcPr>
          <w:p w:rsidR="00A11ECC" w:rsidRPr="005F422F" w:rsidRDefault="001E461A">
            <w:pPr>
              <w:keepNext/>
              <w:jc w:val="center"/>
              <w:rPr>
                <w:sz w:val="22"/>
              </w:rPr>
            </w:pPr>
            <w:r w:rsidRPr="005F422F">
              <w:rPr>
                <w:noProof/>
                <w:sz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124460</wp:posOffset>
                  </wp:positionV>
                  <wp:extent cx="843280" cy="1081405"/>
                  <wp:effectExtent l="19050" t="19050" r="52070" b="61595"/>
                  <wp:wrapNone/>
                  <wp:docPr id="3" name="Picture 2" descr="sig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sig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-6000" contras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2570" b="725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280" cy="1081405"/>
                          </a:xfrm>
                          <a:prstGeom prst="rect">
                            <a:avLst/>
                          </a:prstGeom>
                          <a:noFill/>
                          <a:ln w="634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4" dir="2700000" algn="tl" rotWithShape="0">
                              <a:srgbClr val="808080"/>
                            </a:outerShdw>
                          </a:effectLst>
                          <a:ex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A11ECC" w:rsidRPr="005F422F" w:rsidRDefault="001E461A">
            <w:pPr>
              <w:keepNext/>
              <w:rPr>
                <w:b/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Județul</w:t>
            </w:r>
            <w:r w:rsidR="005F422F" w:rsidRPr="005F422F">
              <w:rPr>
                <w:b/>
                <w:color w:val="0D5F78"/>
                <w:sz w:val="22"/>
              </w:rPr>
              <w:t xml:space="preserve"> PRAHOVA 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</w:tc>
      </w:tr>
      <w:tr w:rsidR="00A11ECC" w:rsidRPr="005F422F">
        <w:trPr>
          <w:cantSplit/>
          <w:trHeight w:val="510"/>
        </w:trPr>
        <w:tc>
          <w:tcPr>
            <w:tcW w:w="1606" w:type="dxa"/>
            <w:vMerge/>
          </w:tcPr>
          <w:p w:rsidR="00A11ECC" w:rsidRPr="005F422F" w:rsidRDefault="00A11ECC">
            <w:pPr>
              <w:rPr>
                <w:sz w:val="22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Autoritatea administrației publice</w:t>
            </w:r>
          </w:p>
          <w:p w:rsidR="00A11ECC" w:rsidRPr="005F422F" w:rsidRDefault="005F422F">
            <w:pPr>
              <w:keepNext/>
              <w:rPr>
                <w:b/>
                <w:sz w:val="22"/>
              </w:rPr>
            </w:pPr>
            <w:r w:rsidRPr="005F422F">
              <w:rPr>
                <w:b/>
                <w:sz w:val="22"/>
              </w:rPr>
              <w:t>BUSTENI</w:t>
            </w:r>
          </w:p>
        </w:tc>
      </w:tr>
      <w:tr w:rsidR="00A11ECC" w:rsidRPr="005F422F" w:rsidTr="005F422F">
        <w:trPr>
          <w:cantSplit/>
          <w:trHeight w:val="1100"/>
        </w:trPr>
        <w:tc>
          <w:tcPr>
            <w:tcW w:w="1606" w:type="dxa"/>
            <w:vMerge/>
          </w:tcPr>
          <w:p w:rsidR="00A11ECC" w:rsidRPr="005F422F" w:rsidRDefault="00A11ECC">
            <w:pPr>
              <w:rPr>
                <w:sz w:val="22"/>
              </w:rPr>
            </w:pPr>
          </w:p>
        </w:tc>
        <w:tc>
          <w:tcPr>
            <w:tcW w:w="2409" w:type="dxa"/>
            <w:shd w:val="clear" w:color="auto" w:fill="F0F0F0"/>
          </w:tcPr>
          <w:p w:rsidR="00A11ECC" w:rsidRPr="005F422F" w:rsidRDefault="001E461A" w:rsidP="0095143D">
            <w:pPr>
              <w:keepNext/>
              <w:jc w:val="center"/>
              <w:rPr>
                <w:sz w:val="22"/>
                <w:lang w:val="fr-FR"/>
              </w:rPr>
            </w:pPr>
            <w:r w:rsidRPr="005F422F">
              <w:rPr>
                <w:b/>
                <w:color w:val="0D5F78"/>
                <w:sz w:val="22"/>
                <w:lang w:val="fr-FR"/>
              </w:rPr>
              <w:t xml:space="preserve">Cod </w:t>
            </w:r>
            <w:proofErr w:type="gramStart"/>
            <w:r w:rsidRPr="005F422F">
              <w:rPr>
                <w:b/>
                <w:color w:val="0D5F78"/>
                <w:sz w:val="22"/>
                <w:lang w:val="fr-FR"/>
              </w:rPr>
              <w:t>de identificare</w:t>
            </w:r>
            <w:proofErr w:type="gramEnd"/>
            <w:r w:rsidRPr="005F422F">
              <w:rPr>
                <w:b/>
                <w:color w:val="0D5F78"/>
                <w:sz w:val="22"/>
                <w:lang w:val="fr-FR"/>
              </w:rPr>
              <w:t xml:space="preserve"> fiscală (CIF)</w:t>
            </w:r>
          </w:p>
          <w:p w:rsidR="00A11ECC" w:rsidRPr="005F422F" w:rsidRDefault="005F422F" w:rsidP="0095143D">
            <w:pPr>
              <w:keepNext/>
              <w:jc w:val="center"/>
              <w:rPr>
                <w:sz w:val="22"/>
                <w:lang w:val="fr-FR"/>
              </w:rPr>
            </w:pPr>
            <w:r w:rsidRPr="005F422F">
              <w:rPr>
                <w:sz w:val="22"/>
                <w:lang w:val="fr-FR"/>
              </w:rPr>
              <w:t>2845729</w:t>
            </w:r>
          </w:p>
        </w:tc>
        <w:tc>
          <w:tcPr>
            <w:tcW w:w="5621" w:type="dxa"/>
            <w:gridSpan w:val="2"/>
            <w:shd w:val="clear" w:color="auto" w:fill="F0F0F0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Adresa oficială</w:t>
            </w:r>
          </w:p>
          <w:p w:rsidR="0095143D" w:rsidRDefault="005F422F" w:rsidP="005F422F">
            <w:pPr>
              <w:pStyle w:val="Header"/>
              <w:jc w:val="center"/>
              <w:rPr>
                <w:sz w:val="22"/>
              </w:rPr>
            </w:pPr>
            <w:r w:rsidRPr="005F422F">
              <w:rPr>
                <w:sz w:val="22"/>
              </w:rPr>
              <w:t xml:space="preserve">B-dul Libertăţii nr. 91, Tel: +40/244/322005, </w:t>
            </w:r>
          </w:p>
          <w:p w:rsidR="005F422F" w:rsidRPr="005F422F" w:rsidRDefault="005F422F" w:rsidP="005F422F">
            <w:pPr>
              <w:pStyle w:val="Header"/>
              <w:jc w:val="center"/>
              <w:rPr>
                <w:sz w:val="22"/>
              </w:rPr>
            </w:pPr>
            <w:r w:rsidRPr="005F422F">
              <w:rPr>
                <w:sz w:val="22"/>
              </w:rPr>
              <w:t>Fax: +40/244/320752</w:t>
            </w:r>
          </w:p>
          <w:p w:rsidR="005F422F" w:rsidRPr="005F422F" w:rsidRDefault="00615815" w:rsidP="005F422F">
            <w:pPr>
              <w:pStyle w:val="Header"/>
              <w:jc w:val="center"/>
              <w:rPr>
                <w:sz w:val="22"/>
                <w:lang w:val="fr-FR"/>
              </w:rPr>
            </w:pPr>
            <w:hyperlink r:id="rId10" w:history="1">
              <w:r w:rsidR="005F422F" w:rsidRPr="005F422F">
                <w:rPr>
                  <w:sz w:val="22"/>
                  <w:lang w:val="fr-FR"/>
                </w:rPr>
                <w:t>http://www.orasul-busteni.ro</w:t>
              </w:r>
            </w:hyperlink>
            <w:r w:rsidR="005F422F" w:rsidRPr="005F422F">
              <w:rPr>
                <w:sz w:val="22"/>
                <w:lang w:val="fr-FR"/>
              </w:rPr>
              <w:t xml:space="preserve">; e-mail: </w:t>
            </w:r>
          </w:p>
          <w:p w:rsidR="00A11ECC" w:rsidRPr="0095143D" w:rsidRDefault="005F422F" w:rsidP="0095143D">
            <w:pPr>
              <w:pStyle w:val="Header"/>
              <w:jc w:val="center"/>
              <w:rPr>
                <w:sz w:val="22"/>
                <w:lang w:val="ro-RO"/>
              </w:rPr>
            </w:pPr>
            <w:r w:rsidRPr="005F422F">
              <w:rPr>
                <w:sz w:val="22"/>
                <w:lang w:val="fr-FR"/>
              </w:rPr>
              <w:t>office@orasul-busteni.ro</w:t>
            </w:r>
            <w:bookmarkStart w:id="0" w:name="_GoBack"/>
            <w:bookmarkEnd w:id="0"/>
          </w:p>
        </w:tc>
      </w:tr>
      <w:tr w:rsidR="00A11ECC" w:rsidRPr="005F422F">
        <w:trPr>
          <w:cantSplit/>
          <w:trHeight w:val="510"/>
        </w:trPr>
        <w:tc>
          <w:tcPr>
            <w:tcW w:w="1606" w:type="dxa"/>
            <w:vMerge/>
          </w:tcPr>
          <w:p w:rsidR="00A11ECC" w:rsidRPr="005F422F" w:rsidRDefault="00A11ECC">
            <w:pPr>
              <w:rPr>
                <w:sz w:val="22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Număr de înregistrare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  <w:p w:rsidR="005F422F" w:rsidRPr="005F422F" w:rsidRDefault="005F422F">
            <w:pPr>
              <w:keepNext/>
              <w:rPr>
                <w:sz w:val="22"/>
              </w:rPr>
            </w:pPr>
          </w:p>
          <w:p w:rsidR="005F422F" w:rsidRPr="005F422F" w:rsidRDefault="005F422F">
            <w:pPr>
              <w:keepNext/>
              <w:rPr>
                <w:sz w:val="22"/>
              </w:rPr>
            </w:pPr>
          </w:p>
        </w:tc>
        <w:tc>
          <w:tcPr>
            <w:tcW w:w="3212" w:type="dxa"/>
            <w:shd w:val="clear" w:color="auto" w:fill="F0F0F0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Data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</w:tc>
      </w:tr>
      <w:tr w:rsidR="00A11ECC" w:rsidRPr="005F422F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A11ECC" w:rsidRPr="005F422F" w:rsidRDefault="001E461A">
            <w:pPr>
              <w:rPr>
                <w:sz w:val="22"/>
                <w:lang w:val="fr-FR"/>
              </w:rPr>
            </w:pPr>
            <w:r w:rsidRPr="005F422F">
              <w:rPr>
                <w:i/>
                <w:color w:val="595959"/>
                <w:sz w:val="22"/>
                <w:lang w:val="fr-FR"/>
              </w:rPr>
              <w:t xml:space="preserve"> se completează de autoritate — solicitantul nu scrie în această zonă</w:t>
            </w:r>
          </w:p>
        </w:tc>
      </w:tr>
    </w:tbl>
    <w:p w:rsidR="005F422F" w:rsidRDefault="005F422F" w:rsidP="005F422F">
      <w:pPr>
        <w:spacing w:before="140" w:after="40"/>
        <w:jc w:val="center"/>
        <w:rPr>
          <w:b/>
          <w:sz w:val="22"/>
        </w:rPr>
      </w:pPr>
    </w:p>
    <w:p w:rsidR="00A11ECC" w:rsidRPr="005F422F" w:rsidRDefault="001E461A" w:rsidP="005F422F">
      <w:pPr>
        <w:spacing w:before="140" w:after="40"/>
        <w:jc w:val="center"/>
        <w:rPr>
          <w:sz w:val="22"/>
        </w:rPr>
      </w:pPr>
      <w:r w:rsidRPr="005F422F">
        <w:rPr>
          <w:b/>
          <w:sz w:val="22"/>
        </w:rPr>
        <w:t>ÎNȘTIINȚARE</w:t>
      </w:r>
    </w:p>
    <w:p w:rsidR="00A11ECC" w:rsidRDefault="001E461A" w:rsidP="005F422F">
      <w:pPr>
        <w:spacing w:after="120"/>
        <w:jc w:val="center"/>
        <w:rPr>
          <w:sz w:val="22"/>
        </w:rPr>
      </w:pPr>
      <w:proofErr w:type="gramStart"/>
      <w:r w:rsidRPr="005F422F">
        <w:rPr>
          <w:sz w:val="22"/>
        </w:rPr>
        <w:t>privind</w:t>
      </w:r>
      <w:proofErr w:type="gramEnd"/>
      <w:r w:rsidRPr="005F422F">
        <w:rPr>
          <w:sz w:val="22"/>
        </w:rPr>
        <w:t xml:space="preserve"> începerea execuției lucrărilor</w:t>
      </w:r>
    </w:p>
    <w:p w:rsidR="005F422F" w:rsidRPr="005F422F" w:rsidRDefault="005F422F" w:rsidP="005F422F">
      <w:pPr>
        <w:spacing w:after="120"/>
        <w:jc w:val="center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5F422F">
        <w:trPr>
          <w:cantSplit/>
        </w:trPr>
        <w:tc>
          <w:tcPr>
            <w:tcW w:w="9636" w:type="dxa"/>
            <w:shd w:val="clear" w:color="auto" w:fill="F4F4F4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sz w:val="22"/>
              </w:rPr>
              <w:t xml:space="preserve"> 1. </w:t>
            </w:r>
            <w:r w:rsidRPr="005F422F">
              <w:rPr>
                <w:b/>
                <w:color w:val="000000"/>
                <w:sz w:val="22"/>
              </w:rPr>
              <w:t>CĂTRE</w:t>
            </w:r>
          </w:p>
        </w:tc>
      </w:tr>
      <w:tr w:rsidR="00A11ECC" w:rsidRPr="005F422F">
        <w:trPr>
          <w:cantSplit/>
          <w:trHeight w:val="510"/>
        </w:trPr>
        <w:tc>
          <w:tcPr>
            <w:tcW w:w="9636" w:type="dxa"/>
          </w:tcPr>
          <w:p w:rsidR="00A11ECC" w:rsidRPr="005F422F" w:rsidRDefault="001E461A">
            <w:pPr>
              <w:keepNext/>
              <w:rPr>
                <w:sz w:val="22"/>
                <w:lang w:val="fr-FR"/>
              </w:rPr>
            </w:pPr>
            <w:r w:rsidRPr="005F422F">
              <w:rPr>
                <w:b/>
                <w:color w:val="0D5F78"/>
                <w:sz w:val="22"/>
                <w:lang w:val="fr-FR"/>
              </w:rPr>
              <w:t>Instituția</w:t>
            </w:r>
          </w:p>
          <w:p w:rsidR="00A11ECC" w:rsidRPr="005F422F" w:rsidRDefault="00A11ECC" w:rsidP="005F422F">
            <w:pPr>
              <w:keepNext/>
              <w:rPr>
                <w:sz w:val="22"/>
                <w:lang w:val="fr-FR"/>
              </w:rPr>
            </w:pPr>
          </w:p>
        </w:tc>
      </w:tr>
      <w:tr w:rsidR="00A11ECC" w:rsidRPr="005F422F">
        <w:trPr>
          <w:cantSplit/>
        </w:trPr>
        <w:tc>
          <w:tcPr>
            <w:tcW w:w="9636" w:type="dxa"/>
            <w:shd w:val="clear" w:color="auto" w:fill="F4F4F4"/>
          </w:tcPr>
          <w:p w:rsidR="00A11ECC" w:rsidRPr="005F422F" w:rsidRDefault="001E461A">
            <w:pPr>
              <w:spacing w:line="228" w:lineRule="auto"/>
              <w:rPr>
                <w:sz w:val="22"/>
                <w:lang w:val="fr-FR"/>
              </w:rPr>
            </w:pPr>
            <w:r w:rsidRPr="005F422F">
              <w:rPr>
                <w:sz w:val="22"/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:rsidR="00A11ECC" w:rsidRPr="005F422F" w:rsidRDefault="00A11ECC">
      <w:pPr>
        <w:spacing w:line="168" w:lineRule="auto"/>
        <w:rPr>
          <w:sz w:val="22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:rsidRPr="005F422F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sz w:val="22"/>
              </w:rPr>
              <w:t xml:space="preserve">2. </w:t>
            </w:r>
            <w:r w:rsidRPr="005F422F">
              <w:rPr>
                <w:b/>
                <w:color w:val="000000"/>
                <w:sz w:val="22"/>
              </w:rPr>
              <w:t>SOLICITANTUL</w:t>
            </w:r>
          </w:p>
        </w:tc>
      </w:tr>
      <w:tr w:rsidR="00A11ECC" w:rsidRPr="005F422F">
        <w:trPr>
          <w:cantSplit/>
          <w:trHeight w:val="510"/>
        </w:trPr>
        <w:tc>
          <w:tcPr>
            <w:tcW w:w="5621" w:type="dxa"/>
            <w:gridSpan w:val="5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Nume și prenume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</w:tc>
        <w:tc>
          <w:tcPr>
            <w:tcW w:w="4015" w:type="dxa"/>
            <w:gridSpan w:val="3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CNP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</w:tc>
      </w:tr>
      <w:tr w:rsidR="00A11ECC" w:rsidRPr="005F422F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sz w:val="22"/>
              </w:rPr>
              <w:t xml:space="preserve"> Act de identitate</w:t>
            </w:r>
          </w:p>
        </w:tc>
      </w:tr>
      <w:tr w:rsidR="00A11ECC" w:rsidRPr="005F422F">
        <w:trPr>
          <w:cantSplit/>
          <w:trHeight w:val="510"/>
        </w:trPr>
        <w:tc>
          <w:tcPr>
            <w:tcW w:w="1606" w:type="dxa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Seria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Numărul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</w:tc>
        <w:tc>
          <w:tcPr>
            <w:tcW w:w="4818" w:type="dxa"/>
            <w:gridSpan w:val="5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Eliberat de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La data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</w:tc>
      </w:tr>
      <w:tr w:rsidR="00A11ECC" w:rsidRPr="005F422F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sz w:val="22"/>
              </w:rPr>
              <w:t xml:space="preserve"> Domiciliul</w:t>
            </w:r>
          </w:p>
        </w:tc>
      </w:tr>
      <w:tr w:rsidR="00A11ECC" w:rsidRPr="005F422F">
        <w:trPr>
          <w:cantSplit/>
          <w:trHeight w:val="510"/>
        </w:trPr>
        <w:tc>
          <w:tcPr>
            <w:tcW w:w="3212" w:type="dxa"/>
            <w:gridSpan w:val="2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Județul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4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Municipiul / orașul / comuna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2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Satul / sectorul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</w:tc>
      </w:tr>
      <w:tr w:rsidR="00A11ECC" w:rsidRPr="005F422F">
        <w:trPr>
          <w:cantSplit/>
          <w:trHeight w:val="510"/>
        </w:trPr>
        <w:tc>
          <w:tcPr>
            <w:tcW w:w="3212" w:type="dxa"/>
            <w:gridSpan w:val="2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Strada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Nr.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Sc.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Et.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Ap.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Cod poștal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Țara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</w:tc>
      </w:tr>
      <w:tr w:rsidR="00A11ECC" w:rsidRPr="005F422F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sz w:val="22"/>
              </w:rPr>
              <w:t xml:space="preserve"> Date de contact</w:t>
            </w:r>
          </w:p>
        </w:tc>
      </w:tr>
      <w:tr w:rsidR="00A11ECC" w:rsidRPr="005F422F">
        <w:trPr>
          <w:cantSplit/>
          <w:trHeight w:val="510"/>
        </w:trPr>
        <w:tc>
          <w:tcPr>
            <w:tcW w:w="4015" w:type="dxa"/>
            <w:gridSpan w:val="3"/>
          </w:tcPr>
          <w:p w:rsidR="00A11ECC" w:rsidRPr="005F422F" w:rsidRDefault="001E461A">
            <w:pPr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Telefon / fax</w:t>
            </w:r>
          </w:p>
          <w:p w:rsidR="00A11ECC" w:rsidRPr="005F422F" w:rsidRDefault="00A11ECC">
            <w:pPr>
              <w:rPr>
                <w:sz w:val="22"/>
              </w:rPr>
            </w:pPr>
          </w:p>
        </w:tc>
        <w:tc>
          <w:tcPr>
            <w:tcW w:w="5621" w:type="dxa"/>
            <w:gridSpan w:val="5"/>
          </w:tcPr>
          <w:p w:rsidR="00A11ECC" w:rsidRPr="005F422F" w:rsidRDefault="001E461A">
            <w:pPr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E-mail</w:t>
            </w:r>
          </w:p>
          <w:p w:rsidR="00A11ECC" w:rsidRPr="005F422F" w:rsidRDefault="00A11ECC">
            <w:pPr>
              <w:rPr>
                <w:sz w:val="22"/>
              </w:rPr>
            </w:pPr>
          </w:p>
        </w:tc>
      </w:tr>
    </w:tbl>
    <w:p w:rsidR="00A11ECC" w:rsidRPr="005F422F" w:rsidRDefault="00A11ECC">
      <w:pPr>
        <w:spacing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5F422F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11ECC" w:rsidRPr="005F422F" w:rsidRDefault="001E461A">
            <w:pPr>
              <w:keepNext/>
              <w:rPr>
                <w:sz w:val="22"/>
                <w:lang w:val="fr-FR"/>
              </w:rPr>
            </w:pPr>
            <w:r w:rsidRPr="005F422F">
              <w:rPr>
                <w:b/>
                <w:sz w:val="22"/>
                <w:lang w:val="fr-FR"/>
              </w:rPr>
              <w:t xml:space="preserve"> 3. </w:t>
            </w:r>
            <w:r w:rsidRPr="005F422F">
              <w:rPr>
                <w:b/>
                <w:color w:val="000000"/>
                <w:sz w:val="22"/>
                <w:lang w:val="fr-FR"/>
              </w:rPr>
              <w:t>TITULAR AL AUTORIZAȚIEI DE CONSTRUIRE / DESFIINȚARE</w:t>
            </w:r>
          </w:p>
        </w:tc>
      </w:tr>
      <w:tr w:rsidR="00A11ECC" w:rsidRPr="005F422F">
        <w:trPr>
          <w:cantSplit/>
          <w:trHeight w:val="510"/>
        </w:trPr>
        <w:tc>
          <w:tcPr>
            <w:tcW w:w="1606" w:type="dxa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Nr.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</w:tc>
        <w:tc>
          <w:tcPr>
            <w:tcW w:w="2409" w:type="dxa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Din data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</w:tc>
        <w:tc>
          <w:tcPr>
            <w:tcW w:w="5621" w:type="dxa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Emisă de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</w:tc>
      </w:tr>
      <w:tr w:rsidR="00A11ECC" w:rsidRPr="005F422F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sz w:val="22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5F422F">
        <w:trPr>
          <w:cantSplit/>
          <w:trHeight w:val="510"/>
        </w:trPr>
        <w:tc>
          <w:tcPr>
            <w:tcW w:w="9636" w:type="dxa"/>
            <w:gridSpan w:val="3"/>
          </w:tcPr>
          <w:p w:rsidR="00A11ECC" w:rsidRPr="005F422F" w:rsidRDefault="001E461A">
            <w:pPr>
              <w:keepNext/>
              <w:rPr>
                <w:sz w:val="22"/>
                <w:lang w:val="fr-FR"/>
              </w:rPr>
            </w:pPr>
            <w:r w:rsidRPr="005F422F">
              <w:rPr>
                <w:b/>
                <w:color w:val="0D5F78"/>
                <w:sz w:val="22"/>
                <w:lang w:val="fr-FR"/>
              </w:rPr>
              <w:t>Denumirea lucrării, capacitatea și categoria de lucrări din autorizație</w:t>
            </w:r>
          </w:p>
          <w:p w:rsidR="00A11ECC" w:rsidRPr="005F422F" w:rsidRDefault="00A11ECC">
            <w:pPr>
              <w:keepNext/>
              <w:rPr>
                <w:sz w:val="22"/>
                <w:lang w:val="fr-FR"/>
              </w:rPr>
            </w:pPr>
          </w:p>
        </w:tc>
      </w:tr>
      <w:tr w:rsidR="00A11ECC" w:rsidRPr="005F422F">
        <w:trPr>
          <w:cantSplit/>
          <w:trHeight w:val="510"/>
        </w:trPr>
        <w:tc>
          <w:tcPr>
            <w:tcW w:w="9636" w:type="dxa"/>
            <w:gridSpan w:val="3"/>
          </w:tcPr>
          <w:p w:rsidR="00A11ECC" w:rsidRPr="005F422F" w:rsidRDefault="001E461A">
            <w:pPr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în valoare de (lei)</w:t>
            </w:r>
          </w:p>
          <w:p w:rsidR="00A11ECC" w:rsidRPr="005F422F" w:rsidRDefault="00A11ECC">
            <w:pPr>
              <w:rPr>
                <w:sz w:val="22"/>
              </w:rPr>
            </w:pPr>
          </w:p>
        </w:tc>
      </w:tr>
    </w:tbl>
    <w:p w:rsidR="00A11ECC" w:rsidRPr="005F422F" w:rsidRDefault="00A11ECC">
      <w:pPr>
        <w:spacing w:line="168" w:lineRule="auto"/>
        <w:rPr>
          <w:sz w:val="22"/>
        </w:rPr>
      </w:pPr>
    </w:p>
    <w:p w:rsidR="00A11ECC" w:rsidRPr="005F422F" w:rsidRDefault="00E6757A" w:rsidP="00E6757A">
      <w:pPr>
        <w:tabs>
          <w:tab w:val="center" w:pos="4819"/>
          <w:tab w:val="left" w:pos="7608"/>
        </w:tabs>
        <w:spacing w:before="140" w:after="40"/>
        <w:rPr>
          <w:sz w:val="22"/>
        </w:rPr>
      </w:pPr>
      <w:r w:rsidRPr="005F422F">
        <w:rPr>
          <w:b/>
          <w:sz w:val="22"/>
        </w:rPr>
        <w:tab/>
        <w:t>ADUC LA CUNOȘTINȚĂ</w:t>
      </w:r>
      <w:r w:rsidRPr="005F422F">
        <w:rPr>
          <w:b/>
          <w:sz w:val="22"/>
        </w:rPr>
        <w:tab/>
      </w:r>
    </w:p>
    <w:p w:rsidR="00A11ECC" w:rsidRPr="005F422F" w:rsidRDefault="00A11ECC">
      <w:pPr>
        <w:spacing w:after="60"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:rsidRPr="005F422F">
        <w:trPr>
          <w:cantSplit/>
          <w:trHeight w:val="510"/>
        </w:trPr>
        <w:tc>
          <w:tcPr>
            <w:tcW w:w="2409" w:type="dxa"/>
          </w:tcPr>
          <w:p w:rsidR="00A11ECC" w:rsidRPr="005F422F" w:rsidRDefault="001E461A">
            <w:pPr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Că la data de</w:t>
            </w:r>
          </w:p>
          <w:p w:rsidR="00A11ECC" w:rsidRPr="005F422F" w:rsidRDefault="00A11ECC">
            <w:pPr>
              <w:rPr>
                <w:sz w:val="22"/>
              </w:rPr>
            </w:pPr>
          </w:p>
        </w:tc>
        <w:tc>
          <w:tcPr>
            <w:tcW w:w="1606" w:type="dxa"/>
          </w:tcPr>
          <w:p w:rsidR="00A11ECC" w:rsidRPr="005F422F" w:rsidRDefault="001E461A">
            <w:pPr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ora</w:t>
            </w:r>
          </w:p>
          <w:p w:rsidR="00A11ECC" w:rsidRPr="005F422F" w:rsidRDefault="00A11ECC">
            <w:pPr>
              <w:rPr>
                <w:sz w:val="22"/>
              </w:rPr>
            </w:pPr>
          </w:p>
        </w:tc>
        <w:tc>
          <w:tcPr>
            <w:tcW w:w="5621" w:type="dxa"/>
          </w:tcPr>
          <w:p w:rsidR="00A11ECC" w:rsidRPr="005F422F" w:rsidRDefault="001E461A">
            <w:pPr>
              <w:rPr>
                <w:sz w:val="22"/>
                <w:lang w:val="fr-FR"/>
              </w:rPr>
            </w:pPr>
            <w:r w:rsidRPr="005F422F">
              <w:rPr>
                <w:b/>
                <w:color w:val="0D5F78"/>
                <w:sz w:val="22"/>
                <w:lang w:val="fr-FR"/>
              </w:rPr>
              <w:t>vor începe lucrările de construcții autorizate</w:t>
            </w:r>
          </w:p>
          <w:p w:rsidR="00A11ECC" w:rsidRPr="005F422F" w:rsidRDefault="001E461A">
            <w:pPr>
              <w:rPr>
                <w:sz w:val="22"/>
              </w:rPr>
            </w:pPr>
            <w:r w:rsidRPr="005F422F">
              <w:rPr>
                <w:i/>
                <w:color w:val="7A7A7A"/>
                <w:sz w:val="22"/>
              </w:rPr>
              <w:t>pentru imobilul de mai jos</w:t>
            </w:r>
          </w:p>
          <w:p w:rsidR="00A11ECC" w:rsidRPr="005F422F" w:rsidRDefault="00A11ECC">
            <w:pPr>
              <w:rPr>
                <w:sz w:val="22"/>
              </w:rPr>
            </w:pPr>
          </w:p>
        </w:tc>
      </w:tr>
    </w:tbl>
    <w:p w:rsidR="00A11ECC" w:rsidRPr="005F422F" w:rsidRDefault="00A11ECC">
      <w:pPr>
        <w:spacing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:rsidRPr="005F422F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sz w:val="22"/>
              </w:rPr>
              <w:lastRenderedPageBreak/>
              <w:t xml:space="preserve"> 4. </w:t>
            </w:r>
            <w:r w:rsidRPr="005F422F">
              <w:rPr>
                <w:b/>
                <w:color w:val="000000"/>
                <w:sz w:val="22"/>
              </w:rPr>
              <w:t>IMOBILUL</w:t>
            </w:r>
          </w:p>
        </w:tc>
      </w:tr>
      <w:tr w:rsidR="00A11ECC" w:rsidRPr="005F422F">
        <w:trPr>
          <w:cantSplit/>
        </w:trPr>
        <w:tc>
          <w:tcPr>
            <w:tcW w:w="9636" w:type="dxa"/>
            <w:gridSpan w:val="6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sz w:val="22"/>
              </w:rPr>
              <w:t xml:space="preserve"> ☐ teren     ☐ construcții</w:t>
            </w:r>
          </w:p>
        </w:tc>
      </w:tr>
      <w:tr w:rsidR="00A11ECC" w:rsidRPr="005F422F">
        <w:trPr>
          <w:cantSplit/>
          <w:trHeight w:val="510"/>
        </w:trPr>
        <w:tc>
          <w:tcPr>
            <w:tcW w:w="3212" w:type="dxa"/>
            <w:gridSpan w:val="2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Județ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2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Municipiu / oraș / comună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2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Sat / sector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</w:tc>
      </w:tr>
      <w:tr w:rsidR="00A11ECC" w:rsidRPr="005F422F">
        <w:trPr>
          <w:cantSplit/>
          <w:trHeight w:val="510"/>
        </w:trPr>
        <w:tc>
          <w:tcPr>
            <w:tcW w:w="1606" w:type="dxa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Cod poștal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</w:tc>
        <w:tc>
          <w:tcPr>
            <w:tcW w:w="4818" w:type="dxa"/>
            <w:gridSpan w:val="3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Strada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Nr.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</w:tc>
        <w:tc>
          <w:tcPr>
            <w:tcW w:w="2409" w:type="dxa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 xml:space="preserve">Bl. / sc. / et. / </w:t>
            </w:r>
            <w:proofErr w:type="gramStart"/>
            <w:r w:rsidRPr="005F422F">
              <w:rPr>
                <w:b/>
                <w:color w:val="0D5F78"/>
                <w:sz w:val="22"/>
              </w:rPr>
              <w:t>ap</w:t>
            </w:r>
            <w:proofErr w:type="gramEnd"/>
            <w:r w:rsidRPr="005F422F">
              <w:rPr>
                <w:b/>
                <w:color w:val="0D5F78"/>
                <w:sz w:val="22"/>
              </w:rPr>
              <w:t>.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</w:tc>
      </w:tr>
      <w:tr w:rsidR="00A11ECC" w:rsidRPr="005F422F">
        <w:trPr>
          <w:cantSplit/>
          <w:trHeight w:val="510"/>
        </w:trPr>
        <w:tc>
          <w:tcPr>
            <w:tcW w:w="5621" w:type="dxa"/>
            <w:gridSpan w:val="3"/>
          </w:tcPr>
          <w:p w:rsidR="00A11ECC" w:rsidRPr="005F422F" w:rsidRDefault="001E461A">
            <w:pPr>
              <w:keepNext/>
              <w:rPr>
                <w:sz w:val="22"/>
                <w:lang w:val="fr-FR"/>
              </w:rPr>
            </w:pPr>
            <w:r w:rsidRPr="005F422F">
              <w:rPr>
                <w:b/>
                <w:color w:val="0D5F78"/>
                <w:sz w:val="22"/>
                <w:lang w:val="fr-FR"/>
              </w:rPr>
              <w:t>Număr cadastral</w:t>
            </w:r>
          </w:p>
          <w:p w:rsidR="00A11ECC" w:rsidRPr="005F422F" w:rsidRDefault="001E461A">
            <w:pPr>
              <w:keepNext/>
              <w:rPr>
                <w:sz w:val="22"/>
                <w:lang w:val="fr-FR"/>
              </w:rPr>
            </w:pPr>
            <w:r w:rsidRPr="005F422F">
              <w:rPr>
                <w:i/>
                <w:color w:val="7A7A7A"/>
                <w:sz w:val="22"/>
                <w:lang w:val="fr-FR"/>
              </w:rPr>
              <w:t>dacă imobilul e înscris în e-Terra</w:t>
            </w:r>
          </w:p>
          <w:p w:rsidR="00A11ECC" w:rsidRPr="005F422F" w:rsidRDefault="00A11ECC">
            <w:pPr>
              <w:keepNext/>
              <w:rPr>
                <w:sz w:val="22"/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Carte funciară nr.</w:t>
            </w:r>
          </w:p>
          <w:p w:rsidR="00A11ECC" w:rsidRPr="005F422F" w:rsidRDefault="00A11ECC">
            <w:pPr>
              <w:keepNext/>
              <w:rPr>
                <w:sz w:val="22"/>
              </w:rPr>
            </w:pPr>
          </w:p>
        </w:tc>
      </w:tr>
    </w:tbl>
    <w:p w:rsidR="00A11ECC" w:rsidRPr="005F422F" w:rsidRDefault="00A11ECC">
      <w:pPr>
        <w:spacing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:rsidRPr="005F422F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A11ECC" w:rsidRPr="005F422F" w:rsidRDefault="001E461A">
            <w:pPr>
              <w:keepNext/>
              <w:rPr>
                <w:sz w:val="22"/>
              </w:rPr>
            </w:pPr>
            <w:r w:rsidRPr="005F422F">
              <w:rPr>
                <w:b/>
                <w:sz w:val="22"/>
              </w:rPr>
              <w:t xml:space="preserve"> 5. </w:t>
            </w:r>
            <w:r w:rsidRPr="005F422F">
              <w:rPr>
                <w:b/>
                <w:color w:val="000000"/>
                <w:sz w:val="22"/>
              </w:rPr>
              <w:t>DATA ȘI SEMNĂTURA</w:t>
            </w:r>
          </w:p>
        </w:tc>
      </w:tr>
      <w:tr w:rsidR="00A11ECC" w:rsidRPr="005F422F">
        <w:trPr>
          <w:cantSplit/>
          <w:trHeight w:val="510"/>
        </w:trPr>
        <w:tc>
          <w:tcPr>
            <w:tcW w:w="1606" w:type="dxa"/>
          </w:tcPr>
          <w:p w:rsidR="00A11ECC" w:rsidRPr="005F422F" w:rsidRDefault="001E461A">
            <w:pPr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Data</w:t>
            </w:r>
          </w:p>
          <w:p w:rsidR="00A11ECC" w:rsidRPr="005F422F" w:rsidRDefault="00A11ECC">
            <w:pPr>
              <w:rPr>
                <w:sz w:val="22"/>
              </w:rPr>
            </w:pPr>
          </w:p>
        </w:tc>
        <w:tc>
          <w:tcPr>
            <w:tcW w:w="4818" w:type="dxa"/>
          </w:tcPr>
          <w:p w:rsidR="00A11ECC" w:rsidRPr="005F422F" w:rsidRDefault="001E461A">
            <w:pPr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Titularul autorizației</w:t>
            </w:r>
          </w:p>
          <w:p w:rsidR="00A11ECC" w:rsidRPr="005F422F" w:rsidRDefault="00A11ECC">
            <w:pPr>
              <w:rPr>
                <w:sz w:val="22"/>
              </w:rPr>
            </w:pPr>
          </w:p>
        </w:tc>
        <w:tc>
          <w:tcPr>
            <w:tcW w:w="3212" w:type="dxa"/>
          </w:tcPr>
          <w:p w:rsidR="00A11ECC" w:rsidRPr="005F422F" w:rsidRDefault="001E461A">
            <w:pPr>
              <w:rPr>
                <w:sz w:val="22"/>
              </w:rPr>
            </w:pPr>
            <w:r w:rsidRPr="005F422F">
              <w:rPr>
                <w:b/>
                <w:color w:val="0D5F78"/>
                <w:sz w:val="22"/>
              </w:rPr>
              <w:t>Semnătura</w:t>
            </w:r>
          </w:p>
          <w:p w:rsidR="00A11ECC" w:rsidRPr="005F422F" w:rsidRDefault="00A11ECC">
            <w:pPr>
              <w:rPr>
                <w:sz w:val="22"/>
              </w:rPr>
            </w:pPr>
          </w:p>
        </w:tc>
      </w:tr>
    </w:tbl>
    <w:p w:rsidR="00A11ECC" w:rsidRPr="005F422F" w:rsidRDefault="00A11ECC">
      <w:pPr>
        <w:spacing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5F422F">
        <w:trPr>
          <w:cantSplit/>
        </w:trPr>
        <w:tc>
          <w:tcPr>
            <w:tcW w:w="9636" w:type="dxa"/>
            <w:shd w:val="clear" w:color="auto" w:fill="F4F4F4"/>
          </w:tcPr>
          <w:p w:rsidR="00A11ECC" w:rsidRPr="005F422F" w:rsidRDefault="001E461A">
            <w:pPr>
              <w:spacing w:line="228" w:lineRule="auto"/>
              <w:rPr>
                <w:sz w:val="22"/>
                <w:lang w:val="fr-FR"/>
              </w:rPr>
            </w:pPr>
            <w:r w:rsidRPr="005F422F">
              <w:rPr>
                <w:sz w:val="22"/>
                <w:lang w:val="fr-FR"/>
              </w:rPr>
              <w:t>Formularul se anexează la autorizația de construire / desființare în două exemplare. Titularul autorizației este obligat să păstreze pe șantier un exemplar al acestei înștiințări, cu numărul și data înregistrării la autoritatea emitentă.</w:t>
            </w:r>
          </w:p>
        </w:tc>
      </w:tr>
    </w:tbl>
    <w:p w:rsidR="00A11ECC" w:rsidRPr="005F422F" w:rsidRDefault="00A11ECC">
      <w:pPr>
        <w:spacing w:line="168" w:lineRule="auto"/>
        <w:rPr>
          <w:sz w:val="22"/>
          <w:lang w:val="fr-FR"/>
        </w:rPr>
      </w:pPr>
    </w:p>
    <w:p w:rsidR="005F422F" w:rsidRPr="005F422F" w:rsidRDefault="005F422F">
      <w:pPr>
        <w:spacing w:line="168" w:lineRule="auto"/>
        <w:rPr>
          <w:sz w:val="22"/>
          <w:lang w:val="fr-FR"/>
        </w:rPr>
      </w:pPr>
    </w:p>
    <w:sectPr w:rsidR="005F422F" w:rsidRPr="005F422F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815" w:rsidRDefault="00615815">
      <w:r>
        <w:separator/>
      </w:r>
    </w:p>
  </w:endnote>
  <w:endnote w:type="continuationSeparator" w:id="0">
    <w:p w:rsidR="00615815" w:rsidRDefault="00615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ECC" w:rsidRDefault="001E461A">
    <w:pPr>
      <w:pStyle w:val="Footer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 w:rsidR="00780B70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780B70">
      <w:rPr>
        <w:color w:val="595959"/>
      </w:rPr>
      <w:fldChar w:fldCharType="separate"/>
    </w:r>
    <w:r w:rsidR="0095143D">
      <w:rPr>
        <w:noProof/>
        <w:color w:val="595959"/>
      </w:rPr>
      <w:t>1</w:t>
    </w:r>
    <w:r w:rsidR="00780B70">
      <w:rPr>
        <w:color w:val="595959"/>
      </w:rPr>
      <w:fldChar w:fldCharType="end"/>
    </w:r>
    <w:r>
      <w:rPr>
        <w:color w:val="595959"/>
      </w:rPr>
      <w:t xml:space="preserve"> din </w:t>
    </w:r>
    <w:r w:rsidR="00780B70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780B70">
      <w:rPr>
        <w:color w:val="595959"/>
      </w:rPr>
      <w:fldChar w:fldCharType="separate"/>
    </w:r>
    <w:r w:rsidR="0095143D">
      <w:rPr>
        <w:noProof/>
        <w:color w:val="595959"/>
      </w:rPr>
      <w:t>2</w:t>
    </w:r>
    <w:r w:rsidR="00780B70"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815" w:rsidRDefault="00615815">
      <w:r>
        <w:separator/>
      </w:r>
    </w:p>
  </w:footnote>
  <w:footnote w:type="continuationSeparator" w:id="0">
    <w:p w:rsidR="00615815" w:rsidRDefault="006158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0A01C0"/>
    <w:rsid w:val="001015D7"/>
    <w:rsid w:val="00123DA8"/>
    <w:rsid w:val="0015074B"/>
    <w:rsid w:val="00182EDC"/>
    <w:rsid w:val="001E461A"/>
    <w:rsid w:val="001F772B"/>
    <w:rsid w:val="0029639D"/>
    <w:rsid w:val="00326F90"/>
    <w:rsid w:val="003E733C"/>
    <w:rsid w:val="0049437E"/>
    <w:rsid w:val="005F422F"/>
    <w:rsid w:val="00615815"/>
    <w:rsid w:val="006C103E"/>
    <w:rsid w:val="00780B70"/>
    <w:rsid w:val="0095143D"/>
    <w:rsid w:val="00A11ECC"/>
    <w:rsid w:val="00AA1D8D"/>
    <w:rsid w:val="00B47730"/>
    <w:rsid w:val="00CB0664"/>
    <w:rsid w:val="00E61A6B"/>
    <w:rsid w:val="00E6757A"/>
    <w:rsid w:val="00F20BCC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orasul-busteni.r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4351164-77F2-45D0-989B-7DF576229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1840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Roxana Crivat</dc:creator>
  <cp:lastModifiedBy>Sorina ENE</cp:lastModifiedBy>
  <cp:revision>3</cp:revision>
  <cp:lastPrinted>2026-09-11T09:11:00Z</cp:lastPrinted>
  <dcterms:created xsi:type="dcterms:W3CDTF">2026-09-18T10:23:00Z</dcterms:created>
  <dcterms:modified xsi:type="dcterms:W3CDTF">2026-10-15T08:41:00Z</dcterms:modified>
</cp:coreProperties>
</file>