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85C0B" w:rsidRPr="00C841B5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C85C0B" w:rsidRPr="00C841B5" w:rsidRDefault="00A47C74">
            <w:pPr>
              <w:keepNext/>
              <w:jc w:val="center"/>
              <w:rPr>
                <w:sz w:val="22"/>
              </w:rPr>
            </w:pPr>
            <w:r w:rsidRPr="00C841B5">
              <w:rPr>
                <w:noProof/>
                <w:sz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99060</wp:posOffset>
                  </wp:positionV>
                  <wp:extent cx="843280" cy="1081405"/>
                  <wp:effectExtent l="19050" t="19050" r="33020" b="42545"/>
                  <wp:wrapNone/>
                  <wp:docPr id="3" name="Picture 2" descr="sig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sig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6000"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2570" b="72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1081405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4" dir="2700000" algn="tl" rotWithShape="0">
                              <a:srgbClr val="808080"/>
                            </a:outerShdw>
                          </a:effectLst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Județul</w:t>
            </w:r>
            <w:r w:rsidR="00C841B5">
              <w:rPr>
                <w:b/>
                <w:color w:val="0D5F78"/>
                <w:sz w:val="22"/>
              </w:rPr>
              <w:t xml:space="preserve"> PRAHOVA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</w:tr>
      <w:tr w:rsidR="00C85C0B" w:rsidRPr="00C841B5">
        <w:trPr>
          <w:cantSplit/>
          <w:trHeight w:val="510"/>
        </w:trPr>
        <w:tc>
          <w:tcPr>
            <w:tcW w:w="1606" w:type="dxa"/>
            <w:vMerge/>
          </w:tcPr>
          <w:p w:rsidR="00C85C0B" w:rsidRPr="00C841B5" w:rsidRDefault="00C85C0B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C841B5" w:rsidRDefault="00E14257">
            <w:pPr>
              <w:keepNext/>
              <w:rPr>
                <w:b/>
                <w:color w:val="0D5F78"/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Autoritatea administrației publice</w:t>
            </w:r>
          </w:p>
          <w:p w:rsidR="00C85C0B" w:rsidRPr="00C841B5" w:rsidRDefault="00C841B5">
            <w:pPr>
              <w:keepNext/>
              <w:rPr>
                <w:sz w:val="22"/>
              </w:rPr>
            </w:pPr>
            <w:r>
              <w:rPr>
                <w:b/>
                <w:color w:val="0D5F78"/>
                <w:sz w:val="22"/>
              </w:rPr>
              <w:t>BUSTENI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</w:tr>
      <w:tr w:rsidR="00C85C0B" w:rsidRPr="00C841B5">
        <w:trPr>
          <w:cantSplit/>
          <w:trHeight w:val="510"/>
        </w:trPr>
        <w:tc>
          <w:tcPr>
            <w:tcW w:w="1606" w:type="dxa"/>
            <w:vMerge/>
          </w:tcPr>
          <w:p w:rsidR="00C85C0B" w:rsidRPr="00C841B5" w:rsidRDefault="00C85C0B">
            <w:pPr>
              <w:rPr>
                <w:sz w:val="22"/>
              </w:rPr>
            </w:pPr>
          </w:p>
        </w:tc>
        <w:tc>
          <w:tcPr>
            <w:tcW w:w="2409" w:type="dxa"/>
            <w:shd w:val="clear" w:color="auto" w:fill="F0F0F0"/>
          </w:tcPr>
          <w:p w:rsidR="00C85C0B" w:rsidRPr="00C841B5" w:rsidRDefault="00E14257" w:rsidP="00AC605C">
            <w:pPr>
              <w:keepNext/>
              <w:jc w:val="center"/>
              <w:rPr>
                <w:sz w:val="22"/>
                <w:lang w:val="fr-FR"/>
              </w:rPr>
            </w:pPr>
            <w:r w:rsidRPr="00C841B5">
              <w:rPr>
                <w:b/>
                <w:color w:val="0D5F78"/>
                <w:sz w:val="22"/>
                <w:lang w:val="fr-FR"/>
              </w:rPr>
              <w:t xml:space="preserve">Cod </w:t>
            </w:r>
            <w:proofErr w:type="gramStart"/>
            <w:r w:rsidRPr="00C841B5">
              <w:rPr>
                <w:b/>
                <w:color w:val="0D5F78"/>
                <w:sz w:val="22"/>
                <w:lang w:val="fr-FR"/>
              </w:rPr>
              <w:t>de identificare</w:t>
            </w:r>
            <w:proofErr w:type="gramEnd"/>
            <w:r w:rsidRPr="00C841B5">
              <w:rPr>
                <w:b/>
                <w:color w:val="0D5F78"/>
                <w:sz w:val="22"/>
                <w:lang w:val="fr-FR"/>
              </w:rPr>
              <w:t xml:space="preserve"> fiscală (CIF)</w:t>
            </w:r>
          </w:p>
          <w:p w:rsidR="00C85C0B" w:rsidRPr="00C841B5" w:rsidRDefault="00C841B5" w:rsidP="00AC605C">
            <w:pPr>
              <w:keepNext/>
              <w:jc w:val="center"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2845729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Adresa oficială</w:t>
            </w:r>
          </w:p>
          <w:p w:rsidR="00AC605C" w:rsidRDefault="00C841B5" w:rsidP="00C841B5">
            <w:pPr>
              <w:pStyle w:val="Header"/>
              <w:jc w:val="center"/>
              <w:rPr>
                <w:sz w:val="22"/>
              </w:rPr>
            </w:pPr>
            <w:r w:rsidRPr="00C841B5">
              <w:rPr>
                <w:sz w:val="22"/>
              </w:rPr>
              <w:t xml:space="preserve">B-dul Libertăţii nr. 91, Tel: +40/244/322005, </w:t>
            </w:r>
          </w:p>
          <w:p w:rsidR="00C841B5" w:rsidRPr="00C841B5" w:rsidRDefault="00C841B5" w:rsidP="00C841B5">
            <w:pPr>
              <w:pStyle w:val="Header"/>
              <w:jc w:val="center"/>
              <w:rPr>
                <w:sz w:val="22"/>
              </w:rPr>
            </w:pPr>
            <w:r w:rsidRPr="00C841B5">
              <w:rPr>
                <w:sz w:val="22"/>
              </w:rPr>
              <w:t>Fax: +40/244/320752</w:t>
            </w:r>
          </w:p>
          <w:p w:rsidR="00C841B5" w:rsidRPr="00C841B5" w:rsidRDefault="00382530" w:rsidP="00C841B5">
            <w:pPr>
              <w:pStyle w:val="Header"/>
              <w:jc w:val="center"/>
              <w:rPr>
                <w:sz w:val="22"/>
                <w:lang w:val="fr-FR"/>
              </w:rPr>
            </w:pPr>
            <w:hyperlink r:id="rId10" w:history="1">
              <w:r w:rsidR="00C841B5" w:rsidRPr="00C841B5">
                <w:rPr>
                  <w:sz w:val="22"/>
                  <w:lang w:val="fr-FR"/>
                </w:rPr>
                <w:t>http://www.orasul-busteni.ro</w:t>
              </w:r>
            </w:hyperlink>
            <w:r w:rsidR="00C841B5" w:rsidRPr="00C841B5">
              <w:rPr>
                <w:sz w:val="22"/>
                <w:lang w:val="fr-FR"/>
              </w:rPr>
              <w:t xml:space="preserve">; e-mail: </w:t>
            </w:r>
          </w:p>
          <w:p w:rsidR="00C85C0B" w:rsidRPr="00AC605C" w:rsidRDefault="00C841B5" w:rsidP="00AC605C">
            <w:pPr>
              <w:pStyle w:val="Header"/>
              <w:jc w:val="center"/>
              <w:rPr>
                <w:sz w:val="22"/>
                <w:lang w:val="ro-RO"/>
              </w:rPr>
            </w:pPr>
            <w:r w:rsidRPr="00C841B5">
              <w:rPr>
                <w:sz w:val="22"/>
                <w:lang w:val="fr-FR"/>
              </w:rPr>
              <w:t>office@orasul-busteni.ro</w:t>
            </w:r>
            <w:bookmarkStart w:id="0" w:name="_GoBack"/>
            <w:bookmarkEnd w:id="0"/>
          </w:p>
        </w:tc>
      </w:tr>
      <w:tr w:rsidR="00C85C0B" w:rsidRPr="00C841B5">
        <w:trPr>
          <w:cantSplit/>
          <w:trHeight w:val="510"/>
        </w:trPr>
        <w:tc>
          <w:tcPr>
            <w:tcW w:w="1606" w:type="dxa"/>
            <w:vMerge/>
          </w:tcPr>
          <w:p w:rsidR="00C85C0B" w:rsidRPr="00C841B5" w:rsidRDefault="00C85C0B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Număr de înregistrare</w:t>
            </w:r>
          </w:p>
          <w:p w:rsidR="00C85C0B" w:rsidRDefault="00C85C0B">
            <w:pPr>
              <w:keepNext/>
              <w:rPr>
                <w:sz w:val="22"/>
              </w:rPr>
            </w:pPr>
          </w:p>
          <w:p w:rsidR="00C841B5" w:rsidRPr="00C841B5" w:rsidRDefault="00C841B5">
            <w:pPr>
              <w:keepNext/>
              <w:rPr>
                <w:sz w:val="22"/>
              </w:rPr>
            </w:pPr>
          </w:p>
        </w:tc>
        <w:tc>
          <w:tcPr>
            <w:tcW w:w="3212" w:type="dxa"/>
            <w:shd w:val="clear" w:color="auto" w:fill="F0F0F0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Data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</w:tr>
      <w:tr w:rsidR="00C85C0B" w:rsidRPr="00C841B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C85C0B" w:rsidRPr="00C841B5" w:rsidRDefault="00E14257">
            <w:pPr>
              <w:rPr>
                <w:sz w:val="22"/>
                <w:lang w:val="fr-FR"/>
              </w:rPr>
            </w:pPr>
            <w:r w:rsidRPr="00C841B5">
              <w:rPr>
                <w:i/>
                <w:color w:val="595959"/>
                <w:sz w:val="22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C85C0B" w:rsidRPr="00C841B5" w:rsidRDefault="00C85C0B">
      <w:pPr>
        <w:spacing w:line="168" w:lineRule="auto"/>
        <w:rPr>
          <w:sz w:val="22"/>
          <w:lang w:val="fr-FR"/>
        </w:rPr>
      </w:pPr>
    </w:p>
    <w:p w:rsidR="00C85C0B" w:rsidRDefault="00E14257">
      <w:pPr>
        <w:spacing w:before="140" w:after="40"/>
        <w:jc w:val="center"/>
        <w:rPr>
          <w:b/>
          <w:sz w:val="22"/>
        </w:rPr>
      </w:pPr>
      <w:r w:rsidRPr="00C841B5">
        <w:rPr>
          <w:b/>
          <w:sz w:val="22"/>
        </w:rPr>
        <w:t>ÎNȘTIINȚARE</w:t>
      </w:r>
    </w:p>
    <w:p w:rsidR="00C841B5" w:rsidRPr="00C841B5" w:rsidRDefault="00C841B5">
      <w:pPr>
        <w:spacing w:before="140" w:after="40"/>
        <w:jc w:val="center"/>
        <w:rPr>
          <w:sz w:val="22"/>
        </w:rPr>
      </w:pPr>
    </w:p>
    <w:p w:rsidR="00C85C0B" w:rsidRPr="00C841B5" w:rsidRDefault="00E14257">
      <w:pPr>
        <w:spacing w:after="120"/>
        <w:jc w:val="center"/>
        <w:rPr>
          <w:sz w:val="22"/>
        </w:rPr>
      </w:pPr>
      <w:proofErr w:type="gramStart"/>
      <w:r w:rsidRPr="00C841B5">
        <w:rPr>
          <w:sz w:val="22"/>
        </w:rPr>
        <w:t>privind</w:t>
      </w:r>
      <w:proofErr w:type="gramEnd"/>
      <w:r w:rsidRPr="00C841B5">
        <w:rPr>
          <w:sz w:val="22"/>
        </w:rPr>
        <w:t xml:space="preserve"> finalizarea lucrărilor notificate și solicitarea participării reprezentantului UAT la recepție</w:t>
      </w:r>
    </w:p>
    <w:p w:rsidR="00C85C0B" w:rsidRPr="00C841B5" w:rsidRDefault="00C85C0B">
      <w:pPr>
        <w:spacing w:after="60"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:rsidRPr="00C841B5">
        <w:trPr>
          <w:cantSplit/>
        </w:trPr>
        <w:tc>
          <w:tcPr>
            <w:tcW w:w="9636" w:type="dxa"/>
            <w:shd w:val="clear" w:color="auto" w:fill="F4F4F4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sz w:val="22"/>
              </w:rPr>
              <w:t xml:space="preserve"> 1. </w:t>
            </w:r>
            <w:r w:rsidRPr="00C841B5">
              <w:rPr>
                <w:b/>
                <w:color w:val="000000"/>
                <w:sz w:val="22"/>
              </w:rPr>
              <w:t>CĂTRE</w:t>
            </w:r>
          </w:p>
        </w:tc>
      </w:tr>
      <w:tr w:rsidR="00C85C0B" w:rsidRPr="00C841B5">
        <w:trPr>
          <w:cantSplit/>
          <w:trHeight w:val="510"/>
        </w:trPr>
        <w:tc>
          <w:tcPr>
            <w:tcW w:w="9636" w:type="dxa"/>
          </w:tcPr>
          <w:p w:rsidR="00C85C0B" w:rsidRPr="00C841B5" w:rsidRDefault="00E14257">
            <w:pPr>
              <w:keepNext/>
              <w:rPr>
                <w:sz w:val="22"/>
                <w:lang w:val="fr-FR"/>
              </w:rPr>
            </w:pPr>
            <w:r w:rsidRPr="00C841B5">
              <w:rPr>
                <w:b/>
                <w:color w:val="0D5F78"/>
                <w:sz w:val="22"/>
                <w:lang w:val="fr-FR"/>
              </w:rPr>
              <w:t>Instituția</w:t>
            </w:r>
          </w:p>
          <w:p w:rsidR="00C85C0B" w:rsidRPr="00C841B5" w:rsidRDefault="00E14257">
            <w:pPr>
              <w:keepNext/>
              <w:rPr>
                <w:sz w:val="22"/>
                <w:lang w:val="fr-FR"/>
              </w:rPr>
            </w:pPr>
            <w:r w:rsidRPr="00C841B5">
              <w:rPr>
                <w:i/>
                <w:color w:val="7A7A7A"/>
                <w:sz w:val="22"/>
                <w:lang w:val="fr-FR"/>
              </w:rPr>
              <w:t>primăria municipiului / orașului / comunei · primăria de sector · consiliul județean</w:t>
            </w:r>
          </w:p>
          <w:p w:rsidR="00C85C0B" w:rsidRPr="00C841B5" w:rsidRDefault="00C85C0B">
            <w:pPr>
              <w:keepNext/>
              <w:rPr>
                <w:sz w:val="22"/>
                <w:lang w:val="fr-FR"/>
              </w:rPr>
            </w:pPr>
          </w:p>
        </w:tc>
      </w:tr>
      <w:tr w:rsidR="00C85C0B" w:rsidRPr="00C841B5">
        <w:trPr>
          <w:cantSplit/>
        </w:trPr>
        <w:tc>
          <w:tcPr>
            <w:tcW w:w="9636" w:type="dxa"/>
            <w:shd w:val="clear" w:color="auto" w:fill="F4F4F4"/>
          </w:tcPr>
          <w:p w:rsidR="00C85C0B" w:rsidRPr="00C841B5" w:rsidRDefault="00E14257">
            <w:pPr>
              <w:spacing w:line="228" w:lineRule="auto"/>
              <w:rPr>
                <w:sz w:val="22"/>
                <w:lang w:val="fr-FR"/>
              </w:rPr>
            </w:pPr>
            <w:r w:rsidRPr="00C841B5">
              <w:rPr>
                <w:sz w:val="22"/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:rsidR="00C85C0B" w:rsidRPr="00C841B5" w:rsidRDefault="00C85C0B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:rsidRPr="00C841B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sz w:val="22"/>
              </w:rPr>
              <w:t xml:space="preserve">2. </w:t>
            </w:r>
            <w:r w:rsidRPr="00C841B5">
              <w:rPr>
                <w:b/>
                <w:color w:val="000000"/>
                <w:sz w:val="22"/>
              </w:rPr>
              <w:t>SOLICITANTUL</w:t>
            </w:r>
          </w:p>
        </w:tc>
      </w:tr>
      <w:tr w:rsidR="00C85C0B" w:rsidRPr="00C841B5">
        <w:trPr>
          <w:cantSplit/>
          <w:trHeight w:val="510"/>
        </w:trPr>
        <w:tc>
          <w:tcPr>
            <w:tcW w:w="5621" w:type="dxa"/>
            <w:gridSpan w:val="5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Nume și prenume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4015" w:type="dxa"/>
            <w:gridSpan w:val="3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CNP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</w:tr>
      <w:tr w:rsidR="00C85C0B" w:rsidRPr="00C841B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sz w:val="22"/>
              </w:rPr>
              <w:t xml:space="preserve"> Act de identitate</w:t>
            </w:r>
          </w:p>
        </w:tc>
      </w:tr>
      <w:tr w:rsidR="00C85C0B" w:rsidRPr="00C841B5">
        <w:trPr>
          <w:cantSplit/>
          <w:trHeight w:val="510"/>
        </w:trPr>
        <w:tc>
          <w:tcPr>
            <w:tcW w:w="1606" w:type="dxa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Seria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Numărul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5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Eliberat de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La data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</w:tr>
      <w:tr w:rsidR="00C85C0B" w:rsidRPr="00C841B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sz w:val="22"/>
              </w:rPr>
              <w:t xml:space="preserve"> Domiciliul</w:t>
            </w:r>
          </w:p>
        </w:tc>
      </w:tr>
      <w:tr w:rsidR="00C85C0B" w:rsidRPr="00C841B5">
        <w:trPr>
          <w:cantSplit/>
          <w:trHeight w:val="510"/>
        </w:trPr>
        <w:tc>
          <w:tcPr>
            <w:tcW w:w="3212" w:type="dxa"/>
            <w:gridSpan w:val="2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Județul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4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Municipiul / orașul / comuna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Satul / sectorul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</w:tr>
      <w:tr w:rsidR="00C85C0B" w:rsidRPr="00C841B5">
        <w:trPr>
          <w:cantSplit/>
          <w:trHeight w:val="510"/>
        </w:trPr>
        <w:tc>
          <w:tcPr>
            <w:tcW w:w="3212" w:type="dxa"/>
            <w:gridSpan w:val="2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Strada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Nr.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Sc.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Et.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Ap.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Cod poștal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Țara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</w:tr>
      <w:tr w:rsidR="00C85C0B" w:rsidRPr="00C841B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sz w:val="22"/>
              </w:rPr>
              <w:t xml:space="preserve"> Date de contact</w:t>
            </w:r>
          </w:p>
        </w:tc>
      </w:tr>
      <w:tr w:rsidR="00C85C0B" w:rsidRPr="00C841B5">
        <w:trPr>
          <w:cantSplit/>
          <w:trHeight w:val="510"/>
        </w:trPr>
        <w:tc>
          <w:tcPr>
            <w:tcW w:w="4015" w:type="dxa"/>
            <w:gridSpan w:val="3"/>
          </w:tcPr>
          <w:p w:rsidR="00C85C0B" w:rsidRPr="00C841B5" w:rsidRDefault="00E14257">
            <w:pPr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Telefon / fax</w:t>
            </w:r>
          </w:p>
          <w:p w:rsidR="00C85C0B" w:rsidRPr="00C841B5" w:rsidRDefault="00C85C0B">
            <w:pPr>
              <w:rPr>
                <w:sz w:val="22"/>
              </w:rPr>
            </w:pPr>
          </w:p>
        </w:tc>
        <w:tc>
          <w:tcPr>
            <w:tcW w:w="5621" w:type="dxa"/>
            <w:gridSpan w:val="5"/>
          </w:tcPr>
          <w:p w:rsidR="00C85C0B" w:rsidRPr="00C841B5" w:rsidRDefault="00E14257">
            <w:pPr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E-mail</w:t>
            </w:r>
          </w:p>
          <w:p w:rsidR="00C85C0B" w:rsidRPr="00C841B5" w:rsidRDefault="00C85C0B">
            <w:pPr>
              <w:rPr>
                <w:sz w:val="22"/>
              </w:rPr>
            </w:pPr>
          </w:p>
        </w:tc>
      </w:tr>
    </w:tbl>
    <w:p w:rsidR="00C85C0B" w:rsidRPr="00C841B5" w:rsidRDefault="00C85C0B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:rsidRPr="00C841B5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sz w:val="22"/>
              </w:rPr>
              <w:t xml:space="preserve"> 3. </w:t>
            </w:r>
            <w:r w:rsidRPr="00C841B5">
              <w:rPr>
                <w:b/>
                <w:color w:val="000000"/>
                <w:sz w:val="22"/>
              </w:rPr>
              <w:t>NOTIFICAREA</w:t>
            </w:r>
          </w:p>
        </w:tc>
      </w:tr>
      <w:tr w:rsidR="00C85C0B" w:rsidRPr="00C841B5">
        <w:trPr>
          <w:cantSplit/>
          <w:trHeight w:val="510"/>
        </w:trPr>
        <w:tc>
          <w:tcPr>
            <w:tcW w:w="2409" w:type="dxa"/>
          </w:tcPr>
          <w:p w:rsidR="00C85C0B" w:rsidRPr="00C841B5" w:rsidRDefault="00E14257">
            <w:pPr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Nr. / data notificării</w:t>
            </w:r>
          </w:p>
          <w:p w:rsidR="00C85C0B" w:rsidRPr="00C841B5" w:rsidRDefault="00C85C0B">
            <w:pPr>
              <w:rPr>
                <w:sz w:val="22"/>
              </w:rPr>
            </w:pPr>
          </w:p>
        </w:tc>
        <w:tc>
          <w:tcPr>
            <w:tcW w:w="2409" w:type="dxa"/>
          </w:tcPr>
          <w:p w:rsidR="00C85C0B" w:rsidRPr="00C841B5" w:rsidRDefault="00E14257">
            <w:pPr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Proiect nr. / cod</w:t>
            </w:r>
          </w:p>
          <w:p w:rsidR="00C85C0B" w:rsidRPr="00C841B5" w:rsidRDefault="00C85C0B">
            <w:pPr>
              <w:rPr>
                <w:sz w:val="22"/>
              </w:rPr>
            </w:pPr>
          </w:p>
        </w:tc>
        <w:tc>
          <w:tcPr>
            <w:tcW w:w="4818" w:type="dxa"/>
          </w:tcPr>
          <w:p w:rsidR="00C85C0B" w:rsidRPr="00C841B5" w:rsidRDefault="00E14257">
            <w:pPr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Imobilul</w:t>
            </w:r>
          </w:p>
          <w:p w:rsidR="00C85C0B" w:rsidRPr="00C841B5" w:rsidRDefault="00C85C0B">
            <w:pPr>
              <w:rPr>
                <w:sz w:val="22"/>
              </w:rPr>
            </w:pPr>
          </w:p>
        </w:tc>
      </w:tr>
    </w:tbl>
    <w:p w:rsidR="00C85C0B" w:rsidRPr="00C841B5" w:rsidRDefault="00C85C0B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:rsidRPr="00C841B5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sz w:val="22"/>
              </w:rPr>
              <w:t xml:space="preserve"> 4. </w:t>
            </w:r>
            <w:r w:rsidRPr="00C841B5">
              <w:rPr>
                <w:b/>
                <w:color w:val="000000"/>
                <w:sz w:val="22"/>
              </w:rPr>
              <w:t>EXECUȚIA ȘI RECEPȚIA</w:t>
            </w:r>
          </w:p>
        </w:tc>
      </w:tr>
      <w:tr w:rsidR="00C85C0B" w:rsidRPr="00C841B5">
        <w:trPr>
          <w:cantSplit/>
          <w:trHeight w:val="510"/>
        </w:trPr>
        <w:tc>
          <w:tcPr>
            <w:tcW w:w="4818" w:type="dxa"/>
            <w:gridSpan w:val="2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Data începerii lucrărilor</w:t>
            </w:r>
          </w:p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i/>
                <w:color w:val="7A7A7A"/>
                <w:sz w:val="22"/>
              </w:rPr>
              <w:t>se declară aici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4818" w:type="dxa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Data finalizării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</w:tr>
      <w:tr w:rsidR="00C85C0B" w:rsidRPr="00C841B5">
        <w:trPr>
          <w:cantSplit/>
          <w:trHeight w:val="510"/>
        </w:trPr>
        <w:tc>
          <w:tcPr>
            <w:tcW w:w="3212" w:type="dxa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Data propusă pentru recepție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ora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  <w:tc>
          <w:tcPr>
            <w:tcW w:w="4818" w:type="dxa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locul</w:t>
            </w:r>
          </w:p>
          <w:p w:rsidR="00C85C0B" w:rsidRPr="00C841B5" w:rsidRDefault="00C85C0B">
            <w:pPr>
              <w:keepNext/>
              <w:rPr>
                <w:sz w:val="22"/>
              </w:rPr>
            </w:pPr>
          </w:p>
        </w:tc>
      </w:tr>
      <w:tr w:rsidR="00C85C0B" w:rsidRPr="00C841B5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C85C0B" w:rsidRPr="00C841B5" w:rsidRDefault="00150E80">
            <w:pPr>
              <w:spacing w:line="228" w:lineRule="auto"/>
              <w:rPr>
                <w:sz w:val="22"/>
              </w:rPr>
            </w:pPr>
            <w:r w:rsidRPr="00C841B5">
              <w:rPr>
                <w:sz w:val="22"/>
              </w:rPr>
              <w:t>Legea nr.169/2026 privind Codul amenajării teritoriului, urbanismului și construcțiilor nu instituie o înștiințare distinctă privind începerea lucrărilor notificate; data începerii se declară în prezentul formular și se consemnează în procesul-verbal de recepție.</w:t>
            </w:r>
          </w:p>
        </w:tc>
      </w:tr>
    </w:tbl>
    <w:p w:rsidR="00C85C0B" w:rsidRPr="00C841B5" w:rsidRDefault="00C85C0B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:rsidRPr="00C841B5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:rsidR="00C85C0B" w:rsidRPr="00C841B5" w:rsidRDefault="00E14257">
            <w:pPr>
              <w:keepNext/>
              <w:rPr>
                <w:sz w:val="22"/>
              </w:rPr>
            </w:pPr>
            <w:r w:rsidRPr="00C841B5">
              <w:rPr>
                <w:b/>
                <w:sz w:val="22"/>
              </w:rPr>
              <w:t xml:space="preserve"> 5. </w:t>
            </w:r>
            <w:r w:rsidRPr="00C841B5">
              <w:rPr>
                <w:b/>
                <w:color w:val="000000"/>
                <w:sz w:val="22"/>
              </w:rPr>
              <w:t>DATA ȘI SEMNĂTURA</w:t>
            </w:r>
          </w:p>
        </w:tc>
      </w:tr>
      <w:tr w:rsidR="00C85C0B" w:rsidRPr="00C841B5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:rsidR="00C85C0B" w:rsidRPr="00C841B5" w:rsidRDefault="00E14257">
            <w:pPr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Data</w:t>
            </w:r>
          </w:p>
          <w:p w:rsidR="00C85C0B" w:rsidRPr="00C841B5" w:rsidRDefault="00C85C0B">
            <w:pPr>
              <w:rPr>
                <w:sz w:val="22"/>
              </w:rPr>
            </w:pPr>
          </w:p>
        </w:tc>
        <w:tc>
          <w:tcPr>
            <w:tcW w:w="4818" w:type="dxa"/>
            <w:tcBorders>
              <w:bottom w:val="single" w:sz="4" w:space="0" w:color="auto"/>
            </w:tcBorders>
          </w:tcPr>
          <w:p w:rsidR="00C85C0B" w:rsidRPr="00C841B5" w:rsidRDefault="00E14257">
            <w:pPr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Beneficiarul</w:t>
            </w:r>
          </w:p>
          <w:p w:rsidR="00C85C0B" w:rsidRPr="00C841B5" w:rsidRDefault="00C85C0B">
            <w:pPr>
              <w:rPr>
                <w:sz w:val="22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</w:tcPr>
          <w:p w:rsidR="00C85C0B" w:rsidRPr="00C841B5" w:rsidRDefault="00E14257">
            <w:pPr>
              <w:rPr>
                <w:sz w:val="22"/>
              </w:rPr>
            </w:pPr>
            <w:r w:rsidRPr="00C841B5">
              <w:rPr>
                <w:b/>
                <w:color w:val="0D5F78"/>
                <w:sz w:val="22"/>
              </w:rPr>
              <w:t>Semnătura</w:t>
            </w:r>
          </w:p>
          <w:p w:rsidR="00C85C0B" w:rsidRPr="00C841B5" w:rsidRDefault="00C85C0B">
            <w:pPr>
              <w:rPr>
                <w:sz w:val="22"/>
              </w:rPr>
            </w:pPr>
          </w:p>
        </w:tc>
      </w:tr>
    </w:tbl>
    <w:p w:rsidR="00C85C0B" w:rsidRPr="00C841B5" w:rsidRDefault="00C85C0B">
      <w:pPr>
        <w:spacing w:line="168" w:lineRule="auto"/>
        <w:rPr>
          <w:sz w:val="22"/>
        </w:rPr>
      </w:pPr>
    </w:p>
    <w:sectPr w:rsidR="00C85C0B" w:rsidRPr="00C841B5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530" w:rsidRDefault="00382530">
      <w:r>
        <w:separator/>
      </w:r>
    </w:p>
  </w:endnote>
  <w:endnote w:type="continuationSeparator" w:id="0">
    <w:p w:rsidR="00382530" w:rsidRDefault="00382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C0B" w:rsidRDefault="00E14257">
    <w:pPr>
      <w:pStyle w:val="Footer"/>
      <w:tabs>
        <w:tab w:val="right" w:pos="9639"/>
      </w:tabs>
    </w:pPr>
    <w:r>
      <w:rPr>
        <w:color w:val="595959"/>
      </w:rPr>
      <w:t>F_NOT_07 · versiunea 1.0</w:t>
    </w:r>
    <w:r>
      <w:rPr>
        <w:color w:val="595959"/>
      </w:rPr>
      <w:tab/>
      <w:t xml:space="preserve">pagina </w:t>
    </w:r>
    <w:r w:rsidR="00F820A4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F820A4">
      <w:rPr>
        <w:color w:val="595959"/>
      </w:rPr>
      <w:fldChar w:fldCharType="separate"/>
    </w:r>
    <w:r w:rsidR="00AC605C">
      <w:rPr>
        <w:noProof/>
        <w:color w:val="595959"/>
      </w:rPr>
      <w:t>1</w:t>
    </w:r>
    <w:r w:rsidR="00F820A4">
      <w:rPr>
        <w:color w:val="595959"/>
      </w:rPr>
      <w:fldChar w:fldCharType="end"/>
    </w:r>
    <w:r>
      <w:rPr>
        <w:color w:val="595959"/>
      </w:rPr>
      <w:t xml:space="preserve"> din </w:t>
    </w:r>
    <w:r w:rsidR="00F820A4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F820A4">
      <w:rPr>
        <w:color w:val="595959"/>
      </w:rPr>
      <w:fldChar w:fldCharType="separate"/>
    </w:r>
    <w:r w:rsidR="00AC605C">
      <w:rPr>
        <w:noProof/>
        <w:color w:val="595959"/>
      </w:rPr>
      <w:t>1</w:t>
    </w:r>
    <w:r w:rsidR="00F820A4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530" w:rsidRDefault="00382530">
      <w:r>
        <w:separator/>
      </w:r>
    </w:p>
  </w:footnote>
  <w:footnote w:type="continuationSeparator" w:id="0">
    <w:p w:rsidR="00382530" w:rsidRDefault="003825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150E80"/>
    <w:rsid w:val="0029639D"/>
    <w:rsid w:val="00326F90"/>
    <w:rsid w:val="00382530"/>
    <w:rsid w:val="003A7070"/>
    <w:rsid w:val="003F0F62"/>
    <w:rsid w:val="004619C6"/>
    <w:rsid w:val="004D3089"/>
    <w:rsid w:val="005C02E4"/>
    <w:rsid w:val="00A47C74"/>
    <w:rsid w:val="00AA1D8D"/>
    <w:rsid w:val="00AC4B67"/>
    <w:rsid w:val="00AC605C"/>
    <w:rsid w:val="00B47730"/>
    <w:rsid w:val="00B94163"/>
    <w:rsid w:val="00C841B5"/>
    <w:rsid w:val="00C85C0B"/>
    <w:rsid w:val="00CB0664"/>
    <w:rsid w:val="00E14257"/>
    <w:rsid w:val="00E61A6B"/>
    <w:rsid w:val="00F15373"/>
    <w:rsid w:val="00F216E6"/>
    <w:rsid w:val="00F820A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orasul-busteni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9B9AF6-7D77-4345-8460-33879CF9B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1576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Crivat</dc:creator>
  <cp:lastModifiedBy>Sorina ENE</cp:lastModifiedBy>
  <cp:revision>3</cp:revision>
  <dcterms:created xsi:type="dcterms:W3CDTF">2026-09-18T10:20:00Z</dcterms:created>
  <dcterms:modified xsi:type="dcterms:W3CDTF">2026-10-15T08:41:00Z</dcterms:modified>
</cp:coreProperties>
</file>