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1606"/>
        <w:gridCol w:w="2409"/>
        <w:gridCol w:w="2409"/>
        <w:gridCol w:w="3212"/>
      </w:tblGrid>
      <w:tr w:rsidR="00846492" w:rsidRPr="00495771">
        <w:trPr>
          <w:cantSplit/>
          <w:trHeight w:val="510"/>
        </w:trPr>
        <w:tc>
          <w:tcPr>
            <w:tcW w:w="1606" w:type="dxa"/>
            <w:vMerge w:val="restart"/>
            <w:vAlign w:val="center"/>
          </w:tcPr>
          <w:p w:rsidR="00846492" w:rsidRPr="00495771" w:rsidRDefault="005D032D">
            <w:pPr>
              <w:keepNext/>
              <w:jc w:val="center"/>
              <w:rPr>
                <w:sz w:val="22"/>
              </w:rPr>
            </w:pPr>
            <w:r w:rsidRPr="00495771">
              <w:rPr>
                <w:noProof/>
                <w:sz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-100330</wp:posOffset>
                  </wp:positionV>
                  <wp:extent cx="843280" cy="1081405"/>
                  <wp:effectExtent l="19050" t="19050" r="33020" b="42545"/>
                  <wp:wrapNone/>
                  <wp:docPr id="3" name="Picture 2" descr="sig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sig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lum bright="-6000" contrast="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570" b="72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1081405"/>
                          </a:xfrm>
                          <a:prstGeom prst="rect">
                            <a:avLst/>
                          </a:prstGeom>
                          <a:noFill/>
                          <a:ln w="634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5924" dir="2700000" algn="tl" rotWithShape="0">
                              <a:srgbClr val="808080"/>
                            </a:outerShdw>
                          </a:effectLst>
                          <a:ex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30" w:type="dxa"/>
            <w:gridSpan w:val="3"/>
            <w:shd w:val="clear" w:color="auto" w:fill="F0F0F0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Județul</w:t>
            </w:r>
          </w:p>
          <w:p w:rsidR="00846492" w:rsidRPr="00495771" w:rsidRDefault="00495771">
            <w:pPr>
              <w:keepNext/>
              <w:rPr>
                <w:sz w:val="22"/>
              </w:rPr>
            </w:pPr>
            <w:r w:rsidRPr="00495771">
              <w:rPr>
                <w:sz w:val="22"/>
              </w:rPr>
              <w:t xml:space="preserve">PRAHOVA </w:t>
            </w:r>
          </w:p>
        </w:tc>
      </w:tr>
      <w:tr w:rsidR="00846492" w:rsidRPr="00495771">
        <w:trPr>
          <w:cantSplit/>
          <w:trHeight w:val="510"/>
        </w:trPr>
        <w:tc>
          <w:tcPr>
            <w:tcW w:w="1606" w:type="dxa"/>
            <w:vMerge/>
          </w:tcPr>
          <w:p w:rsidR="00846492" w:rsidRPr="00495771" w:rsidRDefault="00846492">
            <w:pPr>
              <w:rPr>
                <w:sz w:val="22"/>
              </w:rPr>
            </w:pPr>
          </w:p>
        </w:tc>
        <w:tc>
          <w:tcPr>
            <w:tcW w:w="8030" w:type="dxa"/>
            <w:gridSpan w:val="3"/>
            <w:shd w:val="clear" w:color="auto" w:fill="F0F0F0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Autoritatea</w:t>
            </w:r>
            <w:r w:rsidR="00495771" w:rsidRPr="00495771">
              <w:rPr>
                <w:b/>
                <w:color w:val="0D5F78"/>
                <w:sz w:val="22"/>
              </w:rPr>
              <w:t xml:space="preserve"> </w:t>
            </w:r>
            <w:r w:rsidRPr="00495771">
              <w:rPr>
                <w:b/>
                <w:color w:val="0D5F78"/>
                <w:sz w:val="22"/>
              </w:rPr>
              <w:t>administrației</w:t>
            </w:r>
            <w:r w:rsidR="00495771" w:rsidRPr="00495771">
              <w:rPr>
                <w:b/>
                <w:color w:val="0D5F78"/>
                <w:sz w:val="22"/>
              </w:rPr>
              <w:t xml:space="preserve"> </w:t>
            </w:r>
            <w:r w:rsidRPr="00495771">
              <w:rPr>
                <w:b/>
                <w:color w:val="0D5F78"/>
                <w:sz w:val="22"/>
              </w:rPr>
              <w:t>publice</w:t>
            </w:r>
          </w:p>
          <w:p w:rsidR="00846492" w:rsidRPr="00495771" w:rsidRDefault="00495771">
            <w:pPr>
              <w:keepNext/>
              <w:rPr>
                <w:sz w:val="22"/>
              </w:rPr>
            </w:pPr>
            <w:r w:rsidRPr="00495771">
              <w:rPr>
                <w:sz w:val="22"/>
              </w:rPr>
              <w:t xml:space="preserve">BUSTENI </w:t>
            </w:r>
          </w:p>
        </w:tc>
      </w:tr>
      <w:tr w:rsidR="00846492" w:rsidRPr="00495771">
        <w:trPr>
          <w:cantSplit/>
          <w:trHeight w:val="510"/>
        </w:trPr>
        <w:tc>
          <w:tcPr>
            <w:tcW w:w="1606" w:type="dxa"/>
            <w:vMerge/>
          </w:tcPr>
          <w:p w:rsidR="00846492" w:rsidRPr="00495771" w:rsidRDefault="00846492">
            <w:pPr>
              <w:rPr>
                <w:sz w:val="22"/>
              </w:rPr>
            </w:pPr>
          </w:p>
        </w:tc>
        <w:tc>
          <w:tcPr>
            <w:tcW w:w="2409" w:type="dxa"/>
            <w:shd w:val="clear" w:color="auto" w:fill="F0F0F0"/>
          </w:tcPr>
          <w:p w:rsidR="00846492" w:rsidRPr="00495771" w:rsidRDefault="003D6F49" w:rsidP="00797D1F">
            <w:pPr>
              <w:keepNext/>
              <w:jc w:val="center"/>
              <w:rPr>
                <w:sz w:val="22"/>
                <w:lang w:val="fr-FR"/>
              </w:rPr>
            </w:pPr>
            <w:r w:rsidRPr="00495771">
              <w:rPr>
                <w:b/>
                <w:color w:val="0D5F78"/>
                <w:sz w:val="22"/>
                <w:lang w:val="fr-FR"/>
              </w:rPr>
              <w:t xml:space="preserve">Cod </w:t>
            </w:r>
            <w:proofErr w:type="gramStart"/>
            <w:r w:rsidRPr="00495771">
              <w:rPr>
                <w:b/>
                <w:color w:val="0D5F78"/>
                <w:sz w:val="22"/>
                <w:lang w:val="fr-FR"/>
              </w:rPr>
              <w:t>de identificarefiscală</w:t>
            </w:r>
            <w:proofErr w:type="gramEnd"/>
            <w:r w:rsidRPr="00495771">
              <w:rPr>
                <w:b/>
                <w:color w:val="0D5F78"/>
                <w:sz w:val="22"/>
                <w:lang w:val="fr-FR"/>
              </w:rPr>
              <w:t xml:space="preserve"> (CIF)</w:t>
            </w:r>
          </w:p>
          <w:p w:rsidR="00846492" w:rsidRPr="00495771" w:rsidRDefault="00495771" w:rsidP="00797D1F">
            <w:pPr>
              <w:keepNext/>
              <w:jc w:val="center"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2845729</w:t>
            </w:r>
          </w:p>
        </w:tc>
        <w:tc>
          <w:tcPr>
            <w:tcW w:w="5621" w:type="dxa"/>
            <w:gridSpan w:val="2"/>
            <w:shd w:val="clear" w:color="auto" w:fill="F0F0F0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Adresa</w:t>
            </w:r>
            <w:r w:rsidR="00495771" w:rsidRPr="00495771">
              <w:rPr>
                <w:b/>
                <w:color w:val="0D5F78"/>
                <w:sz w:val="22"/>
              </w:rPr>
              <w:t xml:space="preserve"> </w:t>
            </w:r>
            <w:r w:rsidRPr="00495771">
              <w:rPr>
                <w:b/>
                <w:color w:val="0D5F78"/>
                <w:sz w:val="22"/>
              </w:rPr>
              <w:t>oficială</w:t>
            </w:r>
          </w:p>
          <w:p w:rsidR="00797D1F" w:rsidRDefault="00495771" w:rsidP="00495771">
            <w:pPr>
              <w:pStyle w:val="Header"/>
              <w:jc w:val="center"/>
              <w:rPr>
                <w:sz w:val="22"/>
              </w:rPr>
            </w:pPr>
            <w:r w:rsidRPr="00495771">
              <w:rPr>
                <w:sz w:val="22"/>
              </w:rPr>
              <w:t xml:space="preserve">B-dul Libertăţii nr. 91, Tel: +40/244/322005, </w:t>
            </w:r>
          </w:p>
          <w:p w:rsidR="00495771" w:rsidRPr="00495771" w:rsidRDefault="00495771" w:rsidP="00495771">
            <w:pPr>
              <w:pStyle w:val="Header"/>
              <w:jc w:val="center"/>
              <w:rPr>
                <w:sz w:val="22"/>
              </w:rPr>
            </w:pPr>
            <w:r w:rsidRPr="00495771">
              <w:rPr>
                <w:sz w:val="22"/>
              </w:rPr>
              <w:t>Fax: +40/244/320752</w:t>
            </w:r>
          </w:p>
          <w:p w:rsidR="00495771" w:rsidRPr="00495771" w:rsidRDefault="00BE360C" w:rsidP="00495771">
            <w:pPr>
              <w:pStyle w:val="Header"/>
              <w:jc w:val="center"/>
              <w:rPr>
                <w:sz w:val="22"/>
                <w:lang w:val="fr-FR"/>
              </w:rPr>
            </w:pPr>
            <w:hyperlink r:id="rId10" w:history="1">
              <w:r w:rsidR="00495771" w:rsidRPr="00495771">
                <w:rPr>
                  <w:sz w:val="22"/>
                  <w:lang w:val="fr-FR"/>
                </w:rPr>
                <w:t>http://www.orasul-busteni.ro</w:t>
              </w:r>
            </w:hyperlink>
            <w:r w:rsidR="00495771" w:rsidRPr="00495771">
              <w:rPr>
                <w:sz w:val="22"/>
                <w:lang w:val="fr-FR"/>
              </w:rPr>
              <w:t xml:space="preserve">; e-mail: </w:t>
            </w:r>
          </w:p>
          <w:p w:rsidR="00846492" w:rsidRPr="00797D1F" w:rsidRDefault="00495771" w:rsidP="00797D1F">
            <w:pPr>
              <w:pStyle w:val="Header"/>
              <w:jc w:val="center"/>
              <w:rPr>
                <w:sz w:val="22"/>
                <w:lang w:val="ro-RO"/>
              </w:rPr>
            </w:pPr>
            <w:r w:rsidRPr="00495771">
              <w:rPr>
                <w:sz w:val="22"/>
                <w:lang w:val="fr-FR"/>
              </w:rPr>
              <w:t>office@orasul-busteni.ro</w:t>
            </w:r>
            <w:bookmarkStart w:id="0" w:name="_GoBack"/>
            <w:bookmarkEnd w:id="0"/>
          </w:p>
        </w:tc>
      </w:tr>
      <w:tr w:rsidR="00846492" w:rsidRPr="00495771">
        <w:trPr>
          <w:cantSplit/>
          <w:trHeight w:val="510"/>
        </w:trPr>
        <w:tc>
          <w:tcPr>
            <w:tcW w:w="1606" w:type="dxa"/>
            <w:vMerge/>
          </w:tcPr>
          <w:p w:rsidR="00846492" w:rsidRPr="00495771" w:rsidRDefault="00846492">
            <w:pPr>
              <w:rPr>
                <w:sz w:val="22"/>
              </w:rPr>
            </w:pPr>
          </w:p>
        </w:tc>
        <w:tc>
          <w:tcPr>
            <w:tcW w:w="4818" w:type="dxa"/>
            <w:gridSpan w:val="2"/>
            <w:shd w:val="clear" w:color="auto" w:fill="F0F0F0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Număr de înregistrare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  <w:p w:rsidR="00495771" w:rsidRPr="00495771" w:rsidRDefault="00495771">
            <w:pPr>
              <w:keepNext/>
              <w:rPr>
                <w:sz w:val="22"/>
              </w:rPr>
            </w:pPr>
          </w:p>
        </w:tc>
        <w:tc>
          <w:tcPr>
            <w:tcW w:w="3212" w:type="dxa"/>
            <w:shd w:val="clear" w:color="auto" w:fill="F0F0F0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Data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</w:tr>
      <w:tr w:rsidR="00846492" w:rsidRPr="00495771">
        <w:trPr>
          <w:cantSplit/>
        </w:trPr>
        <w:tc>
          <w:tcPr>
            <w:tcW w:w="9636" w:type="dxa"/>
            <w:gridSpan w:val="4"/>
            <w:shd w:val="clear" w:color="auto" w:fill="F0F0F0"/>
          </w:tcPr>
          <w:p w:rsidR="00846492" w:rsidRPr="00495771" w:rsidRDefault="003D6F49">
            <w:pPr>
              <w:rPr>
                <w:sz w:val="22"/>
                <w:lang w:val="fr-FR"/>
              </w:rPr>
            </w:pPr>
            <w:r w:rsidRPr="00495771">
              <w:rPr>
                <w:i/>
                <w:color w:val="595959"/>
                <w:sz w:val="22"/>
                <w:lang w:val="fr-FR"/>
              </w:rPr>
              <w:t xml:space="preserve"> se completează de autoritate — solicitantul nu scrieînaceastăzonă</w:t>
            </w:r>
          </w:p>
        </w:tc>
      </w:tr>
    </w:tbl>
    <w:p w:rsidR="00846492" w:rsidRPr="00495771" w:rsidRDefault="00846492">
      <w:pPr>
        <w:spacing w:line="168" w:lineRule="auto"/>
        <w:rPr>
          <w:sz w:val="22"/>
          <w:lang w:val="fr-FR"/>
        </w:rPr>
      </w:pPr>
    </w:p>
    <w:p w:rsidR="00846492" w:rsidRPr="00495771" w:rsidRDefault="003D6F49">
      <w:pPr>
        <w:spacing w:before="140" w:after="40"/>
        <w:jc w:val="center"/>
        <w:rPr>
          <w:sz w:val="22"/>
        </w:rPr>
      </w:pPr>
      <w:r w:rsidRPr="00495771">
        <w:rPr>
          <w:b/>
          <w:sz w:val="22"/>
        </w:rPr>
        <w:t>NOTIFICARE</w:t>
      </w:r>
    </w:p>
    <w:p w:rsidR="00846492" w:rsidRPr="00495771" w:rsidRDefault="00846492">
      <w:pPr>
        <w:spacing w:after="60" w:line="168" w:lineRule="auto"/>
        <w:rPr>
          <w:sz w:val="22"/>
        </w:rPr>
      </w:pPr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9636"/>
      </w:tblGrid>
      <w:tr w:rsidR="00846492" w:rsidRPr="00495771">
        <w:trPr>
          <w:cantSplit/>
        </w:trPr>
        <w:tc>
          <w:tcPr>
            <w:tcW w:w="9636" w:type="dxa"/>
            <w:shd w:val="clear" w:color="auto" w:fill="F4F4F4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sz w:val="22"/>
              </w:rPr>
              <w:t xml:space="preserve"> 1. </w:t>
            </w:r>
            <w:r w:rsidRPr="00495771">
              <w:rPr>
                <w:b/>
                <w:color w:val="000000"/>
                <w:sz w:val="22"/>
              </w:rPr>
              <w:t>CĂTRE</w:t>
            </w:r>
          </w:p>
        </w:tc>
      </w:tr>
      <w:tr w:rsidR="00846492" w:rsidRPr="00495771">
        <w:trPr>
          <w:cantSplit/>
          <w:trHeight w:val="510"/>
        </w:trPr>
        <w:tc>
          <w:tcPr>
            <w:tcW w:w="9636" w:type="dxa"/>
          </w:tcPr>
          <w:p w:rsidR="00846492" w:rsidRPr="00495771" w:rsidRDefault="003D6F49">
            <w:pPr>
              <w:keepNext/>
              <w:rPr>
                <w:sz w:val="22"/>
                <w:lang w:val="fr-FR"/>
              </w:rPr>
            </w:pPr>
            <w:r w:rsidRPr="00495771">
              <w:rPr>
                <w:b/>
                <w:color w:val="0D5F78"/>
                <w:sz w:val="22"/>
                <w:lang w:val="fr-FR"/>
              </w:rPr>
              <w:t>Instituția</w:t>
            </w:r>
          </w:p>
          <w:p w:rsidR="00846492" w:rsidRPr="00495771" w:rsidRDefault="005D032D">
            <w:pPr>
              <w:keepNext/>
              <w:rPr>
                <w:sz w:val="22"/>
                <w:lang w:val="fr-FR"/>
              </w:rPr>
            </w:pPr>
            <w:r w:rsidRPr="00495771">
              <w:rPr>
                <w:i/>
                <w:color w:val="7A7A7A"/>
                <w:sz w:val="22"/>
                <w:lang w:val="fr-FR"/>
              </w:rPr>
              <w:t>P</w:t>
            </w:r>
            <w:r w:rsidR="003D6F49" w:rsidRPr="00495771">
              <w:rPr>
                <w:i/>
                <w:color w:val="7A7A7A"/>
                <w:sz w:val="22"/>
                <w:lang w:val="fr-FR"/>
              </w:rPr>
              <w:t>rimăria</w:t>
            </w:r>
            <w:r w:rsidR="00495771" w:rsidRPr="00495771">
              <w:rPr>
                <w:i/>
                <w:color w:val="7A7A7A"/>
                <w:sz w:val="22"/>
                <w:lang w:val="fr-FR"/>
              </w:rPr>
              <w:t xml:space="preserve"> </w:t>
            </w:r>
            <w:r w:rsidR="003D6F49" w:rsidRPr="00495771">
              <w:rPr>
                <w:i/>
                <w:color w:val="7A7A7A"/>
                <w:sz w:val="22"/>
                <w:lang w:val="fr-FR"/>
              </w:rPr>
              <w:t>municipiului / orașului / comunei · primăria de sector · consiliul</w:t>
            </w:r>
            <w:r w:rsidR="00495771" w:rsidRPr="00495771">
              <w:rPr>
                <w:i/>
                <w:color w:val="7A7A7A"/>
                <w:sz w:val="22"/>
                <w:lang w:val="fr-FR"/>
              </w:rPr>
              <w:t xml:space="preserve"> </w:t>
            </w:r>
            <w:r w:rsidR="003D6F49" w:rsidRPr="00495771">
              <w:rPr>
                <w:i/>
                <w:color w:val="7A7A7A"/>
                <w:sz w:val="22"/>
                <w:lang w:val="fr-FR"/>
              </w:rPr>
              <w:t>județean</w:t>
            </w:r>
          </w:p>
          <w:p w:rsidR="00846492" w:rsidRPr="00495771" w:rsidRDefault="00846492">
            <w:pPr>
              <w:keepNext/>
              <w:rPr>
                <w:sz w:val="22"/>
                <w:lang w:val="fr-FR"/>
              </w:rPr>
            </w:pPr>
          </w:p>
        </w:tc>
      </w:tr>
      <w:tr w:rsidR="00846492" w:rsidRPr="00495771">
        <w:trPr>
          <w:cantSplit/>
        </w:trPr>
        <w:tc>
          <w:tcPr>
            <w:tcW w:w="9636" w:type="dxa"/>
            <w:shd w:val="clear" w:color="auto" w:fill="F4F4F4"/>
          </w:tcPr>
          <w:p w:rsidR="00846492" w:rsidRPr="00495771" w:rsidRDefault="003D6F49" w:rsidP="00495771">
            <w:pPr>
              <w:spacing w:line="228" w:lineRule="auto"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Cererea va fi transmisă</w:t>
            </w:r>
            <w:r w:rsidR="00495771" w:rsidRPr="00495771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către</w:t>
            </w:r>
            <w:r w:rsidR="00495771" w:rsidRPr="00495771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președintel</w:t>
            </w:r>
            <w:r w:rsidR="00495771" w:rsidRPr="00495771">
              <w:rPr>
                <w:sz w:val="22"/>
                <w:lang w:val="fr-FR"/>
              </w:rPr>
              <w:t xml:space="preserve">e </w:t>
            </w:r>
            <w:r w:rsidRPr="00495771">
              <w:rPr>
                <w:sz w:val="22"/>
                <w:lang w:val="fr-FR"/>
              </w:rPr>
              <w:t>consiliului</w:t>
            </w:r>
            <w:r w:rsidR="00495771" w:rsidRPr="00495771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județean, primarulgeneral, primarul de sector</w:t>
            </w:r>
            <w:r w:rsidR="00495771" w:rsidRPr="00495771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sau</w:t>
            </w:r>
            <w:r w:rsidR="00495771" w:rsidRPr="00495771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primarul</w:t>
            </w:r>
            <w:r w:rsidR="00495771" w:rsidRPr="00495771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municipiului / orașului / comunei, după</w:t>
            </w:r>
            <w:r w:rsidR="00495771" w:rsidRPr="00495771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caz.</w:t>
            </w:r>
          </w:p>
        </w:tc>
      </w:tr>
    </w:tbl>
    <w:p w:rsidR="00846492" w:rsidRPr="00495771" w:rsidRDefault="00846492">
      <w:pPr>
        <w:spacing w:line="168" w:lineRule="auto"/>
        <w:rPr>
          <w:sz w:val="22"/>
          <w:lang w:val="fr-FR"/>
        </w:rPr>
      </w:pPr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1606"/>
        <w:gridCol w:w="1606"/>
        <w:gridCol w:w="803"/>
        <w:gridCol w:w="803"/>
        <w:gridCol w:w="803"/>
        <w:gridCol w:w="803"/>
        <w:gridCol w:w="1606"/>
        <w:gridCol w:w="1606"/>
      </w:tblGrid>
      <w:tr w:rsidR="00846492" w:rsidRPr="00495771">
        <w:trPr>
          <w:cantSplit/>
        </w:trPr>
        <w:tc>
          <w:tcPr>
            <w:tcW w:w="9636" w:type="dxa"/>
            <w:gridSpan w:val="8"/>
            <w:shd w:val="clear" w:color="auto" w:fill="F4F4F4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sz w:val="22"/>
              </w:rPr>
              <w:t xml:space="preserve">2. </w:t>
            </w:r>
            <w:r w:rsidRPr="00495771">
              <w:rPr>
                <w:b/>
                <w:color w:val="000000"/>
                <w:sz w:val="22"/>
              </w:rPr>
              <w:t>SOLICITANTUL</w:t>
            </w:r>
          </w:p>
        </w:tc>
      </w:tr>
      <w:tr w:rsidR="00846492" w:rsidRPr="00495771">
        <w:trPr>
          <w:cantSplit/>
          <w:trHeight w:val="510"/>
        </w:trPr>
        <w:tc>
          <w:tcPr>
            <w:tcW w:w="5621" w:type="dxa"/>
            <w:gridSpan w:val="5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Nume și prenume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  <w:tc>
          <w:tcPr>
            <w:tcW w:w="4015" w:type="dxa"/>
            <w:gridSpan w:val="3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CNP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</w:tr>
      <w:tr w:rsidR="00846492" w:rsidRPr="00495771">
        <w:trPr>
          <w:cantSplit/>
        </w:trPr>
        <w:tc>
          <w:tcPr>
            <w:tcW w:w="9636" w:type="dxa"/>
            <w:gridSpan w:val="8"/>
            <w:shd w:val="clear" w:color="auto" w:fill="F4F4F4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sz w:val="22"/>
              </w:rPr>
              <w:t xml:space="preserve"> Act de identitate</w:t>
            </w:r>
          </w:p>
        </w:tc>
      </w:tr>
      <w:tr w:rsidR="00846492" w:rsidRPr="00495771">
        <w:trPr>
          <w:cantSplit/>
          <w:trHeight w:val="510"/>
        </w:trPr>
        <w:tc>
          <w:tcPr>
            <w:tcW w:w="1606" w:type="dxa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Seria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  <w:tc>
          <w:tcPr>
            <w:tcW w:w="1606" w:type="dxa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Numărul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  <w:tc>
          <w:tcPr>
            <w:tcW w:w="4818" w:type="dxa"/>
            <w:gridSpan w:val="5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Eliberat de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  <w:tc>
          <w:tcPr>
            <w:tcW w:w="1606" w:type="dxa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La data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</w:tr>
      <w:tr w:rsidR="00846492" w:rsidRPr="00495771">
        <w:trPr>
          <w:cantSplit/>
        </w:trPr>
        <w:tc>
          <w:tcPr>
            <w:tcW w:w="9636" w:type="dxa"/>
            <w:gridSpan w:val="8"/>
            <w:shd w:val="clear" w:color="auto" w:fill="F4F4F4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sz w:val="22"/>
              </w:rPr>
              <w:t>Domiciliul</w:t>
            </w:r>
          </w:p>
        </w:tc>
      </w:tr>
      <w:tr w:rsidR="00846492" w:rsidRPr="00495771">
        <w:trPr>
          <w:cantSplit/>
          <w:trHeight w:val="510"/>
        </w:trPr>
        <w:tc>
          <w:tcPr>
            <w:tcW w:w="3212" w:type="dxa"/>
            <w:gridSpan w:val="2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Județul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  <w:tc>
          <w:tcPr>
            <w:tcW w:w="3212" w:type="dxa"/>
            <w:gridSpan w:val="4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Municipiul / orașul / comuna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  <w:tc>
          <w:tcPr>
            <w:tcW w:w="3212" w:type="dxa"/>
            <w:gridSpan w:val="2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Satul / sectorul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</w:tr>
      <w:tr w:rsidR="00846492" w:rsidRPr="00495771">
        <w:trPr>
          <w:cantSplit/>
          <w:trHeight w:val="510"/>
        </w:trPr>
        <w:tc>
          <w:tcPr>
            <w:tcW w:w="3212" w:type="dxa"/>
            <w:gridSpan w:val="2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Strada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  <w:tc>
          <w:tcPr>
            <w:tcW w:w="803" w:type="dxa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Nr.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  <w:tc>
          <w:tcPr>
            <w:tcW w:w="803" w:type="dxa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Sc.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  <w:tc>
          <w:tcPr>
            <w:tcW w:w="803" w:type="dxa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Et.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  <w:tc>
          <w:tcPr>
            <w:tcW w:w="803" w:type="dxa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Ap.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  <w:tc>
          <w:tcPr>
            <w:tcW w:w="1606" w:type="dxa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Cod poștal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  <w:tc>
          <w:tcPr>
            <w:tcW w:w="1606" w:type="dxa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Țara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</w:tr>
      <w:tr w:rsidR="00846492" w:rsidRPr="00495771">
        <w:trPr>
          <w:cantSplit/>
        </w:trPr>
        <w:tc>
          <w:tcPr>
            <w:tcW w:w="9636" w:type="dxa"/>
            <w:gridSpan w:val="8"/>
            <w:shd w:val="clear" w:color="auto" w:fill="F4F4F4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sz w:val="22"/>
              </w:rPr>
              <w:t xml:space="preserve"> Date de contact</w:t>
            </w:r>
          </w:p>
        </w:tc>
      </w:tr>
      <w:tr w:rsidR="00846492" w:rsidRPr="00495771">
        <w:trPr>
          <w:cantSplit/>
          <w:trHeight w:val="510"/>
        </w:trPr>
        <w:tc>
          <w:tcPr>
            <w:tcW w:w="4015" w:type="dxa"/>
            <w:gridSpan w:val="3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Telefon / fax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  <w:tc>
          <w:tcPr>
            <w:tcW w:w="5621" w:type="dxa"/>
            <w:gridSpan w:val="5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E-mail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</w:tr>
      <w:tr w:rsidR="00846492" w:rsidRPr="00495771">
        <w:trPr>
          <w:cantSplit/>
        </w:trPr>
        <w:tc>
          <w:tcPr>
            <w:tcW w:w="9636" w:type="dxa"/>
            <w:gridSpan w:val="8"/>
          </w:tcPr>
          <w:p w:rsidR="00846492" w:rsidRPr="00495771" w:rsidRDefault="003D6F49">
            <w:pPr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 xml:space="preserve"> ☐ titular al dreptului de proprietate     ☐ împuternicit al titularului</w:t>
            </w:r>
          </w:p>
        </w:tc>
      </w:tr>
    </w:tbl>
    <w:p w:rsidR="00846492" w:rsidRPr="00495771" w:rsidRDefault="00846492">
      <w:pPr>
        <w:spacing w:line="168" w:lineRule="auto"/>
        <w:rPr>
          <w:sz w:val="22"/>
          <w:lang w:val="fr-FR"/>
        </w:rPr>
      </w:pPr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4818"/>
        <w:gridCol w:w="1606"/>
        <w:gridCol w:w="1606"/>
        <w:gridCol w:w="1606"/>
      </w:tblGrid>
      <w:tr w:rsidR="00AD1D4A" w:rsidRPr="00495771" w:rsidTr="00F80068">
        <w:trPr>
          <w:cantSplit/>
        </w:trPr>
        <w:tc>
          <w:tcPr>
            <w:tcW w:w="9636" w:type="dxa"/>
            <w:gridSpan w:val="4"/>
            <w:shd w:val="clear" w:color="auto" w:fill="F4F4F4"/>
          </w:tcPr>
          <w:p w:rsidR="00AD1D4A" w:rsidRPr="00495771" w:rsidRDefault="00AD1D4A" w:rsidP="00F80068">
            <w:pPr>
              <w:keepNext/>
              <w:rPr>
                <w:sz w:val="22"/>
              </w:rPr>
            </w:pPr>
            <w:r w:rsidRPr="00495771">
              <w:rPr>
                <w:b/>
                <w:sz w:val="22"/>
              </w:rPr>
              <w:t xml:space="preserve">3. </w:t>
            </w:r>
            <w:r w:rsidRPr="00495771">
              <w:rPr>
                <w:b/>
                <w:color w:val="000000"/>
                <w:sz w:val="22"/>
              </w:rPr>
              <w:t>IMOBILUL</w:t>
            </w:r>
          </w:p>
        </w:tc>
      </w:tr>
      <w:tr w:rsidR="00AD1D4A" w:rsidRPr="00495771" w:rsidTr="00F80068">
        <w:trPr>
          <w:cantSplit/>
          <w:trHeight w:val="510"/>
        </w:trPr>
        <w:tc>
          <w:tcPr>
            <w:tcW w:w="4818" w:type="dxa"/>
          </w:tcPr>
          <w:p w:rsidR="00AD1D4A" w:rsidRPr="00495771" w:rsidRDefault="00AD1D4A" w:rsidP="00F80068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Localizare / adresă</w:t>
            </w:r>
          </w:p>
          <w:p w:rsidR="00AD1D4A" w:rsidRPr="00495771" w:rsidRDefault="00AD1D4A" w:rsidP="00F80068">
            <w:pPr>
              <w:keepNext/>
              <w:rPr>
                <w:sz w:val="22"/>
              </w:rPr>
            </w:pPr>
          </w:p>
        </w:tc>
        <w:tc>
          <w:tcPr>
            <w:tcW w:w="1606" w:type="dxa"/>
          </w:tcPr>
          <w:p w:rsidR="00AD1D4A" w:rsidRPr="00495771" w:rsidRDefault="00AD1D4A" w:rsidP="00F80068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Nr. cadastral</w:t>
            </w:r>
          </w:p>
          <w:p w:rsidR="00AD1D4A" w:rsidRPr="00495771" w:rsidRDefault="00AD1D4A" w:rsidP="00F80068">
            <w:pPr>
              <w:keepNext/>
              <w:rPr>
                <w:sz w:val="22"/>
              </w:rPr>
            </w:pPr>
          </w:p>
        </w:tc>
        <w:tc>
          <w:tcPr>
            <w:tcW w:w="1606" w:type="dxa"/>
          </w:tcPr>
          <w:p w:rsidR="00AD1D4A" w:rsidRPr="00495771" w:rsidRDefault="00AD1D4A" w:rsidP="00F80068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Carte funciară</w:t>
            </w:r>
          </w:p>
          <w:p w:rsidR="00AD1D4A" w:rsidRPr="00495771" w:rsidRDefault="00AD1D4A" w:rsidP="00F80068">
            <w:pPr>
              <w:keepNext/>
              <w:rPr>
                <w:sz w:val="22"/>
              </w:rPr>
            </w:pPr>
          </w:p>
        </w:tc>
        <w:tc>
          <w:tcPr>
            <w:tcW w:w="1606" w:type="dxa"/>
          </w:tcPr>
          <w:p w:rsidR="00AD1D4A" w:rsidRPr="00495771" w:rsidRDefault="00AD1D4A" w:rsidP="00F80068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Suprafață (mp)</w:t>
            </w:r>
          </w:p>
          <w:p w:rsidR="00AD1D4A" w:rsidRPr="00495771" w:rsidRDefault="00AD1D4A" w:rsidP="00F80068">
            <w:pPr>
              <w:keepNext/>
              <w:rPr>
                <w:sz w:val="22"/>
              </w:rPr>
            </w:pPr>
          </w:p>
        </w:tc>
      </w:tr>
      <w:tr w:rsidR="00AD1D4A" w:rsidRPr="00495771" w:rsidTr="00F80068">
        <w:trPr>
          <w:cantSplit/>
        </w:trPr>
        <w:tc>
          <w:tcPr>
            <w:tcW w:w="9636" w:type="dxa"/>
            <w:gridSpan w:val="4"/>
          </w:tcPr>
          <w:p w:rsidR="00AD1D4A" w:rsidRPr="00495771" w:rsidRDefault="00AD1D4A" w:rsidP="00F80068">
            <w:pPr>
              <w:keepNext/>
              <w:rPr>
                <w:sz w:val="22"/>
              </w:rPr>
            </w:pPr>
            <w:r w:rsidRPr="00495771">
              <w:rPr>
                <w:rFonts w:ascii="Segoe UI Symbol" w:hAnsi="Segoe UI Symbol" w:cs="Segoe UI Symbol"/>
                <w:sz w:val="22"/>
              </w:rPr>
              <w:t>☐</w:t>
            </w:r>
            <w:r w:rsidRPr="00495771">
              <w:rPr>
                <w:sz w:val="22"/>
              </w:rPr>
              <w:t>intravilan</w:t>
            </w:r>
            <w:r w:rsidRPr="00495771">
              <w:rPr>
                <w:rFonts w:ascii="Segoe UI Symbol" w:hAnsi="Segoe UI Symbol" w:cs="Segoe UI Symbol"/>
                <w:sz w:val="22"/>
              </w:rPr>
              <w:t>☐</w:t>
            </w:r>
            <w:r w:rsidRPr="00495771">
              <w:rPr>
                <w:sz w:val="22"/>
              </w:rPr>
              <w:t>extravilan</w:t>
            </w:r>
            <w:r w:rsidRPr="00495771">
              <w:rPr>
                <w:rFonts w:ascii="Segoe UI Symbol" w:hAnsi="Segoe UI Symbol" w:cs="Segoe UI Symbol"/>
                <w:sz w:val="22"/>
              </w:rPr>
              <w:t>☐</w:t>
            </w:r>
            <w:r w:rsidRPr="00495771">
              <w:rPr>
                <w:sz w:val="22"/>
              </w:rPr>
              <w:t xml:space="preserve">mediu rural     </w:t>
            </w:r>
            <w:r w:rsidRPr="00495771">
              <w:rPr>
                <w:rFonts w:ascii="Segoe UI Symbol" w:hAnsi="Segoe UI Symbol" w:cs="Segoe UI Symbol"/>
                <w:sz w:val="22"/>
              </w:rPr>
              <w:t>☐</w:t>
            </w:r>
            <w:r w:rsidRPr="00495771">
              <w:rPr>
                <w:sz w:val="22"/>
              </w:rPr>
              <w:t>mediu urban</w:t>
            </w:r>
          </w:p>
        </w:tc>
      </w:tr>
      <w:tr w:rsidR="00AD1D4A" w:rsidRPr="00495771" w:rsidTr="00F80068">
        <w:trPr>
          <w:cantSplit/>
        </w:trPr>
        <w:tc>
          <w:tcPr>
            <w:tcW w:w="9636" w:type="dxa"/>
            <w:gridSpan w:val="4"/>
          </w:tcPr>
          <w:p w:rsidR="00AD1D4A" w:rsidRPr="00495771" w:rsidRDefault="00AD1D4A" w:rsidP="00F80068">
            <w:pPr>
              <w:keepNext/>
              <w:rPr>
                <w:sz w:val="22"/>
                <w:lang w:val="fr-FR"/>
              </w:rPr>
            </w:pPr>
            <w:r w:rsidRPr="00495771">
              <w:rPr>
                <w:rFonts w:ascii="Segoe UI Symbol" w:hAnsi="Segoe UI Symbol" w:cs="Segoe UI Symbol"/>
                <w:sz w:val="22"/>
                <w:lang w:val="fr-FR"/>
              </w:rPr>
              <w:t>☐</w:t>
            </w:r>
            <w:r w:rsidRPr="00495771">
              <w:rPr>
                <w:sz w:val="22"/>
                <w:lang w:val="fr-FR"/>
              </w:rPr>
              <w:t>localitate</w:t>
            </w:r>
            <w:r w:rsidR="00495771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rurală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în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zonă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 xml:space="preserve">metropolitană: DA     </w:t>
            </w:r>
            <w:r w:rsidRPr="00495771">
              <w:rPr>
                <w:rFonts w:ascii="Segoe UI Symbol" w:hAnsi="Segoe UI Symbol" w:cs="Segoe UI Symbol"/>
                <w:sz w:val="22"/>
                <w:lang w:val="fr-FR"/>
              </w:rPr>
              <w:t>☐</w:t>
            </w:r>
            <w:r w:rsidRPr="00495771">
              <w:rPr>
                <w:sz w:val="22"/>
                <w:lang w:val="fr-FR"/>
              </w:rPr>
              <w:t xml:space="preserve"> NU     </w:t>
            </w:r>
            <w:r w:rsidRPr="00495771">
              <w:rPr>
                <w:rFonts w:ascii="Segoe UI Symbol" w:hAnsi="Segoe UI Symbol" w:cs="Segoe UI Symbol"/>
                <w:sz w:val="22"/>
                <w:lang w:val="fr-FR"/>
              </w:rPr>
              <w:t>☐</w:t>
            </w:r>
            <w:r w:rsidRPr="00495771">
              <w:rPr>
                <w:sz w:val="22"/>
                <w:lang w:val="fr-FR"/>
              </w:rPr>
              <w:t>neaplicabil</w:t>
            </w:r>
          </w:p>
        </w:tc>
      </w:tr>
      <w:tr w:rsidR="00AD1D4A" w:rsidRPr="00495771" w:rsidTr="00F80068">
        <w:trPr>
          <w:cantSplit/>
          <w:trHeight w:val="510"/>
        </w:trPr>
        <w:tc>
          <w:tcPr>
            <w:tcW w:w="9636" w:type="dxa"/>
            <w:gridSpan w:val="4"/>
          </w:tcPr>
          <w:p w:rsidR="00AD1D4A" w:rsidRPr="00495771" w:rsidRDefault="00AD1D4A" w:rsidP="00F80068">
            <w:pPr>
              <w:keepNext/>
              <w:rPr>
                <w:sz w:val="22"/>
                <w:lang w:val="fr-FR"/>
              </w:rPr>
            </w:pPr>
            <w:r w:rsidRPr="00495771">
              <w:rPr>
                <w:b/>
                <w:color w:val="0D5F78"/>
                <w:sz w:val="22"/>
                <w:lang w:val="fr-FR"/>
              </w:rPr>
              <w:t>Documentația de urbanism / UTR / reglementareaaplicabilă</w:t>
            </w:r>
          </w:p>
          <w:p w:rsidR="00AD1D4A" w:rsidRPr="00495771" w:rsidRDefault="00AD1D4A" w:rsidP="00F80068">
            <w:pPr>
              <w:keepNext/>
              <w:rPr>
                <w:sz w:val="22"/>
                <w:lang w:val="fr-FR"/>
              </w:rPr>
            </w:pPr>
          </w:p>
        </w:tc>
      </w:tr>
      <w:tr w:rsidR="00AD1D4A" w:rsidRPr="00495771" w:rsidTr="00F80068">
        <w:trPr>
          <w:cantSplit/>
        </w:trPr>
        <w:tc>
          <w:tcPr>
            <w:tcW w:w="9636" w:type="dxa"/>
            <w:gridSpan w:val="4"/>
          </w:tcPr>
          <w:p w:rsidR="00AD1D4A" w:rsidRPr="00495771" w:rsidRDefault="00AD1D4A" w:rsidP="00F80068">
            <w:pPr>
              <w:rPr>
                <w:sz w:val="22"/>
                <w:lang w:val="fr-FR"/>
              </w:rPr>
            </w:pPr>
            <w:r w:rsidRPr="00495771">
              <w:rPr>
                <w:rFonts w:ascii="Segoe UI Symbol" w:hAnsi="Segoe UI Symbol" w:cs="Segoe UI Symbol"/>
                <w:sz w:val="22"/>
                <w:lang w:val="fr-FR"/>
              </w:rPr>
              <w:t>☐</w:t>
            </w:r>
            <w:r w:rsidRPr="00495771">
              <w:rPr>
                <w:sz w:val="22"/>
                <w:lang w:val="fr-FR"/>
              </w:rPr>
              <w:t>în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afara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zonelor construite protejate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 xml:space="preserve">și a zonelor de protecție </w:t>
            </w:r>
            <w:proofErr w:type="gramStart"/>
            <w:r w:rsidRPr="00495771">
              <w:rPr>
                <w:sz w:val="22"/>
                <w:lang w:val="fr-FR"/>
              </w:rPr>
              <w:t>a</w:t>
            </w:r>
            <w:proofErr w:type="gramEnd"/>
            <w:r w:rsidRPr="00495771">
              <w:rPr>
                <w:sz w:val="22"/>
                <w:lang w:val="fr-FR"/>
              </w:rPr>
              <w:t xml:space="preserve"> monumentelor</w:t>
            </w:r>
          </w:p>
          <w:p w:rsidR="00AD1D4A" w:rsidRPr="00495771" w:rsidRDefault="00AD1D4A" w:rsidP="00F80068">
            <w:pPr>
              <w:rPr>
                <w:sz w:val="22"/>
                <w:lang w:val="fr-FR"/>
              </w:rPr>
            </w:pPr>
            <w:r w:rsidRPr="00495771">
              <w:rPr>
                <w:rFonts w:ascii="Segoe UI Symbol" w:hAnsi="Segoe UI Symbol" w:cs="Segoe UI Symbol"/>
                <w:sz w:val="22"/>
                <w:lang w:val="fr-FR"/>
              </w:rPr>
              <w:t>☐</w:t>
            </w:r>
            <w:r w:rsidRPr="00495771">
              <w:rPr>
                <w:sz w:val="22"/>
                <w:lang w:val="fr-FR"/>
              </w:rPr>
              <w:t>zonăconstruităprotejată / zonă de protecție a monumentului</w:t>
            </w:r>
          </w:p>
          <w:p w:rsidR="00AD1D4A" w:rsidRPr="00495771" w:rsidRDefault="00AD1D4A" w:rsidP="00F80068">
            <w:pPr>
              <w:rPr>
                <w:sz w:val="22"/>
              </w:rPr>
            </w:pPr>
            <w:r w:rsidRPr="00495771">
              <w:rPr>
                <w:rFonts w:ascii="Segoe UI Symbol" w:hAnsi="Segoe UI Symbol" w:cs="Segoe UI Symbol"/>
                <w:sz w:val="22"/>
              </w:rPr>
              <w:t>☐</w:t>
            </w:r>
            <w:r w:rsidRPr="00495771">
              <w:rPr>
                <w:sz w:val="22"/>
              </w:rPr>
              <w:t xml:space="preserve"> monument istoric / în curs de clasare / valoare</w:t>
            </w:r>
            <w:r w:rsidR="00B6317E">
              <w:rPr>
                <w:sz w:val="22"/>
              </w:rPr>
              <w:t xml:space="preserve"> </w:t>
            </w:r>
            <w:r w:rsidRPr="00495771">
              <w:rPr>
                <w:sz w:val="22"/>
              </w:rPr>
              <w:t>arhitecturală</w:t>
            </w:r>
            <w:r w:rsidR="00B6317E">
              <w:rPr>
                <w:sz w:val="22"/>
              </w:rPr>
              <w:t xml:space="preserve"> </w:t>
            </w:r>
            <w:r w:rsidRPr="00495771">
              <w:rPr>
                <w:sz w:val="22"/>
              </w:rPr>
              <w:t>ori</w:t>
            </w:r>
            <w:r w:rsidR="00B6317E">
              <w:rPr>
                <w:sz w:val="22"/>
              </w:rPr>
              <w:t xml:space="preserve"> </w:t>
            </w:r>
            <w:r w:rsidRPr="00495771">
              <w:rPr>
                <w:sz w:val="22"/>
              </w:rPr>
              <w:t>istorică</w:t>
            </w:r>
          </w:p>
          <w:p w:rsidR="00AD1D4A" w:rsidRPr="00495771" w:rsidRDefault="00AD1D4A" w:rsidP="00F80068">
            <w:pPr>
              <w:rPr>
                <w:sz w:val="22"/>
              </w:rPr>
            </w:pPr>
            <w:r w:rsidRPr="00495771">
              <w:rPr>
                <w:rFonts w:ascii="Segoe UI Symbol" w:hAnsi="Segoe UI Symbol" w:cs="Segoe UI Symbol"/>
                <w:sz w:val="22"/>
              </w:rPr>
              <w:t>☐</w:t>
            </w:r>
            <w:r w:rsidRPr="00495771">
              <w:rPr>
                <w:sz w:val="22"/>
              </w:rPr>
              <w:t xml:space="preserve"> alt regim special</w:t>
            </w:r>
          </w:p>
        </w:tc>
      </w:tr>
    </w:tbl>
    <w:p w:rsidR="00AD1D4A" w:rsidRPr="00495771" w:rsidRDefault="00AD1D4A">
      <w:pPr>
        <w:spacing w:before="80" w:after="60"/>
        <w:jc w:val="center"/>
        <w:rPr>
          <w:sz w:val="22"/>
        </w:rPr>
      </w:pPr>
      <w:proofErr w:type="gramStart"/>
      <w:r w:rsidRPr="00495771">
        <w:rPr>
          <w:sz w:val="22"/>
        </w:rPr>
        <w:t>întemeiul</w:t>
      </w:r>
      <w:proofErr w:type="gramEnd"/>
      <w:r w:rsidRPr="00495771">
        <w:rPr>
          <w:sz w:val="22"/>
        </w:rPr>
        <w:t xml:space="preserve"> art. 294–298 din Legeanr. 169/2026 privind</w:t>
      </w:r>
      <w:r w:rsidR="00B6317E">
        <w:rPr>
          <w:sz w:val="22"/>
        </w:rPr>
        <w:t xml:space="preserve"> </w:t>
      </w:r>
      <w:r w:rsidRPr="00495771">
        <w:rPr>
          <w:sz w:val="22"/>
        </w:rPr>
        <w:t>Codul</w:t>
      </w:r>
      <w:r w:rsidR="00B6317E">
        <w:rPr>
          <w:sz w:val="22"/>
        </w:rPr>
        <w:t xml:space="preserve"> </w:t>
      </w:r>
      <w:r w:rsidRPr="00495771">
        <w:rPr>
          <w:sz w:val="22"/>
        </w:rPr>
        <w:t>amenajării</w:t>
      </w:r>
      <w:r w:rsidR="00B6317E">
        <w:rPr>
          <w:sz w:val="22"/>
        </w:rPr>
        <w:t xml:space="preserve"> </w:t>
      </w:r>
      <w:r w:rsidRPr="00495771">
        <w:rPr>
          <w:sz w:val="22"/>
        </w:rPr>
        <w:t>teritoriului, urbanismului</w:t>
      </w:r>
      <w:r w:rsidR="00B6317E">
        <w:rPr>
          <w:sz w:val="22"/>
        </w:rPr>
        <w:t xml:space="preserve"> </w:t>
      </w:r>
      <w:r w:rsidRPr="00495771">
        <w:rPr>
          <w:sz w:val="22"/>
        </w:rPr>
        <w:t>și</w:t>
      </w:r>
      <w:r w:rsidR="00B6317E">
        <w:rPr>
          <w:sz w:val="22"/>
        </w:rPr>
        <w:t xml:space="preserve"> </w:t>
      </w:r>
      <w:r w:rsidRPr="00495771">
        <w:rPr>
          <w:sz w:val="22"/>
        </w:rPr>
        <w:t>construcțiilor,</w:t>
      </w:r>
    </w:p>
    <w:p w:rsidR="00D2019F" w:rsidRPr="00495771" w:rsidRDefault="003D6F49" w:rsidP="007C5D68">
      <w:pPr>
        <w:spacing w:before="80" w:after="60"/>
        <w:jc w:val="center"/>
        <w:rPr>
          <w:sz w:val="22"/>
        </w:rPr>
      </w:pPr>
      <w:proofErr w:type="gramStart"/>
      <w:r w:rsidRPr="00495771">
        <w:rPr>
          <w:sz w:val="22"/>
        </w:rPr>
        <w:t>notific</w:t>
      </w:r>
      <w:proofErr w:type="gramEnd"/>
    </w:p>
    <w:p w:rsidR="00846492" w:rsidRPr="00495771" w:rsidRDefault="00846492">
      <w:pPr>
        <w:rPr>
          <w:sz w:val="22"/>
        </w:rPr>
      </w:pPr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9636"/>
      </w:tblGrid>
      <w:tr w:rsidR="00846492" w:rsidRPr="00495771">
        <w:trPr>
          <w:cantSplit/>
        </w:trPr>
        <w:tc>
          <w:tcPr>
            <w:tcW w:w="9636" w:type="dxa"/>
            <w:shd w:val="clear" w:color="auto" w:fill="F4F4F4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sz w:val="22"/>
              </w:rPr>
              <w:lastRenderedPageBreak/>
              <w:t xml:space="preserve"> 4. </w:t>
            </w:r>
            <w:r w:rsidR="00932ED5" w:rsidRPr="00495771">
              <w:rPr>
                <w:b/>
                <w:sz w:val="22"/>
              </w:rPr>
              <w:t xml:space="preserve">EXECUTAREA URMĂTOARELOR </w:t>
            </w:r>
            <w:r w:rsidRPr="00495771">
              <w:rPr>
                <w:b/>
                <w:color w:val="000000"/>
                <w:sz w:val="22"/>
              </w:rPr>
              <w:t>LUCRĂRI</w:t>
            </w:r>
          </w:p>
        </w:tc>
      </w:tr>
      <w:tr w:rsidR="00846492" w:rsidRPr="00495771">
        <w:trPr>
          <w:cantSplit/>
        </w:trPr>
        <w:tc>
          <w:tcPr>
            <w:tcW w:w="9636" w:type="dxa"/>
            <w:shd w:val="clear" w:color="auto" w:fill="F4F4F4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sz w:val="22"/>
              </w:rPr>
              <w:t xml:space="preserve"> A · Lucrări</w:t>
            </w:r>
            <w:r w:rsidR="006C1FD9">
              <w:rPr>
                <w:sz w:val="22"/>
              </w:rPr>
              <w:t xml:space="preserve"> </w:t>
            </w:r>
            <w:r w:rsidRPr="00495771">
              <w:rPr>
                <w:sz w:val="22"/>
              </w:rPr>
              <w:t>noi</w:t>
            </w:r>
            <w:r w:rsidR="006C1FD9">
              <w:rPr>
                <w:sz w:val="22"/>
              </w:rPr>
              <w:t xml:space="preserve"> </w:t>
            </w:r>
            <w:r w:rsidRPr="00495771">
              <w:rPr>
                <w:sz w:val="22"/>
              </w:rPr>
              <w:t>în</w:t>
            </w:r>
            <w:r w:rsidR="006C1FD9">
              <w:rPr>
                <w:sz w:val="22"/>
              </w:rPr>
              <w:t xml:space="preserve"> </w:t>
            </w:r>
            <w:r w:rsidRPr="00495771">
              <w:rPr>
                <w:sz w:val="22"/>
              </w:rPr>
              <w:t>mediul rural, în</w:t>
            </w:r>
            <w:r w:rsidR="006C1FD9">
              <w:rPr>
                <w:sz w:val="22"/>
              </w:rPr>
              <w:t xml:space="preserve"> </w:t>
            </w:r>
            <w:r w:rsidRPr="00495771">
              <w:rPr>
                <w:sz w:val="22"/>
              </w:rPr>
              <w:t>intravila</w:t>
            </w:r>
            <w:r w:rsidR="007C5D68" w:rsidRPr="00495771">
              <w:rPr>
                <w:sz w:val="22"/>
              </w:rPr>
              <w:t>n, din categoria</w:t>
            </w:r>
            <w:r w:rsidR="006C1FD9">
              <w:rPr>
                <w:sz w:val="22"/>
              </w:rPr>
              <w:t xml:space="preserve"> </w:t>
            </w:r>
            <w:r w:rsidR="007C5D68" w:rsidRPr="00495771">
              <w:rPr>
                <w:sz w:val="22"/>
              </w:rPr>
              <w:t>celor</w:t>
            </w:r>
            <w:r w:rsidR="006C1FD9">
              <w:rPr>
                <w:sz w:val="22"/>
              </w:rPr>
              <w:t xml:space="preserve"> </w:t>
            </w:r>
            <w:r w:rsidR="007C5D68" w:rsidRPr="00495771">
              <w:rPr>
                <w:sz w:val="22"/>
              </w:rPr>
              <w:t xml:space="preserve">prevăzute la </w:t>
            </w:r>
            <w:r w:rsidRPr="00495771">
              <w:rPr>
                <w:sz w:val="22"/>
              </w:rPr>
              <w:t xml:space="preserve">art. 294 alin. (2) </w:t>
            </w:r>
            <w:proofErr w:type="gramStart"/>
            <w:r w:rsidRPr="00495771">
              <w:rPr>
                <w:sz w:val="22"/>
              </w:rPr>
              <w:t>lit</w:t>
            </w:r>
            <w:proofErr w:type="gramEnd"/>
            <w:r w:rsidRPr="00495771">
              <w:rPr>
                <w:sz w:val="22"/>
              </w:rPr>
              <w:t xml:space="preserve">. </w:t>
            </w:r>
            <w:proofErr w:type="gramStart"/>
            <w:r w:rsidRPr="00495771">
              <w:rPr>
                <w:sz w:val="22"/>
              </w:rPr>
              <w:t>a)</w:t>
            </w:r>
            <w:r w:rsidR="007C5D68" w:rsidRPr="00495771">
              <w:rPr>
                <w:sz w:val="22"/>
              </w:rPr>
              <w:t>din</w:t>
            </w:r>
            <w:proofErr w:type="gramEnd"/>
            <w:r w:rsidR="007C5D68" w:rsidRPr="00495771">
              <w:rPr>
                <w:sz w:val="22"/>
              </w:rPr>
              <w:t xml:space="preserve"> Legea nr. 169/2026</w:t>
            </w:r>
          </w:p>
        </w:tc>
      </w:tr>
      <w:tr w:rsidR="00846492" w:rsidRPr="00495771">
        <w:trPr>
          <w:cantSplit/>
        </w:trPr>
        <w:tc>
          <w:tcPr>
            <w:tcW w:w="9636" w:type="dxa"/>
          </w:tcPr>
          <w:p w:rsidR="00846492" w:rsidRPr="00495771" w:rsidRDefault="003D6F49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A.1 construcții</w:t>
            </w:r>
            <w:r w:rsidR="006C1FD9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noi</w:t>
            </w:r>
            <w:r w:rsidR="006C1FD9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exterioare</w:t>
            </w:r>
            <w:r w:rsidR="006C1FD9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locuinței unifamiliale (garaje, terase, pergole, piscine…)</w:t>
            </w:r>
          </w:p>
          <w:p w:rsidR="00846492" w:rsidRPr="00495771" w:rsidRDefault="003D6F49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A.2 o singură</w:t>
            </w:r>
            <w:r w:rsidR="006C1FD9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locuință</w:t>
            </w:r>
            <w:r w:rsidR="006C1FD9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unifamilială (P sau D+P, max. 150 mp</w:t>
            </w:r>
            <w:r w:rsidR="00D2019F" w:rsidRPr="00495771">
              <w:rPr>
                <w:sz w:val="22"/>
                <w:lang w:val="fr-FR"/>
              </w:rPr>
              <w:t xml:space="preserve">) : </w:t>
            </w:r>
            <w:r w:rsidR="00D2019F" w:rsidRPr="00495771">
              <w:rPr>
                <w:rFonts w:ascii="Segoe UI Symbol" w:hAnsi="Segoe UI Symbol" w:cs="Segoe UI Symbol"/>
                <w:sz w:val="22"/>
                <w:lang w:val="fr-FR"/>
              </w:rPr>
              <w:t>☐</w:t>
            </w:r>
            <w:r w:rsidRPr="00495771">
              <w:rPr>
                <w:sz w:val="22"/>
                <w:lang w:val="fr-FR"/>
              </w:rPr>
              <w:t>pe</w:t>
            </w:r>
            <w:r w:rsidR="006C1FD9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bază de proiect</w:t>
            </w:r>
            <w:r w:rsidR="00D2019F" w:rsidRPr="00495771">
              <w:rPr>
                <w:sz w:val="22"/>
                <w:lang w:val="fr-FR"/>
              </w:rPr>
              <w:t xml:space="preserve"> / </w:t>
            </w:r>
            <w:r w:rsidR="00D2019F" w:rsidRPr="00495771">
              <w:rPr>
                <w:rFonts w:ascii="Segoe UI Symbol" w:hAnsi="Segoe UI Symbol" w:cs="Segoe UI Symbol"/>
                <w:sz w:val="22"/>
                <w:lang w:val="fr-FR"/>
              </w:rPr>
              <w:t>☐</w:t>
            </w:r>
            <w:r w:rsidR="00D2019F" w:rsidRPr="00495771">
              <w:rPr>
                <w:sz w:val="22"/>
                <w:lang w:val="fr-FR"/>
              </w:rPr>
              <w:t>pe</w:t>
            </w:r>
            <w:r w:rsidR="006C1FD9">
              <w:rPr>
                <w:sz w:val="22"/>
                <w:lang w:val="fr-FR"/>
              </w:rPr>
              <w:t xml:space="preserve"> </w:t>
            </w:r>
            <w:r w:rsidR="00D2019F" w:rsidRPr="00495771">
              <w:rPr>
                <w:sz w:val="22"/>
                <w:lang w:val="fr-FR"/>
              </w:rPr>
              <w:t>bază de proiect-tip</w:t>
            </w:r>
          </w:p>
        </w:tc>
      </w:tr>
      <w:tr w:rsidR="00846492" w:rsidRPr="00B6317E">
        <w:trPr>
          <w:cantSplit/>
        </w:trPr>
        <w:tc>
          <w:tcPr>
            <w:tcW w:w="9636" w:type="dxa"/>
            <w:shd w:val="clear" w:color="auto" w:fill="F4F4F4"/>
          </w:tcPr>
          <w:p w:rsidR="00846492" w:rsidRPr="00B6317E" w:rsidRDefault="003D6F49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 xml:space="preserve"> B · Intervenții la construcții</w:t>
            </w:r>
            <w:r w:rsidR="006C1FD9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 xml:space="preserve">existente — </w:t>
            </w:r>
            <w:r w:rsidR="007C5D68" w:rsidRPr="00495771">
              <w:rPr>
                <w:sz w:val="22"/>
                <w:lang w:val="fr-FR"/>
              </w:rPr>
              <w:t>din</w:t>
            </w:r>
            <w:r w:rsidR="006C1FD9">
              <w:rPr>
                <w:sz w:val="22"/>
                <w:lang w:val="fr-FR"/>
              </w:rPr>
              <w:t xml:space="preserve"> </w:t>
            </w:r>
            <w:r w:rsidR="007C5D68" w:rsidRPr="00495771">
              <w:rPr>
                <w:sz w:val="22"/>
                <w:lang w:val="fr-FR"/>
              </w:rPr>
              <w:t>categoria</w:t>
            </w:r>
            <w:r w:rsidR="006C1FD9">
              <w:rPr>
                <w:sz w:val="22"/>
                <w:lang w:val="fr-FR"/>
              </w:rPr>
              <w:t xml:space="preserve"> </w:t>
            </w:r>
            <w:r w:rsidR="007C5D68" w:rsidRPr="00495771">
              <w:rPr>
                <w:sz w:val="22"/>
                <w:lang w:val="fr-FR"/>
              </w:rPr>
              <w:t>celor</w:t>
            </w:r>
            <w:r w:rsidR="006C1FD9">
              <w:rPr>
                <w:sz w:val="22"/>
                <w:lang w:val="fr-FR"/>
              </w:rPr>
              <w:t xml:space="preserve"> </w:t>
            </w:r>
            <w:r w:rsidR="007C5D68" w:rsidRPr="00495771">
              <w:rPr>
                <w:sz w:val="22"/>
                <w:lang w:val="fr-FR"/>
              </w:rPr>
              <w:t xml:space="preserve">prevăzute </w:t>
            </w:r>
            <w:proofErr w:type="gramStart"/>
            <w:r w:rsidR="007C5D68" w:rsidRPr="00495771">
              <w:rPr>
                <w:sz w:val="22"/>
                <w:lang w:val="fr-FR"/>
              </w:rPr>
              <w:t>la</w:t>
            </w:r>
            <w:proofErr w:type="gramEnd"/>
            <w:r w:rsidR="007C5D68" w:rsidRPr="00495771">
              <w:rPr>
                <w:sz w:val="22"/>
                <w:lang w:val="fr-FR"/>
              </w:rPr>
              <w:t xml:space="preserve"> art. 294 </w:t>
            </w:r>
            <w:proofErr w:type="gramStart"/>
            <w:r w:rsidR="007C5D68" w:rsidRPr="00495771">
              <w:rPr>
                <w:sz w:val="22"/>
                <w:lang w:val="fr-FR"/>
              </w:rPr>
              <w:t>alin</w:t>
            </w:r>
            <w:proofErr w:type="gramEnd"/>
            <w:r w:rsidR="007C5D68" w:rsidRPr="00495771">
              <w:rPr>
                <w:sz w:val="22"/>
                <w:lang w:val="fr-FR"/>
              </w:rPr>
              <w:t xml:space="preserve">. </w:t>
            </w:r>
            <w:r w:rsidR="007C5D68" w:rsidRPr="00B6317E">
              <w:rPr>
                <w:sz w:val="22"/>
                <w:lang w:val="fr-FR"/>
              </w:rPr>
              <w:t>(2) lit. b) din Legea nr. 169/2026</w:t>
            </w:r>
          </w:p>
        </w:tc>
      </w:tr>
    </w:tbl>
    <w:p w:rsidR="007C5D68" w:rsidRPr="00B6317E" w:rsidRDefault="007C5D68">
      <w:pPr>
        <w:keepNext/>
        <w:rPr>
          <w:sz w:val="22"/>
          <w:lang w:val="fr-FR"/>
        </w:rPr>
        <w:sectPr w:rsidR="007C5D68" w:rsidRPr="00B6317E" w:rsidSect="007C5D68">
          <w:footerReference w:type="default" r:id="rId11"/>
          <w:headerReference w:type="first" r:id="rId12"/>
          <w:footerReference w:type="first" r:id="rId13"/>
          <w:pgSz w:w="11906" w:h="16838"/>
          <w:pgMar w:top="567" w:right="1134" w:bottom="454" w:left="1134" w:header="720" w:footer="227" w:gutter="0"/>
          <w:cols w:space="720"/>
          <w:titlePg/>
          <w:docGrid w:linePitch="360"/>
        </w:sectPr>
      </w:pPr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9636"/>
      </w:tblGrid>
      <w:tr w:rsidR="00846492" w:rsidRPr="00B6317E">
        <w:trPr>
          <w:cantSplit/>
        </w:trPr>
        <w:tc>
          <w:tcPr>
            <w:tcW w:w="9636" w:type="dxa"/>
          </w:tcPr>
          <w:p w:rsidR="00846492" w:rsidRPr="00B6317E" w:rsidRDefault="003D6F49">
            <w:pPr>
              <w:keepNext/>
              <w:rPr>
                <w:sz w:val="22"/>
                <w:lang w:val="fr-FR"/>
              </w:rPr>
            </w:pPr>
            <w:r w:rsidRPr="00B6317E">
              <w:rPr>
                <w:sz w:val="22"/>
                <w:lang w:val="fr-FR"/>
              </w:rPr>
              <w:lastRenderedPageBreak/>
              <w:t>☐ B.1 împrejmuiri</w:t>
            </w:r>
            <w:r w:rsidR="006C1FD9">
              <w:rPr>
                <w:sz w:val="22"/>
                <w:lang w:val="fr-FR"/>
              </w:rPr>
              <w:t xml:space="preserve"> </w:t>
            </w:r>
            <w:r w:rsidRPr="00B6317E">
              <w:rPr>
                <w:sz w:val="22"/>
                <w:lang w:val="fr-FR"/>
              </w:rPr>
              <w:t>noi</w:t>
            </w:r>
          </w:p>
          <w:p w:rsidR="00846492" w:rsidRPr="00B6317E" w:rsidRDefault="003D6F49">
            <w:pPr>
              <w:keepNext/>
              <w:rPr>
                <w:sz w:val="22"/>
                <w:lang w:val="fr-FR"/>
              </w:rPr>
            </w:pPr>
            <w:r w:rsidRPr="00B6317E">
              <w:rPr>
                <w:sz w:val="22"/>
                <w:lang w:val="fr-FR"/>
              </w:rPr>
              <w:t>☐ B.2 înlocuire / reconfigurare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B6317E">
              <w:rPr>
                <w:sz w:val="22"/>
                <w:lang w:val="fr-FR"/>
              </w:rPr>
              <w:t>acoperiș</w:t>
            </w:r>
          </w:p>
          <w:p w:rsidR="00846492" w:rsidRPr="00B6317E" w:rsidRDefault="003D6F49">
            <w:pPr>
              <w:keepNext/>
              <w:rPr>
                <w:sz w:val="22"/>
                <w:lang w:val="fr-FR"/>
              </w:rPr>
            </w:pPr>
            <w:r w:rsidRPr="00B6317E">
              <w:rPr>
                <w:sz w:val="22"/>
                <w:lang w:val="fr-FR"/>
              </w:rPr>
              <w:t>☐ B.3 amenajare</w:t>
            </w:r>
            <w:r w:rsidR="006C1FD9">
              <w:rPr>
                <w:sz w:val="22"/>
                <w:lang w:val="fr-FR"/>
              </w:rPr>
              <w:t xml:space="preserve"> </w:t>
            </w:r>
            <w:r w:rsidRPr="00B6317E">
              <w:rPr>
                <w:sz w:val="22"/>
                <w:lang w:val="fr-FR"/>
              </w:rPr>
              <w:t>mansardă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B6317E">
              <w:rPr>
                <w:sz w:val="22"/>
                <w:lang w:val="fr-FR"/>
              </w:rPr>
              <w:t>în pod existent</w:t>
            </w:r>
          </w:p>
          <w:p w:rsidR="00846492" w:rsidRPr="00495771" w:rsidRDefault="003D6F49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B.4 renovare / extindere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bucătărie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sau baie; închidereunitarălogii</w:t>
            </w:r>
          </w:p>
          <w:p w:rsidR="00846492" w:rsidRPr="00495771" w:rsidRDefault="003D6F49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B.5 compartimentări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nestructurale</w:t>
            </w:r>
          </w:p>
          <w:p w:rsidR="00846492" w:rsidRPr="00B6317E" w:rsidRDefault="003D6F49">
            <w:pPr>
              <w:keepNext/>
              <w:rPr>
                <w:sz w:val="22"/>
                <w:lang w:val="fr-FR"/>
              </w:rPr>
            </w:pPr>
            <w:r w:rsidRPr="00B6317E">
              <w:rPr>
                <w:sz w:val="22"/>
                <w:lang w:val="fr-FR"/>
              </w:rPr>
              <w:t>☐ B.6 remodelări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B6317E">
              <w:rPr>
                <w:sz w:val="22"/>
                <w:lang w:val="fr-FR"/>
              </w:rPr>
              <w:t>fața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B6317E">
              <w:rPr>
                <w:sz w:val="22"/>
                <w:lang w:val="fr-FR"/>
              </w:rPr>
              <w:t>de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B6317E">
              <w:rPr>
                <w:sz w:val="22"/>
                <w:lang w:val="fr-FR"/>
              </w:rPr>
              <w:t>fără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B6317E">
              <w:rPr>
                <w:sz w:val="22"/>
                <w:lang w:val="fr-FR"/>
              </w:rPr>
              <w:t>rol structural</w:t>
            </w:r>
          </w:p>
        </w:tc>
      </w:tr>
    </w:tbl>
    <w:p w:rsidR="007C5D68" w:rsidRPr="00B6317E" w:rsidRDefault="007C5D68">
      <w:pPr>
        <w:keepNext/>
        <w:rPr>
          <w:sz w:val="22"/>
          <w:lang w:val="fr-FR"/>
        </w:rPr>
        <w:sectPr w:rsidR="007C5D68" w:rsidRPr="00B6317E" w:rsidSect="007C5D68">
          <w:type w:val="continuous"/>
          <w:pgSz w:w="11906" w:h="16838"/>
          <w:pgMar w:top="567" w:right="1134" w:bottom="454" w:left="1134" w:header="720" w:footer="227" w:gutter="0"/>
          <w:cols w:num="2" w:space="720"/>
          <w:docGrid w:linePitch="360"/>
        </w:sectPr>
      </w:pPr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9636"/>
      </w:tblGrid>
      <w:tr w:rsidR="00846492" w:rsidRPr="00495771">
        <w:trPr>
          <w:cantSplit/>
        </w:trPr>
        <w:tc>
          <w:tcPr>
            <w:tcW w:w="9636" w:type="dxa"/>
          </w:tcPr>
          <w:p w:rsidR="00846492" w:rsidRPr="00495771" w:rsidRDefault="003D6F49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lastRenderedPageBreak/>
              <w:t>☐ B.7 reabilitare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energetică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unitară (clădiri de locuit, max. 3 niveluri)</w:t>
            </w:r>
          </w:p>
          <w:p w:rsidR="00846492" w:rsidRPr="00495771" w:rsidRDefault="003D6F49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B.8 compartimentări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demontabile / ușoare</w:t>
            </w:r>
          </w:p>
          <w:p w:rsidR="00846492" w:rsidRPr="00495771" w:rsidRDefault="003D6F49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B.9 schimbare de destinație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fără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lucrări</w:t>
            </w:r>
          </w:p>
          <w:p w:rsidR="00846492" w:rsidRPr="00B6317E" w:rsidRDefault="003D6F49">
            <w:pPr>
              <w:keepNext/>
              <w:rPr>
                <w:sz w:val="22"/>
                <w:lang w:val="en-GB"/>
              </w:rPr>
            </w:pPr>
            <w:r w:rsidRPr="00B6317E">
              <w:rPr>
                <w:sz w:val="22"/>
                <w:lang w:val="en-GB"/>
              </w:rPr>
              <w:t>☐ B.10 grupuri</w:t>
            </w:r>
            <w:r w:rsidR="00B6317E" w:rsidRPr="00B6317E">
              <w:rPr>
                <w:sz w:val="22"/>
                <w:lang w:val="en-GB"/>
              </w:rPr>
              <w:t xml:space="preserve"> </w:t>
            </w:r>
            <w:r w:rsidRPr="00B6317E">
              <w:rPr>
                <w:sz w:val="22"/>
                <w:lang w:val="en-GB"/>
              </w:rPr>
              <w:t>sanitare / camere</w:t>
            </w:r>
            <w:r w:rsidR="00B6317E" w:rsidRPr="00B6317E">
              <w:rPr>
                <w:sz w:val="22"/>
                <w:lang w:val="en-GB"/>
              </w:rPr>
              <w:t xml:space="preserve"> </w:t>
            </w:r>
            <w:r w:rsidRPr="00B6317E">
              <w:rPr>
                <w:sz w:val="22"/>
                <w:lang w:val="en-GB"/>
              </w:rPr>
              <w:t>tehnice (max. 25 mp)</w:t>
            </w:r>
          </w:p>
          <w:p w:rsidR="00846492" w:rsidRPr="00495771" w:rsidRDefault="003D6F49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B.11 întreținere / reparații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curente la rețelee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dilitare</w:t>
            </w:r>
          </w:p>
        </w:tc>
      </w:tr>
    </w:tbl>
    <w:p w:rsidR="007C5D68" w:rsidRPr="00495771" w:rsidRDefault="007C5D68">
      <w:pPr>
        <w:keepNext/>
        <w:rPr>
          <w:sz w:val="22"/>
          <w:lang w:val="fr-FR"/>
        </w:rPr>
        <w:sectPr w:rsidR="007C5D68" w:rsidRPr="00495771" w:rsidSect="007C5D68">
          <w:type w:val="continuous"/>
          <w:pgSz w:w="11906" w:h="16838"/>
          <w:pgMar w:top="567" w:right="1134" w:bottom="454" w:left="1134" w:header="720" w:footer="227" w:gutter="0"/>
          <w:cols w:num="2" w:space="720"/>
          <w:docGrid w:linePitch="360"/>
        </w:sectPr>
      </w:pPr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9636"/>
      </w:tblGrid>
      <w:tr w:rsidR="00846492" w:rsidRPr="00B6317E">
        <w:trPr>
          <w:cantSplit/>
        </w:trPr>
        <w:tc>
          <w:tcPr>
            <w:tcW w:w="9636" w:type="dxa"/>
            <w:shd w:val="clear" w:color="auto" w:fill="F4F4F4"/>
          </w:tcPr>
          <w:p w:rsidR="00846492" w:rsidRPr="00495771" w:rsidRDefault="003D6F49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lastRenderedPageBreak/>
              <w:t xml:space="preserve"> C · În zone de protecție a monumentelor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sau zone construite protejate —</w:t>
            </w:r>
            <w:r w:rsidR="007C5D68" w:rsidRPr="00495771">
              <w:rPr>
                <w:sz w:val="22"/>
                <w:lang w:val="fr-FR"/>
              </w:rPr>
              <w:t>din</w:t>
            </w:r>
            <w:r w:rsidR="00B6317E">
              <w:rPr>
                <w:sz w:val="22"/>
                <w:lang w:val="fr-FR"/>
              </w:rPr>
              <w:t xml:space="preserve"> </w:t>
            </w:r>
            <w:r w:rsidR="007C5D68" w:rsidRPr="00495771">
              <w:rPr>
                <w:sz w:val="22"/>
                <w:lang w:val="fr-FR"/>
              </w:rPr>
              <w:t>categoria</w:t>
            </w:r>
            <w:r w:rsidR="00B6317E">
              <w:rPr>
                <w:sz w:val="22"/>
                <w:lang w:val="fr-FR"/>
              </w:rPr>
              <w:t xml:space="preserve"> </w:t>
            </w:r>
            <w:r w:rsidR="007C5D68" w:rsidRPr="00495771">
              <w:rPr>
                <w:sz w:val="22"/>
                <w:lang w:val="fr-FR"/>
              </w:rPr>
              <w:t>celor</w:t>
            </w:r>
            <w:r w:rsidR="00B6317E">
              <w:rPr>
                <w:sz w:val="22"/>
                <w:lang w:val="fr-FR"/>
              </w:rPr>
              <w:t xml:space="preserve"> </w:t>
            </w:r>
            <w:r w:rsidR="007C5D68" w:rsidRPr="00495771">
              <w:rPr>
                <w:sz w:val="22"/>
                <w:lang w:val="fr-FR"/>
              </w:rPr>
              <w:t xml:space="preserve">prevăzute </w:t>
            </w:r>
            <w:proofErr w:type="gramStart"/>
            <w:r w:rsidR="007C5D68" w:rsidRPr="00495771">
              <w:rPr>
                <w:sz w:val="22"/>
                <w:lang w:val="fr-FR"/>
              </w:rPr>
              <w:t>la</w:t>
            </w:r>
            <w:proofErr w:type="gramEnd"/>
            <w:r w:rsidRPr="00495771">
              <w:rPr>
                <w:sz w:val="22"/>
                <w:lang w:val="fr-FR"/>
              </w:rPr>
              <w:t xml:space="preserve"> art. 294 </w:t>
            </w:r>
            <w:proofErr w:type="gramStart"/>
            <w:r w:rsidRPr="00495771">
              <w:rPr>
                <w:sz w:val="22"/>
                <w:lang w:val="fr-FR"/>
              </w:rPr>
              <w:t>alin</w:t>
            </w:r>
            <w:proofErr w:type="gramEnd"/>
            <w:r w:rsidRPr="00495771">
              <w:rPr>
                <w:sz w:val="22"/>
                <w:lang w:val="fr-FR"/>
              </w:rPr>
              <w:t>. (3</w:t>
            </w:r>
            <w:proofErr w:type="gramStart"/>
            <w:r w:rsidRPr="00495771">
              <w:rPr>
                <w:sz w:val="22"/>
                <w:lang w:val="fr-FR"/>
              </w:rPr>
              <w:t>)</w:t>
            </w:r>
            <w:r w:rsidR="007C5D68" w:rsidRPr="00B6317E">
              <w:rPr>
                <w:sz w:val="22"/>
                <w:lang w:val="fr-FR"/>
              </w:rPr>
              <w:t>din</w:t>
            </w:r>
            <w:proofErr w:type="gramEnd"/>
            <w:r w:rsidR="007C5D68" w:rsidRPr="00B6317E">
              <w:rPr>
                <w:sz w:val="22"/>
                <w:lang w:val="fr-FR"/>
              </w:rPr>
              <w:t xml:space="preserve"> Legea nr. 169/2026</w:t>
            </w:r>
          </w:p>
        </w:tc>
      </w:tr>
      <w:tr w:rsidR="00846492" w:rsidRPr="003B791D">
        <w:trPr>
          <w:cantSplit/>
        </w:trPr>
        <w:tc>
          <w:tcPr>
            <w:tcW w:w="9636" w:type="dxa"/>
          </w:tcPr>
          <w:p w:rsidR="00846492" w:rsidRPr="00B6317E" w:rsidRDefault="003D6F49">
            <w:pPr>
              <w:keepNext/>
              <w:rPr>
                <w:sz w:val="22"/>
                <w:lang w:val="fr-FR"/>
              </w:rPr>
            </w:pPr>
            <w:r w:rsidRPr="00B6317E">
              <w:rPr>
                <w:sz w:val="22"/>
                <w:lang w:val="fr-FR"/>
              </w:rPr>
              <w:t>☐ C.1 reparații / întreținere la construcții</w:t>
            </w:r>
            <w:r w:rsidR="00B6317E" w:rsidRPr="00B6317E">
              <w:rPr>
                <w:sz w:val="22"/>
                <w:lang w:val="fr-FR"/>
              </w:rPr>
              <w:t xml:space="preserve"> </w:t>
            </w:r>
            <w:r w:rsidRPr="00B6317E">
              <w:rPr>
                <w:sz w:val="22"/>
                <w:lang w:val="fr-FR"/>
              </w:rPr>
              <w:t>existente</w:t>
            </w:r>
          </w:p>
          <w:p w:rsidR="00846492" w:rsidRPr="00B6317E" w:rsidRDefault="003D6F49">
            <w:pPr>
              <w:keepNext/>
              <w:rPr>
                <w:sz w:val="22"/>
                <w:lang w:val="fr-FR"/>
              </w:rPr>
            </w:pPr>
            <w:r w:rsidRPr="00B6317E">
              <w:rPr>
                <w:sz w:val="22"/>
                <w:lang w:val="fr-FR"/>
              </w:rPr>
              <w:t>☐ C.2 reparații</w:t>
            </w:r>
            <w:r w:rsidR="00B6317E" w:rsidRPr="00B6317E">
              <w:rPr>
                <w:sz w:val="22"/>
                <w:lang w:val="fr-FR"/>
              </w:rPr>
              <w:t xml:space="preserve"> </w:t>
            </w:r>
            <w:r w:rsidRPr="00B6317E">
              <w:rPr>
                <w:sz w:val="22"/>
                <w:lang w:val="fr-FR"/>
              </w:rPr>
              <w:t>interioare</w:t>
            </w:r>
            <w:r w:rsidR="00B6317E" w:rsidRPr="00B6317E">
              <w:rPr>
                <w:sz w:val="22"/>
                <w:lang w:val="fr-FR"/>
              </w:rPr>
              <w:t xml:space="preserve"> </w:t>
            </w:r>
            <w:r w:rsidRPr="00B6317E">
              <w:rPr>
                <w:sz w:val="22"/>
                <w:lang w:val="fr-FR"/>
              </w:rPr>
              <w:t>și</w:t>
            </w:r>
            <w:r w:rsidR="00B6317E" w:rsidRPr="00B6317E">
              <w:rPr>
                <w:sz w:val="22"/>
                <w:lang w:val="fr-FR"/>
              </w:rPr>
              <w:t xml:space="preserve"> </w:t>
            </w:r>
            <w:r w:rsidRPr="00B6317E">
              <w:rPr>
                <w:sz w:val="22"/>
                <w:lang w:val="fr-FR"/>
              </w:rPr>
              <w:t>înlocuiri</w:t>
            </w:r>
          </w:p>
          <w:p w:rsidR="00846492" w:rsidRPr="00B6317E" w:rsidRDefault="003D6F49">
            <w:pPr>
              <w:keepNext/>
              <w:rPr>
                <w:sz w:val="22"/>
                <w:lang w:val="fr-FR"/>
              </w:rPr>
            </w:pPr>
            <w:r w:rsidRPr="00B6317E">
              <w:rPr>
                <w:sz w:val="22"/>
                <w:lang w:val="fr-FR"/>
              </w:rPr>
              <w:t>☐ C.3 reparații</w:t>
            </w:r>
            <w:r w:rsidR="00B6317E" w:rsidRPr="00B6317E">
              <w:rPr>
                <w:sz w:val="22"/>
                <w:lang w:val="fr-FR"/>
              </w:rPr>
              <w:t xml:space="preserve"> </w:t>
            </w:r>
            <w:r w:rsidRPr="00B6317E">
              <w:rPr>
                <w:sz w:val="22"/>
                <w:lang w:val="fr-FR"/>
              </w:rPr>
              <w:t>împrejmuiri / acoperișuri / terase / ziduri de sprijin</w:t>
            </w:r>
          </w:p>
          <w:p w:rsidR="00846492" w:rsidRPr="00495771" w:rsidRDefault="003D6F49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C.4 compartimentări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nestructurale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demontabile</w:t>
            </w:r>
          </w:p>
          <w:p w:rsidR="00846492" w:rsidRPr="00495771" w:rsidRDefault="003D6F49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C.5 schimbare de destinație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fără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lucrări</w:t>
            </w:r>
          </w:p>
          <w:p w:rsidR="00846492" w:rsidRPr="00495771" w:rsidRDefault="003D6F49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C.6 instalații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pentru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 xml:space="preserve">securitate </w:t>
            </w:r>
            <w:proofErr w:type="gramStart"/>
            <w:r w:rsidRPr="00495771">
              <w:rPr>
                <w:sz w:val="22"/>
                <w:lang w:val="fr-FR"/>
              </w:rPr>
              <w:t>la incendiu</w:t>
            </w:r>
            <w:proofErr w:type="gramEnd"/>
          </w:p>
        </w:tc>
      </w:tr>
      <w:tr w:rsidR="00846492" w:rsidRPr="00495771">
        <w:trPr>
          <w:cantSplit/>
        </w:trPr>
        <w:tc>
          <w:tcPr>
            <w:tcW w:w="9636" w:type="dxa"/>
            <w:shd w:val="clear" w:color="auto" w:fill="F4F4F4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sz w:val="22"/>
                <w:lang w:val="fr-FR"/>
              </w:rPr>
              <w:t xml:space="preserve"> D · Lucrări de amenajare — art. 294 </w:t>
            </w:r>
            <w:proofErr w:type="gramStart"/>
            <w:r w:rsidRPr="00495771">
              <w:rPr>
                <w:sz w:val="22"/>
                <w:lang w:val="fr-FR"/>
              </w:rPr>
              <w:t>alin</w:t>
            </w:r>
            <w:proofErr w:type="gramEnd"/>
            <w:r w:rsidRPr="00495771">
              <w:rPr>
                <w:sz w:val="22"/>
                <w:lang w:val="fr-FR"/>
              </w:rPr>
              <w:t xml:space="preserve">. </w:t>
            </w:r>
            <w:r w:rsidRPr="00495771">
              <w:rPr>
                <w:sz w:val="22"/>
              </w:rPr>
              <w:t>(4)</w:t>
            </w:r>
          </w:p>
        </w:tc>
      </w:tr>
      <w:tr w:rsidR="007F39C2" w:rsidRPr="003B791D" w:rsidTr="004C2114">
        <w:trPr>
          <w:cantSplit/>
          <w:trHeight w:val="1713"/>
        </w:trPr>
        <w:tc>
          <w:tcPr>
            <w:tcW w:w="9636" w:type="dxa"/>
          </w:tcPr>
          <w:p w:rsidR="007F39C2" w:rsidRPr="00495771" w:rsidRDefault="007F39C2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D.1 campinguri / tabere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din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structuri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ușoare</w:t>
            </w:r>
          </w:p>
          <w:p w:rsidR="007F39C2" w:rsidRPr="00495771" w:rsidRDefault="007F39C2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D.2 modificări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în camping / sat de vacanță existent</w:t>
            </w:r>
          </w:p>
          <w:p w:rsidR="007F39C2" w:rsidRPr="00495771" w:rsidRDefault="007F39C2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D.3 teren de sport fără public / parc de distracții (max. 2 ha)</w:t>
            </w:r>
          </w:p>
          <w:p w:rsidR="007F39C2" w:rsidRPr="00495771" w:rsidRDefault="007F39C2">
            <w:pPr>
              <w:keepNext/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D.4 spații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publice / grădini de fațadă</w:t>
            </w:r>
          </w:p>
          <w:p w:rsidR="007F39C2" w:rsidRPr="00495771" w:rsidRDefault="007F39C2">
            <w:pPr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D.5 trotuare / ziduri de sprijin / scări de acces / terase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exterioare</w:t>
            </w:r>
          </w:p>
          <w:p w:rsidR="007F39C2" w:rsidRPr="00495771" w:rsidRDefault="007F39C2">
            <w:pPr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D.6 perdele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forestiere / împăduriri</w:t>
            </w:r>
          </w:p>
          <w:p w:rsidR="007F39C2" w:rsidRPr="00495771" w:rsidRDefault="007F39C2">
            <w:pPr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D.7 construcții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funerare</w:t>
            </w:r>
          </w:p>
          <w:p w:rsidR="007F39C2" w:rsidRPr="00495771" w:rsidRDefault="007F39C2" w:rsidP="004C2114">
            <w:pPr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 xml:space="preserve">☐ D.8 rampe </w:t>
            </w:r>
            <w:proofErr w:type="gramStart"/>
            <w:r w:rsidRPr="00495771">
              <w:rPr>
                <w:sz w:val="22"/>
                <w:lang w:val="fr-FR"/>
              </w:rPr>
              <w:t>de acces</w:t>
            </w:r>
            <w:proofErr w:type="gramEnd"/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pentru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persoanele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cu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dizabilități</w:t>
            </w:r>
          </w:p>
        </w:tc>
      </w:tr>
    </w:tbl>
    <w:p w:rsidR="00846492" w:rsidRPr="00495771" w:rsidRDefault="00846492">
      <w:pPr>
        <w:spacing w:line="168" w:lineRule="auto"/>
        <w:rPr>
          <w:sz w:val="22"/>
          <w:lang w:val="fr-FR"/>
        </w:rPr>
      </w:pPr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6424"/>
        <w:gridCol w:w="3212"/>
      </w:tblGrid>
      <w:tr w:rsidR="00846492" w:rsidRPr="00495771">
        <w:trPr>
          <w:cantSplit/>
        </w:trPr>
        <w:tc>
          <w:tcPr>
            <w:tcW w:w="9636" w:type="dxa"/>
            <w:gridSpan w:val="2"/>
            <w:shd w:val="clear" w:color="auto" w:fill="F4F4F4"/>
          </w:tcPr>
          <w:p w:rsidR="00846492" w:rsidRPr="00495771" w:rsidRDefault="003D6F49">
            <w:pPr>
              <w:keepNext/>
              <w:rPr>
                <w:sz w:val="22"/>
                <w:lang w:val="fr-FR"/>
              </w:rPr>
            </w:pPr>
            <w:r w:rsidRPr="00495771">
              <w:rPr>
                <w:b/>
                <w:sz w:val="22"/>
                <w:lang w:val="fr-FR"/>
              </w:rPr>
              <w:t xml:space="preserve"> 5. </w:t>
            </w:r>
            <w:r w:rsidRPr="00495771">
              <w:rPr>
                <w:b/>
                <w:color w:val="000000"/>
                <w:sz w:val="22"/>
                <w:lang w:val="fr-FR"/>
              </w:rPr>
              <w:t>PROIECTUL TEHNIC DE EXECUȚIE CU CONȚINUT SIMPLIFICAT</w:t>
            </w:r>
          </w:p>
        </w:tc>
      </w:tr>
      <w:tr w:rsidR="00846492" w:rsidRPr="00495771">
        <w:trPr>
          <w:cantSplit/>
          <w:trHeight w:val="510"/>
        </w:trPr>
        <w:tc>
          <w:tcPr>
            <w:tcW w:w="6424" w:type="dxa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Denumire / cod proiect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  <w:tc>
          <w:tcPr>
            <w:tcW w:w="3212" w:type="dxa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Nr. / data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</w:tr>
      <w:tr w:rsidR="00846492" w:rsidRPr="00495771">
        <w:trPr>
          <w:cantSplit/>
          <w:trHeight w:val="510"/>
        </w:trPr>
        <w:tc>
          <w:tcPr>
            <w:tcW w:w="6424" w:type="dxa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Arhitectură / coordonare — nume</w:t>
            </w:r>
            <w:r w:rsidR="00870FD7" w:rsidRPr="00495771">
              <w:rPr>
                <w:b/>
                <w:color w:val="0D5F78"/>
                <w:sz w:val="22"/>
              </w:rPr>
              <w:t>/prenume/</w:t>
            </w:r>
            <w:r w:rsidRPr="00495771">
              <w:rPr>
                <w:b/>
                <w:color w:val="0D5F78"/>
                <w:sz w:val="22"/>
              </w:rPr>
              <w:t xml:space="preserve">, </w:t>
            </w:r>
            <w:r w:rsidR="003F4418" w:rsidRPr="00495771">
              <w:rPr>
                <w:b/>
                <w:color w:val="0D5F78"/>
                <w:sz w:val="22"/>
              </w:rPr>
              <w:t>nr.TNA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  <w:tc>
          <w:tcPr>
            <w:tcW w:w="3212" w:type="dxa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Semnătura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</w:tr>
      <w:tr w:rsidR="00846492" w:rsidRPr="00495771">
        <w:trPr>
          <w:cantSplit/>
          <w:trHeight w:val="510"/>
        </w:trPr>
        <w:tc>
          <w:tcPr>
            <w:tcW w:w="6424" w:type="dxa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Structură</w:t>
            </w:r>
            <w:r w:rsidR="00870FD7" w:rsidRPr="00495771">
              <w:rPr>
                <w:b/>
                <w:color w:val="0D5F78"/>
                <w:sz w:val="22"/>
              </w:rPr>
              <w:t>— nume/prenume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  <w:tc>
          <w:tcPr>
            <w:tcW w:w="3212" w:type="dxa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Semnătura</w:t>
            </w:r>
          </w:p>
          <w:p w:rsidR="00846492" w:rsidRPr="00495771" w:rsidRDefault="00846492">
            <w:pPr>
              <w:keepNext/>
              <w:rPr>
                <w:sz w:val="22"/>
              </w:rPr>
            </w:pPr>
          </w:p>
        </w:tc>
      </w:tr>
      <w:tr w:rsidR="00846492" w:rsidRPr="00495771">
        <w:trPr>
          <w:cantSplit/>
          <w:trHeight w:val="510"/>
        </w:trPr>
        <w:tc>
          <w:tcPr>
            <w:tcW w:w="6424" w:type="dxa"/>
          </w:tcPr>
          <w:p w:rsidR="00870FD7" w:rsidRPr="00495771" w:rsidRDefault="003D6F49">
            <w:pPr>
              <w:rPr>
                <w:b/>
                <w:color w:val="0D5F78"/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Instalații</w:t>
            </w:r>
            <w:r w:rsidR="00870FD7" w:rsidRPr="00495771">
              <w:rPr>
                <w:b/>
                <w:color w:val="0D5F78"/>
                <w:sz w:val="22"/>
              </w:rPr>
              <w:t>— nume/prenume</w:t>
            </w:r>
            <w:r w:rsidR="00FD1916" w:rsidRPr="00495771">
              <w:rPr>
                <w:b/>
                <w:color w:val="0D5F78"/>
                <w:sz w:val="22"/>
              </w:rPr>
              <w:t>, specialitate</w:t>
            </w:r>
          </w:p>
          <w:p w:rsidR="00846492" w:rsidRPr="00495771" w:rsidRDefault="00870FD7">
            <w:pPr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Alte specialități (dacăestecazul)  — nume/prenume, atestare</w:t>
            </w:r>
          </w:p>
          <w:p w:rsidR="00846492" w:rsidRPr="00495771" w:rsidRDefault="00846492">
            <w:pPr>
              <w:rPr>
                <w:sz w:val="22"/>
              </w:rPr>
            </w:pPr>
          </w:p>
        </w:tc>
        <w:tc>
          <w:tcPr>
            <w:tcW w:w="3212" w:type="dxa"/>
          </w:tcPr>
          <w:p w:rsidR="00846492" w:rsidRPr="00495771" w:rsidRDefault="003D6F49">
            <w:pPr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Semnătura</w:t>
            </w:r>
          </w:p>
          <w:p w:rsidR="00846492" w:rsidRPr="00495771" w:rsidRDefault="00846492">
            <w:pPr>
              <w:rPr>
                <w:sz w:val="22"/>
              </w:rPr>
            </w:pPr>
          </w:p>
        </w:tc>
      </w:tr>
    </w:tbl>
    <w:p w:rsidR="00846492" w:rsidRPr="00495771" w:rsidRDefault="00846492">
      <w:pPr>
        <w:spacing w:line="168" w:lineRule="auto"/>
        <w:rPr>
          <w:sz w:val="22"/>
        </w:rPr>
      </w:pPr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9636"/>
      </w:tblGrid>
      <w:tr w:rsidR="00846492" w:rsidRPr="00495771">
        <w:trPr>
          <w:cantSplit/>
        </w:trPr>
        <w:tc>
          <w:tcPr>
            <w:tcW w:w="9636" w:type="dxa"/>
            <w:shd w:val="clear" w:color="auto" w:fill="F4F4F4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sz w:val="22"/>
              </w:rPr>
              <w:t xml:space="preserve"> 6. </w:t>
            </w:r>
            <w:r w:rsidRPr="00495771">
              <w:rPr>
                <w:b/>
                <w:color w:val="000000"/>
                <w:sz w:val="22"/>
              </w:rPr>
              <w:t>SE ANEXEAZĂ</w:t>
            </w:r>
          </w:p>
        </w:tc>
      </w:tr>
      <w:tr w:rsidR="00846492" w:rsidRPr="003B791D">
        <w:trPr>
          <w:cantSplit/>
        </w:trPr>
        <w:tc>
          <w:tcPr>
            <w:tcW w:w="9636" w:type="dxa"/>
          </w:tcPr>
          <w:p w:rsidR="003F4418" w:rsidRPr="00495771" w:rsidRDefault="003D6F49">
            <w:pPr>
              <w:rPr>
                <w:sz w:val="22"/>
              </w:rPr>
            </w:pPr>
            <w:r w:rsidRPr="00495771">
              <w:rPr>
                <w:sz w:val="22"/>
              </w:rPr>
              <w:t xml:space="preserve"> ☐ dovada</w:t>
            </w:r>
            <w:r w:rsidR="00B6317E">
              <w:rPr>
                <w:sz w:val="22"/>
              </w:rPr>
              <w:t xml:space="preserve"> </w:t>
            </w:r>
            <w:r w:rsidRPr="00495771">
              <w:rPr>
                <w:sz w:val="22"/>
              </w:rPr>
              <w:t>titlului</w:t>
            </w:r>
            <w:r w:rsidR="00B6317E">
              <w:rPr>
                <w:sz w:val="22"/>
              </w:rPr>
              <w:t xml:space="preserve"> </w:t>
            </w:r>
            <w:r w:rsidRPr="00495771">
              <w:rPr>
                <w:sz w:val="22"/>
              </w:rPr>
              <w:t>asupra</w:t>
            </w:r>
            <w:r w:rsidR="00B6317E">
              <w:rPr>
                <w:sz w:val="22"/>
              </w:rPr>
              <w:t xml:space="preserve"> </w:t>
            </w:r>
            <w:r w:rsidRPr="00495771">
              <w:rPr>
                <w:sz w:val="22"/>
              </w:rPr>
              <w:t>imobilului     ☐ proiectul</w:t>
            </w:r>
            <w:r w:rsidR="00B6317E">
              <w:rPr>
                <w:sz w:val="22"/>
              </w:rPr>
              <w:t xml:space="preserve"> </w:t>
            </w:r>
            <w:r w:rsidRPr="00495771">
              <w:rPr>
                <w:sz w:val="22"/>
              </w:rPr>
              <w:t>tehnic cu conținut</w:t>
            </w:r>
            <w:r w:rsidR="00B6317E">
              <w:rPr>
                <w:sz w:val="22"/>
              </w:rPr>
              <w:t xml:space="preserve"> </w:t>
            </w:r>
            <w:r w:rsidRPr="00495771">
              <w:rPr>
                <w:sz w:val="22"/>
              </w:rPr>
              <w:t>simplificat     ☐ studiul</w:t>
            </w:r>
            <w:r w:rsidR="00B6317E">
              <w:rPr>
                <w:sz w:val="22"/>
              </w:rPr>
              <w:t xml:space="preserve"> </w:t>
            </w:r>
            <w:r w:rsidRPr="00495771">
              <w:rPr>
                <w:sz w:val="22"/>
              </w:rPr>
              <w:t>geotehnic (obligatoriu la locuințe</w:t>
            </w:r>
            <w:r w:rsidR="00B6317E">
              <w:rPr>
                <w:sz w:val="22"/>
              </w:rPr>
              <w:t xml:space="preserve"> </w:t>
            </w:r>
            <w:r w:rsidRPr="00495771">
              <w:rPr>
                <w:sz w:val="22"/>
              </w:rPr>
              <w:t xml:space="preserve">unifamiliale)     </w:t>
            </w:r>
          </w:p>
          <w:p w:rsidR="003869B3" w:rsidRPr="00495771" w:rsidRDefault="003D6F49">
            <w:pPr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>☐ studiul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topografic</w:t>
            </w:r>
            <w:r w:rsidR="00B6317E">
              <w:rPr>
                <w:sz w:val="22"/>
                <w:lang w:val="fr-FR"/>
              </w:rPr>
              <w:t xml:space="preserve"> </w:t>
            </w:r>
            <w:r w:rsidR="007F39C2" w:rsidRPr="00495771">
              <w:rPr>
                <w:sz w:val="22"/>
                <w:lang w:val="fr-FR"/>
              </w:rPr>
              <w:t>(obligatoriu la locuințe</w:t>
            </w:r>
            <w:r w:rsidR="00B6317E">
              <w:rPr>
                <w:sz w:val="22"/>
                <w:lang w:val="fr-FR"/>
              </w:rPr>
              <w:t xml:space="preserve"> </w:t>
            </w:r>
            <w:r w:rsidR="007F39C2" w:rsidRPr="00495771">
              <w:rPr>
                <w:sz w:val="22"/>
                <w:lang w:val="fr-FR"/>
              </w:rPr>
              <w:t xml:space="preserve">unifamiliale)     </w:t>
            </w:r>
            <w:r w:rsidRPr="00495771">
              <w:rPr>
                <w:sz w:val="22"/>
                <w:lang w:val="fr-FR"/>
              </w:rPr>
              <w:t xml:space="preserve">     ☐ acordul / avizul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pentru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patrimoniu, după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>caz</w:t>
            </w:r>
          </w:p>
          <w:p w:rsidR="00846492" w:rsidRPr="00B6317E" w:rsidRDefault="003869B3">
            <w:pPr>
              <w:rPr>
                <w:sz w:val="22"/>
                <w:lang w:val="fr-FR"/>
              </w:rPr>
            </w:pPr>
            <w:r w:rsidRPr="00B6317E">
              <w:rPr>
                <w:rFonts w:ascii="Segoe UI Symbol" w:hAnsi="Segoe UI Symbol" w:cs="Segoe UI Symbol"/>
                <w:sz w:val="22"/>
                <w:lang w:val="fr-FR"/>
              </w:rPr>
              <w:t>☐</w:t>
            </w:r>
            <w:r w:rsidRPr="00B6317E">
              <w:rPr>
                <w:sz w:val="22"/>
                <w:lang w:val="fr-FR"/>
              </w:rPr>
              <w:t>avizul</w:t>
            </w:r>
            <w:r w:rsidR="00B6317E" w:rsidRPr="00B6317E">
              <w:rPr>
                <w:sz w:val="22"/>
                <w:lang w:val="fr-FR"/>
              </w:rPr>
              <w:t xml:space="preserve"> </w:t>
            </w:r>
            <w:r w:rsidRPr="00B6317E">
              <w:rPr>
                <w:sz w:val="22"/>
                <w:lang w:val="fr-FR"/>
              </w:rPr>
              <w:t>arhitectului-șef al județului (obligatoriu la locuințe unifamiliale</w:t>
            </w:r>
            <w:proofErr w:type="gramStart"/>
            <w:r w:rsidRPr="00B6317E">
              <w:rPr>
                <w:sz w:val="22"/>
                <w:lang w:val="fr-FR"/>
              </w:rPr>
              <w:t>)☐</w:t>
            </w:r>
            <w:proofErr w:type="gramEnd"/>
            <w:r w:rsidRPr="00B6317E">
              <w:rPr>
                <w:sz w:val="22"/>
                <w:lang w:val="fr-FR"/>
              </w:rPr>
              <w:t xml:space="preserve"> dovada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B6317E">
              <w:rPr>
                <w:sz w:val="22"/>
                <w:lang w:val="fr-FR"/>
              </w:rPr>
              <w:t>plății</w:t>
            </w:r>
            <w:r w:rsidR="00B6317E">
              <w:rPr>
                <w:sz w:val="22"/>
                <w:lang w:val="fr-FR"/>
              </w:rPr>
              <w:t xml:space="preserve"> </w:t>
            </w:r>
            <w:r w:rsidRPr="00B6317E">
              <w:rPr>
                <w:sz w:val="22"/>
                <w:lang w:val="fr-FR"/>
              </w:rPr>
              <w:t>taxelor</w:t>
            </w:r>
          </w:p>
        </w:tc>
      </w:tr>
    </w:tbl>
    <w:p w:rsidR="00846492" w:rsidRPr="00B6317E" w:rsidRDefault="00846492">
      <w:pPr>
        <w:spacing w:line="168" w:lineRule="auto"/>
        <w:rPr>
          <w:sz w:val="22"/>
          <w:lang w:val="fr-FR"/>
        </w:rPr>
      </w:pPr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9636"/>
      </w:tblGrid>
      <w:tr w:rsidR="00846492" w:rsidRPr="00495771">
        <w:trPr>
          <w:cantSplit/>
        </w:trPr>
        <w:tc>
          <w:tcPr>
            <w:tcW w:w="9636" w:type="dxa"/>
            <w:shd w:val="clear" w:color="auto" w:fill="F4F4F4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B6317E">
              <w:rPr>
                <w:b/>
                <w:sz w:val="22"/>
                <w:lang w:val="fr-FR"/>
              </w:rPr>
              <w:lastRenderedPageBreak/>
              <w:t xml:space="preserve"> </w:t>
            </w:r>
            <w:r w:rsidRPr="00495771">
              <w:rPr>
                <w:b/>
                <w:sz w:val="22"/>
              </w:rPr>
              <w:t xml:space="preserve">7. </w:t>
            </w:r>
            <w:r w:rsidRPr="00495771">
              <w:rPr>
                <w:b/>
                <w:color w:val="000000"/>
                <w:sz w:val="22"/>
              </w:rPr>
              <w:t>RĂSPUNDEREA</w:t>
            </w:r>
          </w:p>
        </w:tc>
      </w:tr>
      <w:tr w:rsidR="00846492" w:rsidRPr="00495771">
        <w:trPr>
          <w:cantSplit/>
        </w:trPr>
        <w:tc>
          <w:tcPr>
            <w:tcW w:w="9636" w:type="dxa"/>
          </w:tcPr>
          <w:p w:rsidR="00846492" w:rsidRPr="00495771" w:rsidRDefault="003D6F49">
            <w:pPr>
              <w:spacing w:line="228" w:lineRule="auto"/>
              <w:rPr>
                <w:i/>
                <w:sz w:val="22"/>
              </w:rPr>
            </w:pPr>
            <w:r w:rsidRPr="00495771">
              <w:rPr>
                <w:i/>
                <w:sz w:val="22"/>
              </w:rPr>
              <w:t>Declar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că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lucrările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notificate se încadrează strict în art. 294 din Lege</w:t>
            </w:r>
            <w:r w:rsidR="003F4418" w:rsidRPr="00495771">
              <w:rPr>
                <w:i/>
                <w:sz w:val="22"/>
              </w:rPr>
              <w:t>a nr. 169/2026 și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cunosc</w:t>
            </w:r>
            <w:r w:rsidR="00B6317E">
              <w:rPr>
                <w:i/>
                <w:sz w:val="22"/>
              </w:rPr>
              <w:t xml:space="preserve"> </w:t>
            </w:r>
            <w:proofErr w:type="gramStart"/>
            <w:r w:rsidRPr="00495771">
              <w:rPr>
                <w:i/>
                <w:sz w:val="22"/>
              </w:rPr>
              <w:t>faptul</w:t>
            </w:r>
            <w:r w:rsidR="00B6317E">
              <w:rPr>
                <w:i/>
                <w:sz w:val="22"/>
              </w:rPr>
              <w:t xml:space="preserve"> </w:t>
            </w:r>
            <w:r w:rsidR="00234C07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că</w:t>
            </w:r>
            <w:proofErr w:type="gramEnd"/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confirmarea</w:t>
            </w:r>
            <w:r w:rsidR="00234C07">
              <w:rPr>
                <w:i/>
                <w:sz w:val="22"/>
              </w:rPr>
              <w:t xml:space="preserve"> 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înregistrării nu echivalează cu aprobarea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notificării, iar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răspunderea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pentru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corectitudinea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proiectului</w:t>
            </w:r>
            <w:r w:rsidR="00234C07">
              <w:rPr>
                <w:i/>
                <w:sz w:val="22"/>
              </w:rPr>
              <w:t xml:space="preserve"> 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revine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proiectanților, pe specialități.</w:t>
            </w:r>
          </w:p>
          <w:p w:rsidR="00852977" w:rsidRPr="00495771" w:rsidRDefault="00852977" w:rsidP="004D2D0E">
            <w:pPr>
              <w:spacing w:line="228" w:lineRule="auto"/>
              <w:rPr>
                <w:i/>
                <w:sz w:val="22"/>
              </w:rPr>
            </w:pPr>
            <w:r w:rsidRPr="00495771">
              <w:rPr>
                <w:i/>
                <w:sz w:val="22"/>
              </w:rPr>
              <w:t>Autoritatea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administrației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publice locale nu este</w:t>
            </w:r>
            <w:r w:rsidR="00B6317E">
              <w:rPr>
                <w:i/>
                <w:sz w:val="22"/>
              </w:rPr>
              <w:t xml:space="preserve"> </w:t>
            </w:r>
            <w:proofErr w:type="gramStart"/>
            <w:r w:rsidRPr="00495771">
              <w:rPr>
                <w:i/>
                <w:sz w:val="22"/>
              </w:rPr>
              <w:t>responsabilă</w:t>
            </w:r>
            <w:r w:rsidR="00234C07">
              <w:rPr>
                <w:i/>
                <w:sz w:val="22"/>
              </w:rPr>
              <w:t xml:space="preserve"> 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pentru</w:t>
            </w:r>
            <w:proofErr w:type="gramEnd"/>
            <w:r w:rsidR="00234C07">
              <w:rPr>
                <w:i/>
                <w:sz w:val="22"/>
              </w:rPr>
              <w:t xml:space="preserve"> 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eventualele</w:t>
            </w:r>
            <w:r w:rsidR="00234C07">
              <w:rPr>
                <w:i/>
                <w:sz w:val="22"/>
              </w:rPr>
              <w:t xml:space="preserve"> 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prejudicii</w:t>
            </w:r>
            <w:r w:rsidR="00B6317E">
              <w:rPr>
                <w:i/>
                <w:sz w:val="22"/>
              </w:rPr>
              <w:t xml:space="preserve"> </w:t>
            </w:r>
            <w:r w:rsidR="00234C07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ulterioare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cauzate de existența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unor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litigii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aflate pe rolul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instanțelor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judecătorești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privind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imobilul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și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nici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pentru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existența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unor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grevări ale imobilului cu sarcini de tipul</w:t>
            </w:r>
            <w:r w:rsidR="00B6317E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interdicțiilor, responsabilitatea</w:t>
            </w:r>
            <w:r w:rsidR="00234C07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aparținând</w:t>
            </w:r>
            <w:r w:rsidR="00234C07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în</w:t>
            </w:r>
            <w:r w:rsidR="00234C07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toate</w:t>
            </w:r>
            <w:r w:rsidR="00234C07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cazurile</w:t>
            </w:r>
            <w:r w:rsidR="00234C07">
              <w:rPr>
                <w:i/>
                <w:sz w:val="22"/>
              </w:rPr>
              <w:t xml:space="preserve"> </w:t>
            </w:r>
            <w:r w:rsidRPr="00495771">
              <w:rPr>
                <w:i/>
                <w:sz w:val="22"/>
              </w:rPr>
              <w:t>beneficiarului.</w:t>
            </w:r>
          </w:p>
          <w:p w:rsidR="004D2D0E" w:rsidRPr="00495771" w:rsidRDefault="004D2D0E" w:rsidP="00852977">
            <w:pPr>
              <w:rPr>
                <w:sz w:val="22"/>
              </w:rPr>
            </w:pPr>
          </w:p>
        </w:tc>
      </w:tr>
      <w:tr w:rsidR="00FD1916" w:rsidRPr="00495771" w:rsidTr="00FD19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6" w:type="dxa"/>
          </w:tcPr>
          <w:p w:rsidR="00FD1916" w:rsidRPr="00495771" w:rsidRDefault="00FD1916" w:rsidP="00303E64">
            <w:pPr>
              <w:keepNext/>
              <w:rPr>
                <w:sz w:val="22"/>
              </w:rPr>
            </w:pPr>
            <w:r w:rsidRPr="00495771">
              <w:rPr>
                <w:b/>
                <w:sz w:val="22"/>
              </w:rPr>
              <w:t xml:space="preserve">7. </w:t>
            </w:r>
            <w:r w:rsidRPr="00495771">
              <w:rPr>
                <w:b/>
                <w:color w:val="000000"/>
                <w:sz w:val="22"/>
              </w:rPr>
              <w:t>OBILIGAȚII</w:t>
            </w:r>
          </w:p>
        </w:tc>
      </w:tr>
      <w:tr w:rsidR="00FD1916" w:rsidRPr="003B791D" w:rsidTr="00FD19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36" w:type="dxa"/>
          </w:tcPr>
          <w:p w:rsidR="00FD1916" w:rsidRPr="00234C07" w:rsidRDefault="00FD1916" w:rsidP="00303E64">
            <w:pPr>
              <w:spacing w:line="228" w:lineRule="auto"/>
              <w:rPr>
                <w:i/>
                <w:sz w:val="22"/>
                <w:lang w:val="fr-FR"/>
              </w:rPr>
            </w:pPr>
            <w:r w:rsidRPr="00234C07">
              <w:rPr>
                <w:i/>
                <w:sz w:val="22"/>
                <w:lang w:val="fr-FR"/>
              </w:rPr>
              <w:t>Beneficiarul</w:t>
            </w:r>
            <w:r w:rsidR="00234C07" w:rsidRPr="00234C07">
              <w:rPr>
                <w:i/>
                <w:sz w:val="22"/>
                <w:lang w:val="fr-FR"/>
              </w:rPr>
              <w:t xml:space="preserve"> </w:t>
            </w:r>
            <w:r w:rsidRPr="00234C07">
              <w:rPr>
                <w:i/>
                <w:sz w:val="22"/>
                <w:lang w:val="fr-FR"/>
              </w:rPr>
              <w:t>lucrărilor de construire notificate are obligația</w:t>
            </w:r>
            <w:r w:rsidR="00234C07" w:rsidRPr="00234C07">
              <w:rPr>
                <w:i/>
                <w:sz w:val="22"/>
                <w:lang w:val="fr-FR"/>
              </w:rPr>
              <w:t xml:space="preserve"> </w:t>
            </w:r>
            <w:r w:rsidRPr="00234C07">
              <w:rPr>
                <w:i/>
                <w:sz w:val="22"/>
                <w:lang w:val="fr-FR"/>
              </w:rPr>
              <w:t>amplasării</w:t>
            </w:r>
            <w:r w:rsidR="00234C07" w:rsidRPr="00234C07">
              <w:rPr>
                <w:i/>
                <w:sz w:val="22"/>
                <w:lang w:val="fr-FR"/>
              </w:rPr>
              <w:t xml:space="preserve"> </w:t>
            </w:r>
            <w:r w:rsidRPr="00234C07">
              <w:rPr>
                <w:i/>
                <w:sz w:val="22"/>
                <w:lang w:val="fr-FR"/>
              </w:rPr>
              <w:t>panoului de identificare a investiției la loc</w:t>
            </w:r>
            <w:r w:rsidR="00234C07" w:rsidRPr="00234C07">
              <w:rPr>
                <w:i/>
                <w:sz w:val="22"/>
                <w:lang w:val="fr-FR"/>
              </w:rPr>
              <w:t xml:space="preserve"> </w:t>
            </w:r>
            <w:r w:rsidRPr="00234C07">
              <w:rPr>
                <w:i/>
                <w:sz w:val="22"/>
                <w:lang w:val="fr-FR"/>
              </w:rPr>
              <w:t>vizibil</w:t>
            </w:r>
            <w:r w:rsidR="00234C07" w:rsidRPr="00234C07">
              <w:rPr>
                <w:i/>
                <w:sz w:val="22"/>
                <w:lang w:val="fr-FR"/>
              </w:rPr>
              <w:t xml:space="preserve"> </w:t>
            </w:r>
            <w:r w:rsidRPr="00234C07">
              <w:rPr>
                <w:i/>
                <w:sz w:val="22"/>
                <w:lang w:val="fr-FR"/>
              </w:rPr>
              <w:t>pe</w:t>
            </w:r>
            <w:r w:rsidR="00234C07" w:rsidRPr="00234C07">
              <w:rPr>
                <w:i/>
                <w:sz w:val="22"/>
                <w:lang w:val="fr-FR"/>
              </w:rPr>
              <w:t xml:space="preserve"> </w:t>
            </w:r>
            <w:r w:rsidRPr="00234C07">
              <w:rPr>
                <w:i/>
                <w:sz w:val="22"/>
                <w:lang w:val="fr-FR"/>
              </w:rPr>
              <w:t>durata</w:t>
            </w:r>
            <w:r w:rsidR="00234C07">
              <w:rPr>
                <w:i/>
                <w:sz w:val="22"/>
                <w:lang w:val="fr-FR"/>
              </w:rPr>
              <w:t xml:space="preserve"> </w:t>
            </w:r>
            <w:r w:rsidRPr="00234C07">
              <w:rPr>
                <w:i/>
                <w:sz w:val="22"/>
                <w:lang w:val="fr-FR"/>
              </w:rPr>
              <w:t xml:space="preserve">execuției – cf. art. 298 </w:t>
            </w:r>
            <w:proofErr w:type="gramStart"/>
            <w:r w:rsidRPr="00234C07">
              <w:rPr>
                <w:i/>
                <w:sz w:val="22"/>
                <w:lang w:val="fr-FR"/>
              </w:rPr>
              <w:t>alin</w:t>
            </w:r>
            <w:proofErr w:type="gramEnd"/>
            <w:r w:rsidRPr="00234C07">
              <w:rPr>
                <w:i/>
                <w:sz w:val="22"/>
                <w:lang w:val="fr-FR"/>
              </w:rPr>
              <w:t>. (5)</w:t>
            </w:r>
            <w:r w:rsidR="00234C07" w:rsidRPr="00234C07">
              <w:rPr>
                <w:i/>
                <w:sz w:val="22"/>
                <w:lang w:val="fr-FR"/>
              </w:rPr>
              <w:t xml:space="preserve"> </w:t>
            </w:r>
            <w:r w:rsidRPr="00234C07">
              <w:rPr>
                <w:i/>
                <w:sz w:val="22"/>
                <w:lang w:val="fr-FR"/>
              </w:rPr>
              <w:t>din</w:t>
            </w:r>
            <w:r w:rsidR="00234C07" w:rsidRPr="00234C07">
              <w:rPr>
                <w:i/>
                <w:sz w:val="22"/>
                <w:lang w:val="fr-FR"/>
              </w:rPr>
              <w:t xml:space="preserve"> </w:t>
            </w:r>
            <w:r w:rsidRPr="00234C07">
              <w:rPr>
                <w:i/>
                <w:sz w:val="22"/>
                <w:lang w:val="fr-FR"/>
              </w:rPr>
              <w:t>Legea nr.169/2026</w:t>
            </w:r>
          </w:p>
          <w:p w:rsidR="00FD1916" w:rsidRPr="00234C07" w:rsidRDefault="00FD1916" w:rsidP="00303E64">
            <w:pPr>
              <w:rPr>
                <w:i/>
                <w:iCs/>
                <w:sz w:val="22"/>
                <w:lang w:val="fr-FR"/>
              </w:rPr>
            </w:pPr>
            <w:r w:rsidRPr="00234C07">
              <w:rPr>
                <w:i/>
                <w:iCs/>
                <w:sz w:val="22"/>
                <w:lang w:val="fr-FR"/>
              </w:rPr>
              <w:t>Beneficiarul</w:t>
            </w:r>
            <w:r w:rsidR="00234C07" w:rsidRP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lucrărilor de construire notificate are obligația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efectuării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recepției la terminarea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lucrărilor, între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executant, beneficiar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şi un reprezentant al unităţii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administrativ-teritoriale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precum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și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înregistrarea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procesului-verbal de recep</w:t>
            </w:r>
            <w:r w:rsidR="00234C07">
              <w:rPr>
                <w:i/>
                <w:iCs/>
                <w:sz w:val="22"/>
                <w:lang w:val="fr-FR"/>
              </w:rPr>
              <w:t>ti</w:t>
            </w:r>
            <w:r w:rsidRPr="00234C07">
              <w:rPr>
                <w:i/>
                <w:iCs/>
                <w:sz w:val="22"/>
                <w:lang w:val="fr-FR"/>
              </w:rPr>
              <w:t>e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în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Registrul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Național al Construcțiilor. Până la operaționalizarea</w:t>
            </w:r>
            <w:r w:rsidR="00234C07" w:rsidRP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Registrului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Național al Construcțiilor, o copie după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procesul-verbal de recepție se transmite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fizic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sau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prin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poștă</w:t>
            </w:r>
            <w:r w:rsidR="00234C07">
              <w:rPr>
                <w:i/>
                <w:iCs/>
                <w:sz w:val="22"/>
                <w:lang w:val="fr-FR"/>
              </w:rPr>
              <w:t xml:space="preserve"> </w:t>
            </w:r>
            <w:r w:rsidRPr="00234C07">
              <w:rPr>
                <w:i/>
                <w:iCs/>
                <w:sz w:val="22"/>
                <w:lang w:val="fr-FR"/>
              </w:rPr>
              <w:t>electronică I.S.C. -  cf. art. 298 alin</w:t>
            </w:r>
            <w:proofErr w:type="gramStart"/>
            <w:r w:rsidRPr="00234C07">
              <w:rPr>
                <w:i/>
                <w:iCs/>
                <w:sz w:val="22"/>
                <w:lang w:val="fr-FR"/>
              </w:rPr>
              <w:t>.(</w:t>
            </w:r>
            <w:proofErr w:type="gramEnd"/>
            <w:r w:rsidRPr="00234C07">
              <w:rPr>
                <w:i/>
                <w:iCs/>
                <w:sz w:val="22"/>
                <w:lang w:val="fr-FR"/>
              </w:rPr>
              <w:t>6)dinLegea nr.196/2026</w:t>
            </w:r>
          </w:p>
          <w:p w:rsidR="00FD1916" w:rsidRPr="00234C07" w:rsidRDefault="00FD1916" w:rsidP="00303E64">
            <w:pPr>
              <w:spacing w:line="228" w:lineRule="auto"/>
              <w:rPr>
                <w:sz w:val="22"/>
                <w:lang w:val="fr-FR"/>
              </w:rPr>
            </w:pPr>
          </w:p>
        </w:tc>
      </w:tr>
    </w:tbl>
    <w:p w:rsidR="00846492" w:rsidRPr="00234C07" w:rsidRDefault="00846492">
      <w:pPr>
        <w:spacing w:line="168" w:lineRule="auto"/>
        <w:rPr>
          <w:sz w:val="22"/>
          <w:lang w:val="fr-FR"/>
        </w:rPr>
      </w:pPr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9636"/>
      </w:tblGrid>
      <w:tr w:rsidR="00846492" w:rsidRPr="00495771">
        <w:trPr>
          <w:cantSplit/>
        </w:trPr>
        <w:tc>
          <w:tcPr>
            <w:tcW w:w="9636" w:type="dxa"/>
            <w:shd w:val="clear" w:color="auto" w:fill="F4F4F4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sz w:val="22"/>
              </w:rPr>
              <w:t xml:space="preserve">8. </w:t>
            </w:r>
            <w:r w:rsidRPr="00495771">
              <w:rPr>
                <w:b/>
                <w:color w:val="000000"/>
                <w:sz w:val="22"/>
              </w:rPr>
              <w:t>COMUNICAREA RĂSPUNSULUI</w:t>
            </w:r>
          </w:p>
        </w:tc>
      </w:tr>
      <w:tr w:rsidR="00846492" w:rsidRPr="00495771">
        <w:trPr>
          <w:cantSplit/>
        </w:trPr>
        <w:tc>
          <w:tcPr>
            <w:tcW w:w="9636" w:type="dxa"/>
          </w:tcPr>
          <w:p w:rsidR="00234C07" w:rsidRDefault="003D6F49">
            <w:pPr>
              <w:rPr>
                <w:sz w:val="22"/>
                <w:lang w:val="fr-FR"/>
              </w:rPr>
            </w:pPr>
            <w:r w:rsidRPr="00495771">
              <w:rPr>
                <w:sz w:val="22"/>
                <w:lang w:val="fr-FR"/>
              </w:rPr>
              <w:t xml:space="preserve"> ☐ în format scris, prin</w:t>
            </w:r>
            <w:r w:rsidR="00234C07">
              <w:rPr>
                <w:sz w:val="22"/>
                <w:lang w:val="fr-FR"/>
              </w:rPr>
              <w:t xml:space="preserve"> </w:t>
            </w:r>
            <w:r w:rsidRPr="00495771">
              <w:rPr>
                <w:sz w:val="22"/>
                <w:lang w:val="fr-FR"/>
              </w:rPr>
              <w:t xml:space="preserve">poștă     ☐ în format digital, la adresa </w:t>
            </w:r>
            <w:proofErr w:type="gramStart"/>
            <w:r w:rsidRPr="00495771">
              <w:rPr>
                <w:sz w:val="22"/>
                <w:lang w:val="fr-FR"/>
              </w:rPr>
              <w:t>de e-mail</w:t>
            </w:r>
            <w:proofErr w:type="gramEnd"/>
            <w:r w:rsidRPr="00495771">
              <w:rPr>
                <w:sz w:val="22"/>
                <w:lang w:val="fr-FR"/>
              </w:rPr>
              <w:t xml:space="preserve"> indicată     </w:t>
            </w:r>
          </w:p>
          <w:p w:rsidR="00846492" w:rsidRPr="00495771" w:rsidRDefault="00234C07">
            <w:pPr>
              <w:rPr>
                <w:sz w:val="22"/>
                <w:lang w:val="fr-FR"/>
              </w:rPr>
            </w:pPr>
            <w:r>
              <w:rPr>
                <w:sz w:val="22"/>
                <w:lang w:val="fr-FR"/>
              </w:rPr>
              <w:t xml:space="preserve"> </w:t>
            </w:r>
            <w:r w:rsidR="003D6F49" w:rsidRPr="00495771">
              <w:rPr>
                <w:sz w:val="22"/>
                <w:lang w:val="fr-FR"/>
              </w:rPr>
              <w:t>☐ ridicare de la sediul</w:t>
            </w:r>
            <w:r>
              <w:rPr>
                <w:sz w:val="22"/>
                <w:lang w:val="fr-FR"/>
              </w:rPr>
              <w:t xml:space="preserve"> </w:t>
            </w:r>
            <w:r w:rsidR="003D6F49" w:rsidRPr="00495771">
              <w:rPr>
                <w:sz w:val="22"/>
                <w:lang w:val="fr-FR"/>
              </w:rPr>
              <w:t>autorității</w:t>
            </w:r>
          </w:p>
        </w:tc>
      </w:tr>
    </w:tbl>
    <w:p w:rsidR="00846492" w:rsidRPr="00495771" w:rsidRDefault="00846492">
      <w:pPr>
        <w:spacing w:line="168" w:lineRule="auto"/>
        <w:rPr>
          <w:sz w:val="22"/>
          <w:lang w:val="fr-FR"/>
        </w:rPr>
      </w:pPr>
    </w:p>
    <w:tbl>
      <w:tblPr>
        <w:tblStyle w:val="TableGrid"/>
        <w:tblW w:w="0" w:type="auto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4A0" w:firstRow="1" w:lastRow="0" w:firstColumn="1" w:lastColumn="0" w:noHBand="0" w:noVBand="1"/>
      </w:tblPr>
      <w:tblGrid>
        <w:gridCol w:w="1606"/>
        <w:gridCol w:w="4818"/>
        <w:gridCol w:w="3212"/>
      </w:tblGrid>
      <w:tr w:rsidR="00846492" w:rsidRPr="00495771">
        <w:trPr>
          <w:cantSplit/>
        </w:trPr>
        <w:tc>
          <w:tcPr>
            <w:tcW w:w="9636" w:type="dxa"/>
            <w:gridSpan w:val="3"/>
            <w:shd w:val="clear" w:color="auto" w:fill="F4F4F4"/>
          </w:tcPr>
          <w:p w:rsidR="00846492" w:rsidRPr="00495771" w:rsidRDefault="003D6F49">
            <w:pPr>
              <w:keepNext/>
              <w:rPr>
                <w:sz w:val="22"/>
              </w:rPr>
            </w:pPr>
            <w:r w:rsidRPr="00495771">
              <w:rPr>
                <w:b/>
                <w:sz w:val="22"/>
              </w:rPr>
              <w:t xml:space="preserve">9. </w:t>
            </w:r>
            <w:r w:rsidRPr="00495771">
              <w:rPr>
                <w:b/>
                <w:color w:val="000000"/>
                <w:sz w:val="22"/>
              </w:rPr>
              <w:t>DATA ȘI SEMNĂTURA</w:t>
            </w:r>
          </w:p>
        </w:tc>
      </w:tr>
      <w:tr w:rsidR="00846492" w:rsidRPr="00495771">
        <w:trPr>
          <w:cantSplit/>
          <w:trHeight w:val="510"/>
        </w:trPr>
        <w:tc>
          <w:tcPr>
            <w:tcW w:w="1606" w:type="dxa"/>
          </w:tcPr>
          <w:p w:rsidR="00846492" w:rsidRPr="00495771" w:rsidRDefault="003D6F49">
            <w:pPr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Data</w:t>
            </w:r>
          </w:p>
          <w:p w:rsidR="00846492" w:rsidRPr="00495771" w:rsidRDefault="00846492">
            <w:pPr>
              <w:rPr>
                <w:sz w:val="22"/>
              </w:rPr>
            </w:pPr>
          </w:p>
        </w:tc>
        <w:tc>
          <w:tcPr>
            <w:tcW w:w="4818" w:type="dxa"/>
          </w:tcPr>
          <w:p w:rsidR="00846492" w:rsidRPr="00495771" w:rsidRDefault="003D6F49">
            <w:pPr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Beneficiarul / reprezentantul</w:t>
            </w:r>
          </w:p>
          <w:p w:rsidR="00846492" w:rsidRPr="00495771" w:rsidRDefault="00846492">
            <w:pPr>
              <w:rPr>
                <w:sz w:val="22"/>
              </w:rPr>
            </w:pPr>
          </w:p>
        </w:tc>
        <w:tc>
          <w:tcPr>
            <w:tcW w:w="3212" w:type="dxa"/>
          </w:tcPr>
          <w:p w:rsidR="00846492" w:rsidRPr="00495771" w:rsidRDefault="003D6F49">
            <w:pPr>
              <w:rPr>
                <w:sz w:val="22"/>
              </w:rPr>
            </w:pPr>
            <w:r w:rsidRPr="00495771">
              <w:rPr>
                <w:b/>
                <w:color w:val="0D5F78"/>
                <w:sz w:val="22"/>
              </w:rPr>
              <w:t>Semnătura</w:t>
            </w:r>
          </w:p>
          <w:p w:rsidR="00846492" w:rsidRPr="00495771" w:rsidRDefault="00846492">
            <w:pPr>
              <w:rPr>
                <w:sz w:val="22"/>
              </w:rPr>
            </w:pPr>
          </w:p>
        </w:tc>
      </w:tr>
    </w:tbl>
    <w:p w:rsidR="00846492" w:rsidRPr="00495771" w:rsidRDefault="00846492">
      <w:pPr>
        <w:spacing w:line="168" w:lineRule="auto"/>
        <w:rPr>
          <w:sz w:val="22"/>
        </w:rPr>
      </w:pPr>
    </w:p>
    <w:sectPr w:rsidR="00846492" w:rsidRPr="00495771" w:rsidSect="007C5D68">
      <w:type w:val="continuous"/>
      <w:pgSz w:w="11906" w:h="16838"/>
      <w:pgMar w:top="567" w:right="1134" w:bottom="454" w:left="1134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60C" w:rsidRDefault="00BE360C">
      <w:r>
        <w:separator/>
      </w:r>
    </w:p>
  </w:endnote>
  <w:endnote w:type="continuationSeparator" w:id="0">
    <w:p w:rsidR="00BE360C" w:rsidRDefault="00BE3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492" w:rsidRDefault="003D6F49">
    <w:pPr>
      <w:pStyle w:val="Footer"/>
      <w:tabs>
        <w:tab w:val="right" w:pos="9639"/>
      </w:tabs>
    </w:pPr>
    <w:r>
      <w:rPr>
        <w:color w:val="595959"/>
      </w:rPr>
      <w:t>F_NOT_01 · versiunea 1.0</w:t>
    </w:r>
    <w:r>
      <w:rPr>
        <w:color w:val="595959"/>
      </w:rPr>
      <w:tab/>
      <w:t>pagina</w:t>
    </w:r>
    <w:r w:rsidR="008F4A19">
      <w:rPr>
        <w:color w:val="595959"/>
      </w:rPr>
      <w:fldChar w:fldCharType="begin"/>
    </w:r>
    <w:r>
      <w:rPr>
        <w:color w:val="595959"/>
      </w:rPr>
      <w:instrText xml:space="preserve"> PAGE </w:instrText>
    </w:r>
    <w:r w:rsidR="008F4A19">
      <w:rPr>
        <w:color w:val="595959"/>
      </w:rPr>
      <w:fldChar w:fldCharType="separate"/>
    </w:r>
    <w:r w:rsidR="00797D1F">
      <w:rPr>
        <w:noProof/>
        <w:color w:val="595959"/>
      </w:rPr>
      <w:t>2</w:t>
    </w:r>
    <w:r w:rsidR="008F4A19">
      <w:rPr>
        <w:color w:val="595959"/>
      </w:rPr>
      <w:fldChar w:fldCharType="end"/>
    </w:r>
    <w:r>
      <w:rPr>
        <w:color w:val="595959"/>
      </w:rPr>
      <w:t xml:space="preserve"> din </w:t>
    </w:r>
    <w:r w:rsidR="008F4A19">
      <w:rPr>
        <w:color w:val="595959"/>
      </w:rPr>
      <w:fldChar w:fldCharType="begin"/>
    </w:r>
    <w:r>
      <w:rPr>
        <w:color w:val="595959"/>
      </w:rPr>
      <w:instrText xml:space="preserve"> NUMPAGES </w:instrText>
    </w:r>
    <w:r w:rsidR="008F4A19">
      <w:rPr>
        <w:color w:val="595959"/>
      </w:rPr>
      <w:fldChar w:fldCharType="separate"/>
    </w:r>
    <w:r w:rsidR="00797D1F">
      <w:rPr>
        <w:noProof/>
        <w:color w:val="595959"/>
      </w:rPr>
      <w:t>3</w:t>
    </w:r>
    <w:r w:rsidR="008F4A19">
      <w:rPr>
        <w:color w:val="595959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3D2" w:rsidRDefault="00F343D2" w:rsidP="00F343D2">
    <w:pPr>
      <w:pStyle w:val="Footer"/>
      <w:tabs>
        <w:tab w:val="right" w:pos="9639"/>
      </w:tabs>
    </w:pPr>
    <w:r>
      <w:rPr>
        <w:color w:val="595959"/>
      </w:rPr>
      <w:t>F_NOT_01 · versiunea 1.0</w:t>
    </w:r>
    <w:r>
      <w:rPr>
        <w:color w:val="595959"/>
      </w:rPr>
      <w:tab/>
      <w:t>pagina</w:t>
    </w:r>
    <w:r w:rsidR="008F4A19">
      <w:rPr>
        <w:color w:val="595959"/>
      </w:rPr>
      <w:fldChar w:fldCharType="begin"/>
    </w:r>
    <w:r>
      <w:rPr>
        <w:color w:val="595959"/>
      </w:rPr>
      <w:instrText xml:space="preserve"> PAGE </w:instrText>
    </w:r>
    <w:r w:rsidR="008F4A19">
      <w:rPr>
        <w:color w:val="595959"/>
      </w:rPr>
      <w:fldChar w:fldCharType="separate"/>
    </w:r>
    <w:r w:rsidR="00797D1F">
      <w:rPr>
        <w:noProof/>
        <w:color w:val="595959"/>
      </w:rPr>
      <w:t>1</w:t>
    </w:r>
    <w:r w:rsidR="008F4A19">
      <w:rPr>
        <w:color w:val="595959"/>
      </w:rPr>
      <w:fldChar w:fldCharType="end"/>
    </w:r>
    <w:r>
      <w:rPr>
        <w:color w:val="595959"/>
      </w:rPr>
      <w:t xml:space="preserve"> din </w:t>
    </w:r>
    <w:r w:rsidR="008F4A19">
      <w:rPr>
        <w:color w:val="595959"/>
      </w:rPr>
      <w:fldChar w:fldCharType="begin"/>
    </w:r>
    <w:r>
      <w:rPr>
        <w:color w:val="595959"/>
      </w:rPr>
      <w:instrText xml:space="preserve"> NUMPAGES </w:instrText>
    </w:r>
    <w:r w:rsidR="008F4A19">
      <w:rPr>
        <w:color w:val="595959"/>
      </w:rPr>
      <w:fldChar w:fldCharType="separate"/>
    </w:r>
    <w:r w:rsidR="00797D1F">
      <w:rPr>
        <w:noProof/>
        <w:color w:val="595959"/>
      </w:rPr>
      <w:t>3</w:t>
    </w:r>
    <w:r w:rsidR="008F4A19">
      <w:rPr>
        <w:color w:val="595959"/>
      </w:rPr>
      <w:fldChar w:fldCharType="end"/>
    </w:r>
  </w:p>
  <w:p w:rsidR="00F343D2" w:rsidRDefault="00F343D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60C" w:rsidRDefault="00BE360C">
      <w:r>
        <w:separator/>
      </w:r>
    </w:p>
  </w:footnote>
  <w:footnote w:type="continuationSeparator" w:id="0">
    <w:p w:rsidR="00BE360C" w:rsidRDefault="00BE36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D68" w:rsidRDefault="007C5D68">
    <w:pPr>
      <w:pStyle w:val="Header"/>
      <w:rPr>
        <w:i/>
        <w:iCs/>
        <w:color w:val="000000" w:themeColor="text1"/>
        <w:sz w:val="24"/>
        <w:szCs w:val="24"/>
        <w:u w:val="single"/>
        <w:lang w:val="ro-RO"/>
      </w:rPr>
    </w:pPr>
    <w:r w:rsidRPr="00F343D2">
      <w:rPr>
        <w:i/>
        <w:iCs/>
        <w:color w:val="000000" w:themeColor="text1"/>
        <w:sz w:val="24"/>
        <w:szCs w:val="24"/>
        <w:u w:val="single"/>
        <w:lang w:val="ro-RO"/>
      </w:rPr>
      <w:t>Anexa nr.</w:t>
    </w:r>
    <w:r w:rsidR="00F4129D" w:rsidRPr="00F343D2">
      <w:rPr>
        <w:i/>
        <w:iCs/>
        <w:color w:val="000000" w:themeColor="text1"/>
        <w:sz w:val="24"/>
        <w:szCs w:val="24"/>
        <w:u w:val="single"/>
        <w:lang w:val="ro-RO"/>
      </w:rPr>
      <w:t>3</w:t>
    </w:r>
  </w:p>
  <w:p w:rsidR="006113A9" w:rsidRPr="00F343D2" w:rsidRDefault="006113A9">
    <w:pPr>
      <w:pStyle w:val="Header"/>
      <w:rPr>
        <w:i/>
        <w:iCs/>
        <w:color w:val="000000" w:themeColor="text1"/>
        <w:sz w:val="24"/>
        <w:szCs w:val="24"/>
        <w:u w:val="single"/>
        <w:lang w:val="ro-RO"/>
      </w:rPr>
    </w:pPr>
    <w:r>
      <w:rPr>
        <w:color w:val="595959"/>
      </w:rPr>
      <w:t>F_NOT_01 · versiunea 1.0</w:t>
    </w:r>
  </w:p>
  <w:p w:rsidR="00F343D2" w:rsidRPr="00F343D2" w:rsidRDefault="00F343D2">
    <w:pPr>
      <w:pStyle w:val="Header"/>
      <w:rPr>
        <w:i/>
        <w:iCs/>
        <w:color w:val="000000" w:themeColor="text1"/>
        <w:sz w:val="24"/>
        <w:szCs w:val="24"/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47730"/>
    <w:rsid w:val="00034616"/>
    <w:rsid w:val="0004413A"/>
    <w:rsid w:val="0006063C"/>
    <w:rsid w:val="0015074B"/>
    <w:rsid w:val="001A55CA"/>
    <w:rsid w:val="00234C07"/>
    <w:rsid w:val="0029639D"/>
    <w:rsid w:val="0031113E"/>
    <w:rsid w:val="00320861"/>
    <w:rsid w:val="00326F90"/>
    <w:rsid w:val="00347E12"/>
    <w:rsid w:val="003869B3"/>
    <w:rsid w:val="003B791D"/>
    <w:rsid w:val="003D6F49"/>
    <w:rsid w:val="003F4418"/>
    <w:rsid w:val="00495771"/>
    <w:rsid w:val="004D2D0E"/>
    <w:rsid w:val="004E2246"/>
    <w:rsid w:val="005D032D"/>
    <w:rsid w:val="0060615D"/>
    <w:rsid w:val="006113A9"/>
    <w:rsid w:val="006C103E"/>
    <w:rsid w:val="006C1FD9"/>
    <w:rsid w:val="00797D1F"/>
    <w:rsid w:val="007C5D68"/>
    <w:rsid w:val="007F39C2"/>
    <w:rsid w:val="00846492"/>
    <w:rsid w:val="00852977"/>
    <w:rsid w:val="00870FD7"/>
    <w:rsid w:val="008F4A19"/>
    <w:rsid w:val="00932ED5"/>
    <w:rsid w:val="00A17614"/>
    <w:rsid w:val="00AA1D8D"/>
    <w:rsid w:val="00AD1D4A"/>
    <w:rsid w:val="00B47730"/>
    <w:rsid w:val="00B6317E"/>
    <w:rsid w:val="00B663D5"/>
    <w:rsid w:val="00BE360C"/>
    <w:rsid w:val="00C11A86"/>
    <w:rsid w:val="00CA6FDB"/>
    <w:rsid w:val="00CB0664"/>
    <w:rsid w:val="00CF7DF4"/>
    <w:rsid w:val="00D2019F"/>
    <w:rsid w:val="00D2346C"/>
    <w:rsid w:val="00E52AF9"/>
    <w:rsid w:val="00E61A6B"/>
    <w:rsid w:val="00E84364"/>
    <w:rsid w:val="00F343D2"/>
    <w:rsid w:val="00F4129D"/>
    <w:rsid w:val="00FC693F"/>
    <w:rsid w:val="00FD19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Times New Roman" w:hAnsi="Times New Roman"/>
      <w:sz w:val="15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orasul-busteni.ro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189B86B-E228-4F89-B113-2AECB8C9F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873</Words>
  <Characters>4978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5840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Roxana Crivat</dc:creator>
  <cp:lastModifiedBy>Sorina ENE</cp:lastModifiedBy>
  <cp:revision>3</cp:revision>
  <cp:lastPrinted>2026-09-17T10:34:00Z</cp:lastPrinted>
  <dcterms:created xsi:type="dcterms:W3CDTF">2026-09-18T10:20:00Z</dcterms:created>
  <dcterms:modified xsi:type="dcterms:W3CDTF">2026-10-15T08:41:00Z</dcterms:modified>
</cp:coreProperties>
</file>